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SINAV SORU KAĞIDI</w:t>
      </w:r>
    </w:p>
    <w:p>
      <w:pPr>
        <w:spacing w:before="0" w:after="80" w:line="240" w:lineRule="auto"/>
        <w:jc w:val="right"/>
      </w:pPr>
      <w:r>
        <w:rPr>
          <w:b/>
          <w:bCs/>
          <w:sz w:val="20"/>
          <w:szCs w:val="20"/>
        </w:rPr>
        <w:t xml:space="preserve">Düzenleme Tarihi: </w:t>
      </w:r>
      <w:permStart w:id="444" w:edGrp="everyone"/>
      <w:sdt>
        <w:sdtPr>
          <w:alias w:val="Düzenleme Tarihi"/>
          <w:tag w:val="Düzenleme Tarihi"/>
          <w:id w:val="41443"/>
        </w:sdtPr>
        <w:sdtContent>
          <w:r>
            <w:rPr>
              <w:sz w:val="20"/>
              <w:szCs w:val="20"/>
            </w:rPr>
            <w:fldChar w:fldCharType="begin"/>
          </w:r>
          <w:r>
            <w:rPr>
              <w:sz w:val="20"/>
              <w:szCs w:val="20"/>
            </w:rPr>
            <w:instrText xml:space="preserve"> DATE \@ "dd.MM.yyyy" </w:instrText>
          </w:r>
          <w:r>
            <w:rPr>
              <w:sz w:val="20"/>
              <w:szCs w:val="20"/>
            </w:rPr>
            <w:fldChar w:fldCharType="separate"/>
          </w:r>
          <w:r>
            <w:rPr>
              <w:sz w:val="20"/>
              <w:szCs w:val="20"/>
            </w:rPr>
            <w:t>08.10.2026</w:t>
          </w:r>
          <w:r>
            <w:rPr>
              <w:sz w:val="20"/>
              <w:szCs w:val="20"/>
            </w:rPr>
            <w:fldChar w:fldCharType="end"/>
          </w:r>
        </w:sdtContent>
      </w:sdt>
      <w:permEnd w:id="444"/>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2000"/>
        <w:gridCol w:w="2812"/>
        <w:gridCol w:w="2000"/>
        <w:gridCol w:w="2825"/>
      </w:tblGrid>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Dersin kodu ve adı</w:t>
            </w:r>
          </w:p>
        </w:tc>
        <w:tc>
          <w:tcPr>
            <w:tcW w:type="dxa" w:w="2812"/>
            <w:vAlign w:val="center"/>
          </w:tcPr>
          <w:p>
            <w:pPr>
              <w:spacing w:before="0" w:after="0" w:line="240" w:lineRule="auto"/>
              <w:jc w:val="left"/>
            </w:pPr>
            <w:permStart w:id="80327" w:edGrp="everyone"/>
            <w:sdt>
              <w:sdtPr>
                <w:alias w:val="Ders"/>
                <w:tag w:val="Ders"/>
                <w:id w:val="80328"/>
                <w:showingPlcHdr/>
                <w:text w:multiLine="1"/>
              </w:sdtPr>
              <w:sdtContent>
                <w:r>
                  <w:rPr>
                    <w:rStyle w:val="PlaceholderText"/>
                    <w:sz w:val="18"/>
                    <w:szCs w:val="18"/>
                  </w:rPr>
                  <w:t xml:space="preserve">                      </w:t>
                </w:r>
              </w:sdtContent>
            </w:sdt>
            <w:permEnd w:id="80327"/>
          </w:p>
        </w:tc>
        <w:tc>
          <w:tcPr>
            <w:tcW w:type="dxa" w:w="2000"/>
            <w:shd w:val="clear" w:color="auto" w:fill="ECE9F5"/>
            <w:vAlign w:val="center"/>
          </w:tcPr>
          <w:p>
            <w:pPr>
              <w:spacing w:before="0" w:after="0" w:line="240" w:lineRule="auto"/>
              <w:jc w:val="left"/>
            </w:pPr>
            <w:r>
              <w:rPr>
                <w:b/>
                <w:bCs/>
                <w:sz w:val="18"/>
                <w:szCs w:val="18"/>
              </w:rPr>
              <w:t xml:space="preserve">Öğretim elemanı</w:t>
            </w:r>
          </w:p>
        </w:tc>
        <w:tc>
          <w:tcPr>
            <w:tcW w:type="dxa" w:w="2825"/>
            <w:vAlign w:val="center"/>
          </w:tcPr>
          <w:p>
            <w:pPr>
              <w:spacing w:before="0" w:after="0" w:line="240" w:lineRule="auto"/>
              <w:jc w:val="left"/>
            </w:pPr>
            <w:permStart w:id="80329" w:edGrp="everyone"/>
            <w:sdt>
              <w:sdtPr>
                <w:alias w:val="Öğretim elemanı"/>
                <w:tag w:val="Öğretim elemanı"/>
                <w:id w:val="80330"/>
                <w:showingPlcHdr/>
                <w:text w:multiLine="1"/>
              </w:sdtPr>
              <w:sdtContent>
                <w:r>
                  <w:rPr>
                    <w:rStyle w:val="PlaceholderText"/>
                    <w:sz w:val="18"/>
                    <w:szCs w:val="18"/>
                  </w:rPr>
                  <w:t xml:space="preserve">                      </w:t>
                </w:r>
              </w:sdtContent>
            </w:sdt>
            <w:permEnd w:id="80329"/>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Bölüm / Program</w:t>
            </w:r>
          </w:p>
        </w:tc>
        <w:tc>
          <w:tcPr>
            <w:tcW w:type="dxa" w:w="2812"/>
            <w:vAlign w:val="center"/>
          </w:tcPr>
          <w:p>
            <w:pPr>
              <w:spacing w:before="0" w:after="0" w:line="240" w:lineRule="auto"/>
              <w:jc w:val="left"/>
            </w:pPr>
            <w:permStart w:id="80331" w:edGrp="everyone"/>
            <w:sdt>
              <w:sdtPr>
                <w:alias w:val="Program"/>
                <w:tag w:val="Program"/>
                <w:id w:val="80332"/>
                <w:showingPlcHdr/>
                <w:text w:multiLine="1"/>
              </w:sdtPr>
              <w:sdtContent>
                <w:r>
                  <w:rPr>
                    <w:rStyle w:val="PlaceholderText"/>
                    <w:sz w:val="18"/>
                    <w:szCs w:val="18"/>
                  </w:rPr>
                  <w:t xml:space="preserve">                      </w:t>
                </w:r>
              </w:sdtContent>
            </w:sdt>
            <w:permEnd w:id="80331"/>
          </w:p>
        </w:tc>
        <w:tc>
          <w:tcPr>
            <w:tcW w:type="dxa" w:w="2000"/>
            <w:shd w:val="clear" w:color="auto" w:fill="ECE9F5"/>
            <w:vAlign w:val="center"/>
          </w:tcPr>
          <w:p>
            <w:pPr>
              <w:spacing w:before="0" w:after="0" w:line="240" w:lineRule="auto"/>
              <w:jc w:val="left"/>
            </w:pPr>
            <w:r>
              <w:rPr>
                <w:b/>
                <w:bCs/>
                <w:sz w:val="18"/>
                <w:szCs w:val="18"/>
              </w:rPr>
              <w:t xml:space="preserve">Sınav türü</w:t>
            </w:r>
          </w:p>
        </w:tc>
        <w:tc>
          <w:tcPr>
            <w:tcW w:type="dxa" w:w="2825"/>
            <w:vAlign w:val="center"/>
          </w:tcPr>
          <w:p>
            <w:pPr>
              <w:spacing w:before="0" w:after="0" w:line="240" w:lineRule="auto"/>
              <w:jc w:val="left"/>
            </w:pPr>
            <w:permStart w:id="80315" w:edGrp="everyone"/>
            <w:sdt>
              <w:sdtPr>
                <w:alias w:val="Ara sınav"/>
                <w:tag w:val="Ara sınav"/>
                <w:id w:val="80316"/>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315"/>
            <w:r>
              <w:rPr>
                <w:sz w:val="19"/>
                <w:szCs w:val="19"/>
              </w:rPr>
              <w:t xml:space="preserve"> Ara sınav    </w:t>
            </w:r>
            <w:permStart w:id="80317" w:edGrp="everyone"/>
            <w:sdt>
              <w:sdtPr>
                <w:alias w:val="Final"/>
                <w:tag w:val="Final"/>
                <w:id w:val="80318"/>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317"/>
            <w:r>
              <w:rPr>
                <w:sz w:val="19"/>
                <w:szCs w:val="19"/>
              </w:rPr>
              <w:t xml:space="preserve"> Final    </w:t>
            </w:r>
            <w:permStart w:id="80319" w:edGrp="everyone"/>
            <w:sdt>
              <w:sdtPr>
                <w:alias w:val="Bütünleme"/>
                <w:tag w:val="Bütünleme"/>
                <w:id w:val="80320"/>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319"/>
            <w:r>
              <w:rPr>
                <w:sz w:val="19"/>
                <w:szCs w:val="19"/>
              </w:rPr>
              <w:t xml:space="preserve"> Büt.    </w:t>
            </w:r>
            <w:permStart w:id="80321" w:edGrp="everyone"/>
            <w:sdt>
              <w:sdtPr>
                <w:alias w:val="Mazeret"/>
                <w:tag w:val="Mazeret"/>
                <w:id w:val="80322"/>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321"/>
            <w:r>
              <w:rPr>
                <w:sz w:val="19"/>
                <w:szCs w:val="19"/>
              </w:rPr>
              <w:t xml:space="preserve"> Mazeret    </w:t>
            </w:r>
            <w:permStart w:id="80323" w:edGrp="everyone"/>
            <w:sdt>
              <w:sdtPr>
                <w:alias w:val="Tek ders"/>
                <w:tag w:val="Tek ders"/>
                <w:id w:val="80324"/>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323"/>
            <w:r>
              <w:rPr>
                <w:sz w:val="19"/>
                <w:szCs w:val="19"/>
              </w:rPr>
              <w:t xml:space="preserve"> Tek ders    </w:t>
            </w:r>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Sınav tarihi ve saati</w:t>
            </w:r>
          </w:p>
        </w:tc>
        <w:tc>
          <w:tcPr>
            <w:tcW w:type="dxa" w:w="2812"/>
            <w:vAlign w:val="center"/>
          </w:tcPr>
          <w:p>
            <w:pPr>
              <w:spacing w:before="0" w:after="0" w:line="240" w:lineRule="auto"/>
              <w:jc w:val="left"/>
            </w:pPr>
            <w:permStart w:id="80333" w:edGrp="everyone"/>
            <w:sdt>
              <w:sdtPr>
                <w:alias w:val="Tarih saat"/>
                <w:tag w:val="Tarih saat"/>
                <w:id w:val="80334"/>
                <w:showingPlcHdr/>
                <w:text w:multiLine="1"/>
              </w:sdtPr>
              <w:sdtContent>
                <w:r>
                  <w:rPr>
                    <w:rStyle w:val="PlaceholderText"/>
                    <w:sz w:val="18"/>
                    <w:szCs w:val="18"/>
                  </w:rPr>
                  <w:t xml:space="preserve">                      </w:t>
                </w:r>
              </w:sdtContent>
            </w:sdt>
            <w:permEnd w:id="80333"/>
          </w:p>
        </w:tc>
        <w:tc>
          <w:tcPr>
            <w:tcW w:type="dxa" w:w="2000"/>
            <w:shd w:val="clear" w:color="auto" w:fill="ECE9F5"/>
            <w:vAlign w:val="center"/>
          </w:tcPr>
          <w:p>
            <w:pPr>
              <w:spacing w:before="0" w:after="0" w:line="240" w:lineRule="auto"/>
              <w:jc w:val="left"/>
            </w:pPr>
            <w:r>
              <w:rPr>
                <w:b/>
                <w:bCs/>
                <w:sz w:val="18"/>
                <w:szCs w:val="18"/>
              </w:rPr>
              <w:t xml:space="preserve">Süre (dk) / Soru sayısı</w:t>
            </w:r>
          </w:p>
        </w:tc>
        <w:tc>
          <w:tcPr>
            <w:tcW w:type="dxa" w:w="2825"/>
            <w:vAlign w:val="center"/>
          </w:tcPr>
          <w:p>
            <w:pPr>
              <w:spacing w:before="0" w:after="0" w:line="240" w:lineRule="auto"/>
              <w:jc w:val="left"/>
            </w:pPr>
            <w:permStart w:id="80335" w:edGrp="everyone"/>
            <w:sdt>
              <w:sdtPr>
                <w:alias w:val="Süre soru"/>
                <w:tag w:val="Süre soru"/>
                <w:id w:val="80336"/>
                <w:showingPlcHdr/>
                <w:text w:multiLine="1"/>
              </w:sdtPr>
              <w:sdtContent>
                <w:r>
                  <w:rPr>
                    <w:rStyle w:val="PlaceholderText"/>
                    <w:sz w:val="18"/>
                    <w:szCs w:val="18"/>
                  </w:rPr>
                  <w:t xml:space="preserve">                      </w:t>
                </w:r>
              </w:sdtContent>
            </w:sdt>
            <w:permEnd w:id="80335"/>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Öğrencinin adı soyadı</w:t>
            </w:r>
          </w:p>
        </w:tc>
        <w:tc>
          <w:tcPr>
            <w:tcW w:type="dxa" w:w="2812"/>
            <w:vAlign w:val="center"/>
          </w:tcPr>
          <w:p>
            <w:pPr>
              <w:spacing w:before="0" w:after="0" w:line="240" w:lineRule="auto"/>
              <w:jc w:val="left"/>
            </w:pPr>
            <w:permStart w:id="80337" w:edGrp="everyone"/>
            <w:sdt>
              <w:sdtPr>
                <w:alias w:val="Öğrenci adı"/>
                <w:tag w:val="Öğrenci adı"/>
                <w:id w:val="80338"/>
                <w:showingPlcHdr/>
                <w:text w:multiLine="1"/>
              </w:sdtPr>
              <w:sdtContent>
                <w:r>
                  <w:rPr>
                    <w:rStyle w:val="PlaceholderText"/>
                    <w:sz w:val="18"/>
                    <w:szCs w:val="18"/>
                  </w:rPr>
                  <w:t xml:space="preserve">                      </w:t>
                </w:r>
              </w:sdtContent>
            </w:sdt>
            <w:permEnd w:id="80337"/>
          </w:p>
        </w:tc>
        <w:tc>
          <w:tcPr>
            <w:tcW w:type="dxa" w:w="2000"/>
            <w:shd w:val="clear" w:color="auto" w:fill="ECE9F5"/>
            <w:vAlign w:val="center"/>
          </w:tcPr>
          <w:p>
            <w:pPr>
              <w:spacing w:before="0" w:after="0" w:line="240" w:lineRule="auto"/>
              <w:jc w:val="left"/>
            </w:pPr>
            <w:r>
              <w:rPr>
                <w:b/>
                <w:bCs/>
                <w:sz w:val="18"/>
                <w:szCs w:val="18"/>
              </w:rPr>
              <w:t xml:space="preserve">Öğrenci no</w:t>
            </w:r>
          </w:p>
        </w:tc>
        <w:tc>
          <w:tcPr>
            <w:tcW w:type="dxa" w:w="2825"/>
            <w:vAlign w:val="center"/>
          </w:tcPr>
          <w:p>
            <w:pPr>
              <w:spacing w:before="0" w:after="0" w:line="240" w:lineRule="auto"/>
              <w:jc w:val="left"/>
            </w:pPr>
            <w:permStart w:id="80339" w:edGrp="everyone"/>
            <w:sdt>
              <w:sdtPr>
                <w:alias w:val="Öğrenci no"/>
                <w:tag w:val="Öğrenci no"/>
                <w:id w:val="80340"/>
                <w:showingPlcHdr/>
                <w:text w:multiLine="1"/>
              </w:sdtPr>
              <w:sdtContent>
                <w:r>
                  <w:rPr>
                    <w:rStyle w:val="PlaceholderText"/>
                    <w:sz w:val="18"/>
                    <w:szCs w:val="18"/>
                  </w:rPr>
                  <w:t xml:space="preserve">                      </w:t>
                </w:r>
              </w:sdtContent>
            </w:sdt>
            <w:permEnd w:id="80339"/>
          </w:p>
        </w:tc>
      </w:tr>
      <w:tr>
        <w:trPr>
          <w:trHeight w:val="351" w:hRule="atLeast"/>
          <w:cantSplit/>
        </w:trPr>
        <w:tc>
          <w:tcPr>
            <w:tcW w:type="dxa" w:w="2000"/>
            <w:shd w:val="clear" w:color="auto" w:fill="ECE9F5"/>
            <w:vAlign w:val="center"/>
          </w:tcPr>
          <w:p>
            <w:pPr>
              <w:spacing w:before="0" w:after="0" w:line="240" w:lineRule="auto"/>
              <w:jc w:val="left"/>
            </w:pPr>
            <w:r>
              <w:rPr>
                <w:b/>
                <w:bCs/>
                <w:sz w:val="18"/>
                <w:szCs w:val="18"/>
              </w:rPr>
              <w:t xml:space="preserve">Salon / Sıra no</w:t>
            </w:r>
          </w:p>
        </w:tc>
        <w:tc>
          <w:tcPr>
            <w:tcW w:type="dxa" w:w="2812"/>
            <w:vAlign w:val="center"/>
          </w:tcPr>
          <w:p>
            <w:pPr>
              <w:spacing w:before="0" w:after="0" w:line="240" w:lineRule="auto"/>
              <w:jc w:val="left"/>
            </w:pPr>
            <w:permStart w:id="80341" w:edGrp="everyone"/>
            <w:sdt>
              <w:sdtPr>
                <w:alias w:val="Salon"/>
                <w:tag w:val="Salon"/>
                <w:id w:val="80342"/>
                <w:showingPlcHdr/>
                <w:text w:multiLine="1"/>
              </w:sdtPr>
              <w:sdtContent>
                <w:r>
                  <w:rPr>
                    <w:rStyle w:val="PlaceholderText"/>
                    <w:sz w:val="18"/>
                    <w:szCs w:val="18"/>
                  </w:rPr>
                  <w:t xml:space="preserve">                      </w:t>
                </w:r>
              </w:sdtContent>
            </w:sdt>
            <w:permEnd w:id="80341"/>
          </w:p>
        </w:tc>
        <w:tc>
          <w:tcPr>
            <w:tcW w:type="dxa" w:w="2000"/>
            <w:shd w:val="clear" w:color="auto" w:fill="ECE9F5"/>
            <w:vAlign w:val="center"/>
          </w:tcPr>
          <w:p>
            <w:pPr>
              <w:spacing w:before="0" w:after="0" w:line="240" w:lineRule="auto"/>
              <w:jc w:val="left"/>
            </w:pPr>
            <w:r>
              <w:rPr>
                <w:b/>
                <w:bCs/>
                <w:sz w:val="18"/>
                <w:szCs w:val="18"/>
              </w:rPr>
              <w:t xml:space="preserve">Öğrenci imzası</w:t>
            </w:r>
          </w:p>
        </w:tc>
        <w:tc>
          <w:tcPr>
            <w:tcW w:type="dxa" w:w="2825"/>
            <w:vAlign w:val="center"/>
          </w:tcPr>
          <w:p>
            <w:pPr>
              <w:spacing w:before="0" w:after="0" w:line="240" w:lineRule="auto"/>
              <w:jc w:val="left"/>
            </w:pPr>
            <w:permStart w:id="80325" w:edGrp="everyone"/>
            <w:sdt>
              <w:sdtPr>
                <w:alias w:val="Öğrenci imza"/>
                <w:tag w:val="Öğrenci imza"/>
                <w:id w:val="80326"/>
                <w:showingPlcHdr/>
                <w:text w:multiLine="1"/>
              </w:sdtPr>
              <w:sdtContent>
                <w:r>
                  <w:rPr>
                    <w:rStyle w:val="PlaceholderText"/>
                    <w:sz w:val="18"/>
                    <w:szCs w:val="18"/>
                  </w:rPr>
                  <w:t xml:space="preserve">                  </w:t>
                </w:r>
              </w:sdtContent>
            </w:sdt>
            <w:permEnd w:id="80325"/>
          </w:p>
        </w:tc>
      </w:tr>
    </w:tbl>
    <w:p>
      <w:pPr>
        <w:spacing w:before="0" w:after="40" w:line="240" w:lineRule="auto"/>
        <w:jc w:val="both"/>
      </w:pPr>
      <w:r>
        <w:rPr>
          <w:i/>
          <w:iCs/>
          <w:color w:val="595959"/>
          <w:sz w:val="16"/>
          <w:szCs w:val="16"/>
        </w:rPr>
        <w:t xml:space="preserve">Sınav kuralları: Öğrenciler kimlik belgesi ve istenen belgelerle ilan edilen yer ve saatte sınava girer. Kopya çeken, kopyaya teşebbüs eden veya sınava hile karıştıran öğrenciye sıfır verilir ve 2547 sayılı Kanunun 54 üncü maddesi uygulanır (HTMYO-TL-02 Öğrencilerin Sınavlarda Uyması Gereken Kurallar Talimatı). Sınav kağıdı ve cevaplar beş yıl saklanır.</w:t>
      </w:r>
    </w:p>
    <w:p>
      <w:pPr>
        <w:spacing w:before="0" w:after="0" w:line="120" w:lineRule="exact"/>
      </w:pPr>
    </w:p>
    <w:p>
      <w:pPr>
        <w:keepNext/>
        <w:spacing w:before="0" w:after="40" w:line="240" w:lineRule="auto"/>
        <w:jc w:val="left"/>
      </w:pPr>
      <w:r>
        <w:rPr>
          <w:b/>
          <w:bCs/>
          <w:sz w:val="19"/>
          <w:szCs w:val="19"/>
        </w:rPr>
        <w:t xml:space="preserve">SORULAR</w:t>
      </w: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9637"/>
      </w:tblGrid>
      <w:tr>
        <w:trPr>
          <w:trHeight w:val="7000" w:hRule="atLeast"/>
          <w:cantSplit/>
        </w:trPr>
        <w:tc>
          <w:tcPr>
            <w:tcW w:type="dxa" w:w="9637"/>
            <w:vAlign w:val="center"/>
          </w:tcPr>
          <w:p>
            <w:pPr>
              <w:spacing w:before="0" w:after="0" w:line="240" w:lineRule="auto"/>
              <w:jc w:val="left"/>
            </w:pPr>
            <w:permStart w:id="80343" w:edGrp="everyone"/>
            <w:sdt>
              <w:sdtPr>
                <w:alias w:val="Soru alanı 1"/>
                <w:tag w:val="Soru alanı 1"/>
                <w:id w:val="80344"/>
                <w:showingPlcHdr/>
                <w:text w:multiLine="1"/>
              </w:sdtPr>
              <w:sdtContent>
                <w:r>
                  <w:rPr>
                    <w:rStyle w:val="PlaceholderText"/>
                    <w:sz w:val="18"/>
                    <w:szCs w:val="18"/>
                  </w:rPr>
                  <w:t xml:space="preserve">                                                                                                                        </w:t>
                </w:r>
              </w:sdtContent>
            </w:sdt>
            <w:permEnd w:id="80343"/>
          </w:p>
          <w:p>
            <w:pPr>
              <w:spacing w:before="0" w:after="0" w:line="240" w:lineRule="auto"/>
              <w:jc w:val="left"/>
            </w:pPr>
            <w:permStart w:id="80345" w:edGrp="everyone"/>
            <w:sdt>
              <w:sdtPr>
                <w:alias w:val="Soru alanı 2"/>
                <w:tag w:val="Soru alanı 2"/>
                <w:id w:val="80346"/>
                <w:showingPlcHdr/>
                <w:text w:multiLine="1"/>
              </w:sdtPr>
              <w:sdtContent>
                <w:r>
                  <w:rPr>
                    <w:rStyle w:val="PlaceholderText"/>
                    <w:sz w:val="18"/>
                    <w:szCs w:val="18"/>
                  </w:rPr>
                  <w:t xml:space="preserve">                                                                                                                        </w:t>
                </w:r>
              </w:sdtContent>
            </w:sdt>
            <w:permEnd w:id="80345"/>
          </w:p>
          <w:p>
            <w:pPr>
              <w:spacing w:before="0" w:after="0" w:line="240" w:lineRule="auto"/>
              <w:jc w:val="left"/>
            </w:pPr>
            <w:permStart w:id="80347" w:edGrp="everyone"/>
            <w:sdt>
              <w:sdtPr>
                <w:alias w:val="Soru alanı 3"/>
                <w:tag w:val="Soru alanı 3"/>
                <w:id w:val="80348"/>
                <w:showingPlcHdr/>
                <w:text w:multiLine="1"/>
              </w:sdtPr>
              <w:sdtContent>
                <w:r>
                  <w:rPr>
                    <w:rStyle w:val="PlaceholderText"/>
                    <w:sz w:val="18"/>
                    <w:szCs w:val="18"/>
                  </w:rPr>
                  <w:t xml:space="preserve">                                                                                                                        </w:t>
                </w:r>
              </w:sdtContent>
            </w:sdt>
            <w:permEnd w:id="80347"/>
          </w:p>
          <w:p>
            <w:pPr>
              <w:spacing w:before="0" w:after="0" w:line="240" w:lineRule="auto"/>
              <w:jc w:val="left"/>
            </w:pPr>
            <w:permStart w:id="80349" w:edGrp="everyone"/>
            <w:sdt>
              <w:sdtPr>
                <w:alias w:val="Soru alanı 4"/>
                <w:tag w:val="Soru alanı 4"/>
                <w:id w:val="80350"/>
                <w:showingPlcHdr/>
                <w:text w:multiLine="1"/>
              </w:sdtPr>
              <w:sdtContent>
                <w:r>
                  <w:rPr>
                    <w:rStyle w:val="PlaceholderText"/>
                    <w:sz w:val="18"/>
                    <w:szCs w:val="18"/>
                  </w:rPr>
                  <w:t xml:space="preserve">                                                                                                                        </w:t>
                </w:r>
              </w:sdtContent>
            </w:sdt>
            <w:permEnd w:id="80349"/>
          </w:p>
          <w:p>
            <w:pPr>
              <w:spacing w:before="0" w:after="0" w:line="240" w:lineRule="auto"/>
              <w:jc w:val="left"/>
            </w:pPr>
            <w:permStart w:id="80351" w:edGrp="everyone"/>
            <w:sdt>
              <w:sdtPr>
                <w:alias w:val="Soru alanı 5"/>
                <w:tag w:val="Soru alanı 5"/>
                <w:id w:val="80352"/>
                <w:showingPlcHdr/>
                <w:text w:multiLine="1"/>
              </w:sdtPr>
              <w:sdtContent>
                <w:r>
                  <w:rPr>
                    <w:rStyle w:val="PlaceholderText"/>
                    <w:sz w:val="18"/>
                    <w:szCs w:val="18"/>
                  </w:rPr>
                  <w:t xml:space="preserve">                                                                                                                        </w:t>
                </w:r>
              </w:sdtContent>
            </w:sdt>
            <w:permEnd w:id="80351"/>
          </w:p>
          <w:p>
            <w:pPr>
              <w:spacing w:before="0" w:after="0" w:line="240" w:lineRule="auto"/>
              <w:jc w:val="left"/>
            </w:pPr>
            <w:permStart w:id="80353" w:edGrp="everyone"/>
            <w:sdt>
              <w:sdtPr>
                <w:alias w:val="Soru alanı 6"/>
                <w:tag w:val="Soru alanı 6"/>
                <w:id w:val="80354"/>
                <w:showingPlcHdr/>
                <w:text w:multiLine="1"/>
              </w:sdtPr>
              <w:sdtContent>
                <w:r>
                  <w:rPr>
                    <w:rStyle w:val="PlaceholderText"/>
                    <w:sz w:val="18"/>
                    <w:szCs w:val="18"/>
                  </w:rPr>
                  <w:t xml:space="preserve">                                                                                                                        </w:t>
                </w:r>
              </w:sdtContent>
            </w:sdt>
            <w:permEnd w:id="80353"/>
          </w:p>
          <w:p>
            <w:pPr>
              <w:spacing w:before="0" w:after="0" w:line="240" w:lineRule="auto"/>
              <w:jc w:val="left"/>
            </w:pPr>
            <w:permStart w:id="80355" w:edGrp="everyone"/>
            <w:sdt>
              <w:sdtPr>
                <w:alias w:val="Soru alanı 7"/>
                <w:tag w:val="Soru alanı 7"/>
                <w:id w:val="80356"/>
                <w:showingPlcHdr/>
                <w:text w:multiLine="1"/>
              </w:sdtPr>
              <w:sdtContent>
                <w:r>
                  <w:rPr>
                    <w:rStyle w:val="PlaceholderText"/>
                    <w:sz w:val="18"/>
                    <w:szCs w:val="18"/>
                  </w:rPr>
                  <w:t xml:space="preserve">                                                                                                                        </w:t>
                </w:r>
              </w:sdtContent>
            </w:sdt>
            <w:permEnd w:id="80355"/>
          </w:p>
          <w:p>
            <w:pPr>
              <w:spacing w:before="0" w:after="0" w:line="240" w:lineRule="auto"/>
              <w:jc w:val="left"/>
            </w:pPr>
            <w:permStart w:id="80357" w:edGrp="everyone"/>
            <w:sdt>
              <w:sdtPr>
                <w:alias w:val="Soru alanı 8"/>
                <w:tag w:val="Soru alanı 8"/>
                <w:id w:val="80358"/>
                <w:showingPlcHdr/>
                <w:text w:multiLine="1"/>
              </w:sdtPr>
              <w:sdtContent>
                <w:r>
                  <w:rPr>
                    <w:rStyle w:val="PlaceholderText"/>
                    <w:sz w:val="18"/>
                    <w:szCs w:val="18"/>
                  </w:rPr>
                  <w:t xml:space="preserve">                                                                                                                        </w:t>
                </w:r>
              </w:sdtContent>
            </w:sdt>
            <w:permEnd w:id="80357"/>
          </w:p>
          <w:p>
            <w:pPr>
              <w:spacing w:before="0" w:after="0" w:line="240" w:lineRule="auto"/>
              <w:jc w:val="left"/>
            </w:pPr>
            <w:permStart w:id="80359" w:edGrp="everyone"/>
            <w:sdt>
              <w:sdtPr>
                <w:alias w:val="Soru alanı 9"/>
                <w:tag w:val="Soru alanı 9"/>
                <w:id w:val="80360"/>
                <w:showingPlcHdr/>
                <w:text w:multiLine="1"/>
              </w:sdtPr>
              <w:sdtContent>
                <w:r>
                  <w:rPr>
                    <w:rStyle w:val="PlaceholderText"/>
                    <w:sz w:val="18"/>
                    <w:szCs w:val="18"/>
                  </w:rPr>
                  <w:t xml:space="preserve">                                                                                                                        </w:t>
                </w:r>
              </w:sdtContent>
            </w:sdt>
            <w:permEnd w:id="80359"/>
          </w:p>
          <w:p>
            <w:pPr>
              <w:spacing w:before="0" w:after="0" w:line="240" w:lineRule="auto"/>
              <w:jc w:val="left"/>
            </w:pPr>
            <w:permStart w:id="80361" w:edGrp="everyone"/>
            <w:sdt>
              <w:sdtPr>
                <w:alias w:val="Soru alanı 10"/>
                <w:tag w:val="Soru alanı 10"/>
                <w:id w:val="80362"/>
                <w:showingPlcHdr/>
                <w:text w:multiLine="1"/>
              </w:sdtPr>
              <w:sdtContent>
                <w:r>
                  <w:rPr>
                    <w:rStyle w:val="PlaceholderText"/>
                    <w:sz w:val="18"/>
                    <w:szCs w:val="18"/>
                  </w:rPr>
                  <w:t xml:space="preserve">                                                                                                                        </w:t>
                </w:r>
              </w:sdtContent>
            </w:sdt>
            <w:permEnd w:id="80361"/>
          </w:p>
          <w:p>
            <w:pPr>
              <w:spacing w:before="0" w:after="0" w:line="240" w:lineRule="auto"/>
              <w:jc w:val="left"/>
            </w:pPr>
            <w:permStart w:id="80363" w:edGrp="everyone"/>
            <w:sdt>
              <w:sdtPr>
                <w:alias w:val="Soru alanı 11"/>
                <w:tag w:val="Soru alanı 11"/>
                <w:id w:val="80364"/>
                <w:showingPlcHdr/>
                <w:text w:multiLine="1"/>
              </w:sdtPr>
              <w:sdtContent>
                <w:r>
                  <w:rPr>
                    <w:rStyle w:val="PlaceholderText"/>
                    <w:sz w:val="18"/>
                    <w:szCs w:val="18"/>
                  </w:rPr>
                  <w:t xml:space="preserve">                                                                                                                        </w:t>
                </w:r>
              </w:sdtContent>
            </w:sdt>
            <w:permEnd w:id="80363"/>
          </w:p>
          <w:p>
            <w:pPr>
              <w:spacing w:before="0" w:after="0" w:line="240" w:lineRule="auto"/>
              <w:jc w:val="left"/>
            </w:pPr>
            <w:permStart w:id="80365" w:edGrp="everyone"/>
            <w:sdt>
              <w:sdtPr>
                <w:alias w:val="Soru alanı 12"/>
                <w:tag w:val="Soru alanı 12"/>
                <w:id w:val="80366"/>
                <w:showingPlcHdr/>
                <w:text w:multiLine="1"/>
              </w:sdtPr>
              <w:sdtContent>
                <w:r>
                  <w:rPr>
                    <w:rStyle w:val="PlaceholderText"/>
                    <w:sz w:val="18"/>
                    <w:szCs w:val="18"/>
                  </w:rPr>
                  <w:t xml:space="preserve">                                                                                                                        </w:t>
                </w:r>
              </w:sdtContent>
            </w:sdt>
            <w:permEnd w:id="80365"/>
          </w:p>
          <w:p>
            <w:pPr>
              <w:spacing w:before="0" w:after="0" w:line="240" w:lineRule="auto"/>
              <w:jc w:val="left"/>
            </w:pPr>
            <w:permStart w:id="80367" w:edGrp="everyone"/>
            <w:sdt>
              <w:sdtPr>
                <w:alias w:val="Soru alanı 13"/>
                <w:tag w:val="Soru alanı 13"/>
                <w:id w:val="80368"/>
                <w:showingPlcHdr/>
                <w:text w:multiLine="1"/>
              </w:sdtPr>
              <w:sdtContent>
                <w:r>
                  <w:rPr>
                    <w:rStyle w:val="PlaceholderText"/>
                    <w:sz w:val="18"/>
                    <w:szCs w:val="18"/>
                  </w:rPr>
                  <w:t xml:space="preserve">                                                                                                                        </w:t>
                </w:r>
              </w:sdtContent>
            </w:sdt>
            <w:permEnd w:id="80367"/>
          </w:p>
          <w:p>
            <w:pPr>
              <w:spacing w:before="0" w:after="0" w:line="240" w:lineRule="auto"/>
              <w:jc w:val="left"/>
            </w:pPr>
            <w:permStart w:id="80369" w:edGrp="everyone"/>
            <w:sdt>
              <w:sdtPr>
                <w:alias w:val="Soru alanı 14"/>
                <w:tag w:val="Soru alanı 14"/>
                <w:id w:val="80370"/>
                <w:showingPlcHdr/>
                <w:text w:multiLine="1"/>
              </w:sdtPr>
              <w:sdtContent>
                <w:r>
                  <w:rPr>
                    <w:rStyle w:val="PlaceholderText"/>
                    <w:sz w:val="18"/>
                    <w:szCs w:val="18"/>
                  </w:rPr>
                  <w:t xml:space="preserve">                                                                                                                        </w:t>
                </w:r>
              </w:sdtContent>
            </w:sdt>
            <w:permEnd w:id="80369"/>
          </w:p>
          <w:p>
            <w:pPr>
              <w:spacing w:before="0" w:after="0" w:line="240" w:lineRule="auto"/>
              <w:jc w:val="left"/>
            </w:pPr>
            <w:permStart w:id="80371" w:edGrp="everyone"/>
            <w:sdt>
              <w:sdtPr>
                <w:alias w:val="Soru alanı 15"/>
                <w:tag w:val="Soru alanı 15"/>
                <w:id w:val="80372"/>
                <w:showingPlcHdr/>
                <w:text w:multiLine="1"/>
              </w:sdtPr>
              <w:sdtContent>
                <w:r>
                  <w:rPr>
                    <w:rStyle w:val="PlaceholderText"/>
                    <w:sz w:val="18"/>
                    <w:szCs w:val="18"/>
                  </w:rPr>
                  <w:t xml:space="preserve">                                                                                                                        </w:t>
                </w:r>
              </w:sdtContent>
            </w:sdt>
            <w:permEnd w:id="80371"/>
          </w:p>
          <w:p>
            <w:pPr>
              <w:spacing w:before="0" w:after="0" w:line="240" w:lineRule="auto"/>
              <w:jc w:val="left"/>
            </w:pPr>
            <w:permStart w:id="80373" w:edGrp="everyone"/>
            <w:sdt>
              <w:sdtPr>
                <w:alias w:val="Soru alanı 16"/>
                <w:tag w:val="Soru alanı 16"/>
                <w:id w:val="80374"/>
                <w:showingPlcHdr/>
                <w:text w:multiLine="1"/>
              </w:sdtPr>
              <w:sdtContent>
                <w:r>
                  <w:rPr>
                    <w:rStyle w:val="PlaceholderText"/>
                    <w:sz w:val="18"/>
                    <w:szCs w:val="18"/>
                  </w:rPr>
                  <w:t xml:space="preserve">                                                                                                                        </w:t>
                </w:r>
              </w:sdtContent>
            </w:sdt>
            <w:permEnd w:id="80373"/>
          </w:p>
          <w:p>
            <w:pPr>
              <w:spacing w:before="0" w:after="0" w:line="240" w:lineRule="auto"/>
              <w:jc w:val="left"/>
            </w:pPr>
            <w:permStart w:id="80375" w:edGrp="everyone"/>
            <w:sdt>
              <w:sdtPr>
                <w:alias w:val="Soru alanı 17"/>
                <w:tag w:val="Soru alanı 17"/>
                <w:id w:val="80376"/>
                <w:showingPlcHdr/>
                <w:text w:multiLine="1"/>
              </w:sdtPr>
              <w:sdtContent>
                <w:r>
                  <w:rPr>
                    <w:rStyle w:val="PlaceholderText"/>
                    <w:sz w:val="18"/>
                    <w:szCs w:val="18"/>
                  </w:rPr>
                  <w:t xml:space="preserve">                                                                                                                        </w:t>
                </w:r>
              </w:sdtContent>
            </w:sdt>
            <w:permEnd w:id="80375"/>
          </w:p>
          <w:p>
            <w:pPr>
              <w:spacing w:before="0" w:after="0" w:line="240" w:lineRule="auto"/>
              <w:jc w:val="left"/>
            </w:pPr>
            <w:permStart w:id="80377" w:edGrp="everyone"/>
            <w:sdt>
              <w:sdtPr>
                <w:alias w:val="Soru alanı 18"/>
                <w:tag w:val="Soru alanı 18"/>
                <w:id w:val="80378"/>
                <w:showingPlcHdr/>
                <w:text w:multiLine="1"/>
              </w:sdtPr>
              <w:sdtContent>
                <w:r>
                  <w:rPr>
                    <w:rStyle w:val="PlaceholderText"/>
                    <w:sz w:val="18"/>
                    <w:szCs w:val="18"/>
                  </w:rPr>
                  <w:t xml:space="preserve">                                                                                                                        </w:t>
                </w:r>
              </w:sdtContent>
            </w:sdt>
            <w:permEnd w:id="80377"/>
          </w:p>
          <w:p>
            <w:pPr>
              <w:spacing w:before="0" w:after="0" w:line="240" w:lineRule="auto"/>
              <w:jc w:val="left"/>
            </w:pPr>
            <w:permStart w:id="80379" w:edGrp="everyone"/>
            <w:sdt>
              <w:sdtPr>
                <w:alias w:val="Soru alanı 19"/>
                <w:tag w:val="Soru alanı 19"/>
                <w:id w:val="80380"/>
                <w:showingPlcHdr/>
                <w:text w:multiLine="1"/>
              </w:sdtPr>
              <w:sdtContent>
                <w:r>
                  <w:rPr>
                    <w:rStyle w:val="PlaceholderText"/>
                    <w:sz w:val="18"/>
                    <w:szCs w:val="18"/>
                  </w:rPr>
                  <w:t xml:space="preserve">                                                                                                                        </w:t>
                </w:r>
              </w:sdtContent>
            </w:sdt>
            <w:permEnd w:id="80379"/>
          </w:p>
          <w:p>
            <w:pPr>
              <w:spacing w:before="0" w:after="0" w:line="240" w:lineRule="auto"/>
              <w:jc w:val="left"/>
            </w:pPr>
            <w:permStart w:id="80381" w:edGrp="everyone"/>
            <w:sdt>
              <w:sdtPr>
                <w:alias w:val="Soru alanı 20"/>
                <w:tag w:val="Soru alanı 20"/>
                <w:id w:val="80382"/>
                <w:showingPlcHdr/>
                <w:text w:multiLine="1"/>
              </w:sdtPr>
              <w:sdtContent>
                <w:r>
                  <w:rPr>
                    <w:rStyle w:val="PlaceholderText"/>
                    <w:sz w:val="18"/>
                    <w:szCs w:val="18"/>
                  </w:rPr>
                  <w:t xml:space="preserve">                                                                                                                        </w:t>
                </w:r>
              </w:sdtContent>
            </w:sdt>
            <w:permEnd w:id="80381"/>
          </w:p>
          <w:p>
            <w:pPr>
              <w:spacing w:before="0" w:after="0" w:line="240" w:lineRule="auto"/>
              <w:jc w:val="left"/>
            </w:pPr>
            <w:permStart w:id="80383" w:edGrp="everyone"/>
            <w:sdt>
              <w:sdtPr>
                <w:alias w:val="Soru alanı 21"/>
                <w:tag w:val="Soru alanı 21"/>
                <w:id w:val="80384"/>
                <w:showingPlcHdr/>
                <w:text w:multiLine="1"/>
              </w:sdtPr>
              <w:sdtContent>
                <w:r>
                  <w:rPr>
                    <w:rStyle w:val="PlaceholderText"/>
                    <w:sz w:val="18"/>
                    <w:szCs w:val="18"/>
                  </w:rPr>
                  <w:t xml:space="preserve">                                                                                                                        </w:t>
                </w:r>
              </w:sdtContent>
            </w:sdt>
            <w:permEnd w:id="80383"/>
          </w:p>
          <w:p>
            <w:pPr>
              <w:spacing w:before="0" w:after="0" w:line="240" w:lineRule="auto"/>
              <w:jc w:val="left"/>
            </w:pPr>
            <w:permStart w:id="80385" w:edGrp="everyone"/>
            <w:sdt>
              <w:sdtPr>
                <w:alias w:val="Soru alanı 22"/>
                <w:tag w:val="Soru alanı 22"/>
                <w:id w:val="80386"/>
                <w:showingPlcHdr/>
                <w:text w:multiLine="1"/>
              </w:sdtPr>
              <w:sdtContent>
                <w:r>
                  <w:rPr>
                    <w:rStyle w:val="PlaceholderText"/>
                    <w:sz w:val="18"/>
                    <w:szCs w:val="18"/>
                  </w:rPr>
                  <w:t xml:space="preserve">                                                                                                                        </w:t>
                </w:r>
              </w:sdtContent>
            </w:sdt>
            <w:permEnd w:id="80385"/>
          </w:p>
          <w:p>
            <w:pPr>
              <w:spacing w:before="0" w:after="0" w:line="240" w:lineRule="auto"/>
              <w:jc w:val="left"/>
            </w:pPr>
            <w:permStart w:id="80387" w:edGrp="everyone"/>
            <w:sdt>
              <w:sdtPr>
                <w:alias w:val="Soru alanı 23"/>
                <w:tag w:val="Soru alanı 23"/>
                <w:id w:val="80388"/>
                <w:showingPlcHdr/>
                <w:text w:multiLine="1"/>
              </w:sdtPr>
              <w:sdtContent>
                <w:r>
                  <w:rPr>
                    <w:rStyle w:val="PlaceholderText"/>
                    <w:sz w:val="18"/>
                    <w:szCs w:val="18"/>
                  </w:rPr>
                  <w:t xml:space="preserve">                                                                                                                        </w:t>
                </w:r>
              </w:sdtContent>
            </w:sdt>
            <w:permEnd w:id="80387"/>
          </w:p>
          <w:p>
            <w:pPr>
              <w:spacing w:before="0" w:after="0" w:line="240" w:lineRule="auto"/>
              <w:jc w:val="left"/>
            </w:pPr>
            <w:permStart w:id="80389" w:edGrp="everyone"/>
            <w:sdt>
              <w:sdtPr>
                <w:alias w:val="Soru alanı 24"/>
                <w:tag w:val="Soru alanı 24"/>
                <w:id w:val="80390"/>
                <w:showingPlcHdr/>
                <w:text w:multiLine="1"/>
              </w:sdtPr>
              <w:sdtContent>
                <w:r>
                  <w:rPr>
                    <w:rStyle w:val="PlaceholderText"/>
                    <w:sz w:val="18"/>
                    <w:szCs w:val="18"/>
                  </w:rPr>
                  <w:t xml:space="preserve">                                                                                                                        </w:t>
                </w:r>
              </w:sdtContent>
            </w:sdt>
            <w:permEnd w:id="80389"/>
          </w:p>
        </w:tc>
      </w:tr>
    </w:tbl>
    <w:p>
      <w:pPr>
        <w:spacing w:before="0" w:after="0" w:line="120" w:lineRule="exact"/>
      </w:pPr>
    </w:p>
    <w:p>
      <w:pPr>
        <w:keepNext/>
        <w:spacing w:before="0" w:after="40" w:line="240" w:lineRule="auto"/>
        <w:jc w:val="left"/>
      </w:pPr>
      <w:r>
        <w:rPr>
          <w:b/>
          <w:bCs/>
          <w:sz w:val="19"/>
          <w:szCs w:val="19"/>
        </w:rPr>
        <w:t xml:space="preserve">PUANLAMA</w:t>
      </w:r>
    </w:p>
    <w:tbl>
      <w:tblPr>
        <w:tblW w:w="9637"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Look w:firstColumn="1" w:firstRow="1" w:lastColumn="0" w:lastRow="0" w:noHBand="0" w:noVBand="1" w:val="04A0"/>
      </w:tblPr>
      <w:tblGrid>
        <w:gridCol w:w="900"/>
        <w:gridCol w:w="900"/>
        <w:gridCol w:w="900"/>
        <w:gridCol w:w="900"/>
        <w:gridCol w:w="900"/>
        <w:gridCol w:w="900"/>
        <w:gridCol w:w="900"/>
        <w:gridCol w:w="900"/>
        <w:gridCol w:w="900"/>
        <w:gridCol w:w="900"/>
        <w:gridCol w:w="637"/>
      </w:tblGrid>
      <w:tr>
        <w:trPr>
          <w:trHeight w:val="351" w:hRule="atLeast"/>
          <w:cantSplit/>
        </w:trPr>
        <w:tc>
          <w:tcPr>
            <w:tcW w:type="dxa" w:w="900"/>
            <w:shd w:val="clear" w:color="auto" w:fill="D9D2EC"/>
            <w:vAlign w:val="center"/>
          </w:tcPr>
          <w:p>
            <w:pPr>
              <w:spacing w:before="0" w:after="0" w:line="240" w:lineRule="auto"/>
              <w:jc w:val="center"/>
            </w:pPr>
            <w:r>
              <w:rPr>
                <w:b/>
                <w:bCs/>
                <w:sz w:val="18"/>
                <w:szCs w:val="18"/>
              </w:rPr>
              <w:t xml:space="preserve">S1</w:t>
            </w:r>
          </w:p>
        </w:tc>
        <w:tc>
          <w:tcPr>
            <w:tcW w:type="dxa" w:w="900"/>
            <w:shd w:val="clear" w:color="auto" w:fill="D9D2EC"/>
            <w:vAlign w:val="center"/>
          </w:tcPr>
          <w:p>
            <w:pPr>
              <w:spacing w:before="0" w:after="0" w:line="240" w:lineRule="auto"/>
              <w:jc w:val="center"/>
            </w:pPr>
            <w:r>
              <w:rPr>
                <w:b/>
                <w:bCs/>
                <w:sz w:val="18"/>
                <w:szCs w:val="18"/>
              </w:rPr>
              <w:t xml:space="preserve">S2</w:t>
            </w:r>
          </w:p>
        </w:tc>
        <w:tc>
          <w:tcPr>
            <w:tcW w:type="dxa" w:w="900"/>
            <w:shd w:val="clear" w:color="auto" w:fill="D9D2EC"/>
            <w:vAlign w:val="center"/>
          </w:tcPr>
          <w:p>
            <w:pPr>
              <w:spacing w:before="0" w:after="0" w:line="240" w:lineRule="auto"/>
              <w:jc w:val="center"/>
            </w:pPr>
            <w:r>
              <w:rPr>
                <w:b/>
                <w:bCs/>
                <w:sz w:val="18"/>
                <w:szCs w:val="18"/>
              </w:rPr>
              <w:t xml:space="preserve">S3</w:t>
            </w:r>
          </w:p>
        </w:tc>
        <w:tc>
          <w:tcPr>
            <w:tcW w:type="dxa" w:w="900"/>
            <w:shd w:val="clear" w:color="auto" w:fill="D9D2EC"/>
            <w:vAlign w:val="center"/>
          </w:tcPr>
          <w:p>
            <w:pPr>
              <w:spacing w:before="0" w:after="0" w:line="240" w:lineRule="auto"/>
              <w:jc w:val="center"/>
            </w:pPr>
            <w:r>
              <w:rPr>
                <w:b/>
                <w:bCs/>
                <w:sz w:val="18"/>
                <w:szCs w:val="18"/>
              </w:rPr>
              <w:t xml:space="preserve">S4</w:t>
            </w:r>
          </w:p>
        </w:tc>
        <w:tc>
          <w:tcPr>
            <w:tcW w:type="dxa" w:w="900"/>
            <w:shd w:val="clear" w:color="auto" w:fill="D9D2EC"/>
            <w:vAlign w:val="center"/>
          </w:tcPr>
          <w:p>
            <w:pPr>
              <w:spacing w:before="0" w:after="0" w:line="240" w:lineRule="auto"/>
              <w:jc w:val="center"/>
            </w:pPr>
            <w:r>
              <w:rPr>
                <w:b/>
                <w:bCs/>
                <w:sz w:val="18"/>
                <w:szCs w:val="18"/>
              </w:rPr>
              <w:t xml:space="preserve">S5</w:t>
            </w:r>
          </w:p>
        </w:tc>
        <w:tc>
          <w:tcPr>
            <w:tcW w:type="dxa" w:w="900"/>
            <w:shd w:val="clear" w:color="auto" w:fill="D9D2EC"/>
            <w:vAlign w:val="center"/>
          </w:tcPr>
          <w:p>
            <w:pPr>
              <w:spacing w:before="0" w:after="0" w:line="240" w:lineRule="auto"/>
              <w:jc w:val="center"/>
            </w:pPr>
            <w:r>
              <w:rPr>
                <w:b/>
                <w:bCs/>
                <w:sz w:val="18"/>
                <w:szCs w:val="18"/>
              </w:rPr>
              <w:t xml:space="preserve">S6</w:t>
            </w:r>
          </w:p>
        </w:tc>
        <w:tc>
          <w:tcPr>
            <w:tcW w:type="dxa" w:w="900"/>
            <w:shd w:val="clear" w:color="auto" w:fill="D9D2EC"/>
            <w:vAlign w:val="center"/>
          </w:tcPr>
          <w:p>
            <w:pPr>
              <w:spacing w:before="0" w:after="0" w:line="240" w:lineRule="auto"/>
              <w:jc w:val="center"/>
            </w:pPr>
            <w:r>
              <w:rPr>
                <w:b/>
                <w:bCs/>
                <w:sz w:val="18"/>
                <w:szCs w:val="18"/>
              </w:rPr>
              <w:t xml:space="preserve">S7</w:t>
            </w:r>
          </w:p>
        </w:tc>
        <w:tc>
          <w:tcPr>
            <w:tcW w:type="dxa" w:w="900"/>
            <w:shd w:val="clear" w:color="auto" w:fill="D9D2EC"/>
            <w:vAlign w:val="center"/>
          </w:tcPr>
          <w:p>
            <w:pPr>
              <w:spacing w:before="0" w:after="0" w:line="240" w:lineRule="auto"/>
              <w:jc w:val="center"/>
            </w:pPr>
            <w:r>
              <w:rPr>
                <w:b/>
                <w:bCs/>
                <w:sz w:val="18"/>
                <w:szCs w:val="18"/>
              </w:rPr>
              <w:t xml:space="preserve">S8</w:t>
            </w:r>
          </w:p>
        </w:tc>
        <w:tc>
          <w:tcPr>
            <w:tcW w:type="dxa" w:w="900"/>
            <w:shd w:val="clear" w:color="auto" w:fill="D9D2EC"/>
            <w:vAlign w:val="center"/>
          </w:tcPr>
          <w:p>
            <w:pPr>
              <w:spacing w:before="0" w:after="0" w:line="240" w:lineRule="auto"/>
              <w:jc w:val="center"/>
            </w:pPr>
            <w:r>
              <w:rPr>
                <w:b/>
                <w:bCs/>
                <w:sz w:val="18"/>
                <w:szCs w:val="18"/>
              </w:rPr>
              <w:t xml:space="preserve">S9</w:t>
            </w:r>
          </w:p>
        </w:tc>
        <w:tc>
          <w:tcPr>
            <w:tcW w:type="dxa" w:w="900"/>
            <w:shd w:val="clear" w:color="auto" w:fill="D9D2EC"/>
            <w:vAlign w:val="center"/>
          </w:tcPr>
          <w:p>
            <w:pPr>
              <w:spacing w:before="0" w:after="0" w:line="240" w:lineRule="auto"/>
              <w:jc w:val="center"/>
            </w:pPr>
            <w:r>
              <w:rPr>
                <w:b/>
                <w:bCs/>
                <w:sz w:val="18"/>
                <w:szCs w:val="18"/>
              </w:rPr>
              <w:t xml:space="preserve">S10</w:t>
            </w:r>
          </w:p>
        </w:tc>
        <w:tc>
          <w:tcPr>
            <w:tcW w:type="dxa" w:w="637"/>
            <w:shd w:val="clear" w:color="auto" w:fill="D9D2EC"/>
            <w:vAlign w:val="center"/>
          </w:tcPr>
          <w:p>
            <w:pPr>
              <w:spacing w:before="0" w:after="0" w:line="240" w:lineRule="auto"/>
              <w:jc w:val="center"/>
            </w:pPr>
            <w:r>
              <w:rPr>
                <w:b/>
                <w:bCs/>
                <w:sz w:val="18"/>
                <w:szCs w:val="18"/>
              </w:rPr>
              <w:t xml:space="preserve">Toplam</w:t>
            </w:r>
          </w:p>
        </w:tc>
      </w:tr>
      <w:tr>
        <w:trPr>
          <w:trHeight w:val="380" w:hRule="atLeast"/>
          <w:cantSplit/>
        </w:trPr>
        <w:tc>
          <w:tcPr>
            <w:tcW w:type="dxa" w:w="900"/>
            <w:vAlign w:val="center"/>
          </w:tcPr>
          <w:p>
            <w:pPr>
              <w:spacing w:before="0" w:after="0" w:line="240" w:lineRule="auto"/>
              <w:jc w:val="center"/>
            </w:pPr>
            <w:permStart w:id="80391" w:edGrp="everyone"/>
            <w:sdt>
              <w:sdtPr>
                <w:alias w:val="Puan 1"/>
                <w:tag w:val="Puan 1"/>
                <w:id w:val="80392"/>
                <w:showingPlcHdr/>
                <w:text w:multiLine="1"/>
              </w:sdtPr>
              <w:sdtContent>
                <w:r>
                  <w:rPr>
                    <w:rStyle w:val="PlaceholderText"/>
                    <w:sz w:val="18"/>
                    <w:szCs w:val="18"/>
                  </w:rPr>
                  <w:t xml:space="preserve">    </w:t>
                </w:r>
              </w:sdtContent>
            </w:sdt>
            <w:permEnd w:id="80391"/>
          </w:p>
        </w:tc>
        <w:tc>
          <w:tcPr>
            <w:tcW w:type="dxa" w:w="900"/>
            <w:vAlign w:val="center"/>
          </w:tcPr>
          <w:p>
            <w:pPr>
              <w:spacing w:before="0" w:after="0" w:line="240" w:lineRule="auto"/>
              <w:jc w:val="center"/>
            </w:pPr>
            <w:permStart w:id="80393" w:edGrp="everyone"/>
            <w:sdt>
              <w:sdtPr>
                <w:alias w:val="Puan 2"/>
                <w:tag w:val="Puan 2"/>
                <w:id w:val="80394"/>
                <w:showingPlcHdr/>
                <w:text w:multiLine="1"/>
              </w:sdtPr>
              <w:sdtContent>
                <w:r>
                  <w:rPr>
                    <w:rStyle w:val="PlaceholderText"/>
                    <w:sz w:val="18"/>
                    <w:szCs w:val="18"/>
                  </w:rPr>
                  <w:t xml:space="preserve">    </w:t>
                </w:r>
              </w:sdtContent>
            </w:sdt>
            <w:permEnd w:id="80393"/>
          </w:p>
        </w:tc>
        <w:tc>
          <w:tcPr>
            <w:tcW w:type="dxa" w:w="900"/>
            <w:vAlign w:val="center"/>
          </w:tcPr>
          <w:p>
            <w:pPr>
              <w:spacing w:before="0" w:after="0" w:line="240" w:lineRule="auto"/>
              <w:jc w:val="center"/>
            </w:pPr>
            <w:permStart w:id="80395" w:edGrp="everyone"/>
            <w:sdt>
              <w:sdtPr>
                <w:alias w:val="Puan 3"/>
                <w:tag w:val="Puan 3"/>
                <w:id w:val="80396"/>
                <w:showingPlcHdr/>
                <w:text w:multiLine="1"/>
              </w:sdtPr>
              <w:sdtContent>
                <w:r>
                  <w:rPr>
                    <w:rStyle w:val="PlaceholderText"/>
                    <w:sz w:val="18"/>
                    <w:szCs w:val="18"/>
                  </w:rPr>
                  <w:t xml:space="preserve">    </w:t>
                </w:r>
              </w:sdtContent>
            </w:sdt>
            <w:permEnd w:id="80395"/>
          </w:p>
        </w:tc>
        <w:tc>
          <w:tcPr>
            <w:tcW w:type="dxa" w:w="900"/>
            <w:vAlign w:val="center"/>
          </w:tcPr>
          <w:p>
            <w:pPr>
              <w:spacing w:before="0" w:after="0" w:line="240" w:lineRule="auto"/>
              <w:jc w:val="center"/>
            </w:pPr>
            <w:permStart w:id="80397" w:edGrp="everyone"/>
            <w:sdt>
              <w:sdtPr>
                <w:alias w:val="Puan 4"/>
                <w:tag w:val="Puan 4"/>
                <w:id w:val="80398"/>
                <w:showingPlcHdr/>
                <w:text w:multiLine="1"/>
              </w:sdtPr>
              <w:sdtContent>
                <w:r>
                  <w:rPr>
                    <w:rStyle w:val="PlaceholderText"/>
                    <w:sz w:val="18"/>
                    <w:szCs w:val="18"/>
                  </w:rPr>
                  <w:t xml:space="preserve">    </w:t>
                </w:r>
              </w:sdtContent>
            </w:sdt>
            <w:permEnd w:id="80397"/>
          </w:p>
        </w:tc>
        <w:tc>
          <w:tcPr>
            <w:tcW w:type="dxa" w:w="900"/>
            <w:vAlign w:val="center"/>
          </w:tcPr>
          <w:p>
            <w:pPr>
              <w:spacing w:before="0" w:after="0" w:line="240" w:lineRule="auto"/>
              <w:jc w:val="center"/>
            </w:pPr>
            <w:permStart w:id="80399" w:edGrp="everyone"/>
            <w:sdt>
              <w:sdtPr>
                <w:alias w:val="Puan 5"/>
                <w:tag w:val="Puan 5"/>
                <w:id w:val="80400"/>
                <w:showingPlcHdr/>
                <w:text w:multiLine="1"/>
              </w:sdtPr>
              <w:sdtContent>
                <w:r>
                  <w:rPr>
                    <w:rStyle w:val="PlaceholderText"/>
                    <w:sz w:val="18"/>
                    <w:szCs w:val="18"/>
                  </w:rPr>
                  <w:t xml:space="preserve">    </w:t>
                </w:r>
              </w:sdtContent>
            </w:sdt>
            <w:permEnd w:id="80399"/>
          </w:p>
        </w:tc>
        <w:tc>
          <w:tcPr>
            <w:tcW w:type="dxa" w:w="900"/>
            <w:vAlign w:val="center"/>
          </w:tcPr>
          <w:p>
            <w:pPr>
              <w:spacing w:before="0" w:after="0" w:line="240" w:lineRule="auto"/>
              <w:jc w:val="center"/>
            </w:pPr>
            <w:permStart w:id="80401" w:edGrp="everyone"/>
            <w:sdt>
              <w:sdtPr>
                <w:alias w:val="Puan 6"/>
                <w:tag w:val="Puan 6"/>
                <w:id w:val="80402"/>
                <w:showingPlcHdr/>
                <w:text w:multiLine="1"/>
              </w:sdtPr>
              <w:sdtContent>
                <w:r>
                  <w:rPr>
                    <w:rStyle w:val="PlaceholderText"/>
                    <w:sz w:val="18"/>
                    <w:szCs w:val="18"/>
                  </w:rPr>
                  <w:t xml:space="preserve">    </w:t>
                </w:r>
              </w:sdtContent>
            </w:sdt>
            <w:permEnd w:id="80401"/>
          </w:p>
        </w:tc>
        <w:tc>
          <w:tcPr>
            <w:tcW w:type="dxa" w:w="900"/>
            <w:vAlign w:val="center"/>
          </w:tcPr>
          <w:p>
            <w:pPr>
              <w:spacing w:before="0" w:after="0" w:line="240" w:lineRule="auto"/>
              <w:jc w:val="center"/>
            </w:pPr>
            <w:permStart w:id="80403" w:edGrp="everyone"/>
            <w:sdt>
              <w:sdtPr>
                <w:alias w:val="Puan 7"/>
                <w:tag w:val="Puan 7"/>
                <w:id w:val="80404"/>
                <w:showingPlcHdr/>
                <w:text w:multiLine="1"/>
              </w:sdtPr>
              <w:sdtContent>
                <w:r>
                  <w:rPr>
                    <w:rStyle w:val="PlaceholderText"/>
                    <w:sz w:val="18"/>
                    <w:szCs w:val="18"/>
                  </w:rPr>
                  <w:t xml:space="preserve">    </w:t>
                </w:r>
              </w:sdtContent>
            </w:sdt>
            <w:permEnd w:id="80403"/>
          </w:p>
        </w:tc>
        <w:tc>
          <w:tcPr>
            <w:tcW w:type="dxa" w:w="900"/>
            <w:vAlign w:val="center"/>
          </w:tcPr>
          <w:p>
            <w:pPr>
              <w:spacing w:before="0" w:after="0" w:line="240" w:lineRule="auto"/>
              <w:jc w:val="center"/>
            </w:pPr>
            <w:permStart w:id="80405" w:edGrp="everyone"/>
            <w:sdt>
              <w:sdtPr>
                <w:alias w:val="Puan 8"/>
                <w:tag w:val="Puan 8"/>
                <w:id w:val="80406"/>
                <w:showingPlcHdr/>
                <w:text w:multiLine="1"/>
              </w:sdtPr>
              <w:sdtContent>
                <w:r>
                  <w:rPr>
                    <w:rStyle w:val="PlaceholderText"/>
                    <w:sz w:val="18"/>
                    <w:szCs w:val="18"/>
                  </w:rPr>
                  <w:t xml:space="preserve">    </w:t>
                </w:r>
              </w:sdtContent>
            </w:sdt>
            <w:permEnd w:id="80405"/>
          </w:p>
        </w:tc>
        <w:tc>
          <w:tcPr>
            <w:tcW w:type="dxa" w:w="900"/>
            <w:vAlign w:val="center"/>
          </w:tcPr>
          <w:p>
            <w:pPr>
              <w:spacing w:before="0" w:after="0" w:line="240" w:lineRule="auto"/>
              <w:jc w:val="center"/>
            </w:pPr>
            <w:permStart w:id="80407" w:edGrp="everyone"/>
            <w:sdt>
              <w:sdtPr>
                <w:alias w:val="Puan 9"/>
                <w:tag w:val="Puan 9"/>
                <w:id w:val="80408"/>
                <w:showingPlcHdr/>
                <w:text w:multiLine="1"/>
              </w:sdtPr>
              <w:sdtContent>
                <w:r>
                  <w:rPr>
                    <w:rStyle w:val="PlaceholderText"/>
                    <w:sz w:val="18"/>
                    <w:szCs w:val="18"/>
                  </w:rPr>
                  <w:t xml:space="preserve">    </w:t>
                </w:r>
              </w:sdtContent>
            </w:sdt>
            <w:permEnd w:id="80407"/>
          </w:p>
        </w:tc>
        <w:tc>
          <w:tcPr>
            <w:tcW w:type="dxa" w:w="900"/>
            <w:vAlign w:val="center"/>
          </w:tcPr>
          <w:p>
            <w:pPr>
              <w:spacing w:before="0" w:after="0" w:line="240" w:lineRule="auto"/>
              <w:jc w:val="center"/>
            </w:pPr>
            <w:permStart w:id="80409" w:edGrp="everyone"/>
            <w:sdt>
              <w:sdtPr>
                <w:alias w:val="Puan 10"/>
                <w:tag w:val="Puan 10"/>
                <w:id w:val="80410"/>
                <w:showingPlcHdr/>
                <w:text w:multiLine="1"/>
              </w:sdtPr>
              <w:sdtContent>
                <w:r>
                  <w:rPr>
                    <w:rStyle w:val="PlaceholderText"/>
                    <w:sz w:val="18"/>
                    <w:szCs w:val="18"/>
                  </w:rPr>
                  <w:t xml:space="preserve">    </w:t>
                </w:r>
              </w:sdtContent>
            </w:sdt>
            <w:permEnd w:id="80409"/>
          </w:p>
        </w:tc>
        <w:tc>
          <w:tcPr>
            <w:tcW w:type="dxa" w:w="637"/>
            <w:vAlign w:val="center"/>
          </w:tcPr>
          <w:p>
            <w:pPr>
              <w:spacing w:before="0" w:after="0" w:line="240" w:lineRule="auto"/>
              <w:jc w:val="center"/>
            </w:pPr>
            <w:permStart w:id="80411" w:edGrp="everyone"/>
            <w:sdt>
              <w:sdtPr>
                <w:alias w:val="Toplam puan"/>
                <w:tag w:val="Toplam puan"/>
                <w:id w:val="80412"/>
                <w:showingPlcHdr/>
                <w:text w:multiLine="1"/>
              </w:sdtPr>
              <w:sdtContent>
                <w:r>
                  <w:rPr>
                    <w:rStyle w:val="PlaceholderText"/>
                    <w:sz w:val="18"/>
                    <w:szCs w:val="18"/>
                  </w:rPr>
                  <w:t xml:space="preserve">      </w:t>
                </w:r>
              </w:sdtContent>
            </w:sdt>
            <w:permEnd w:id="80411"/>
          </w:p>
        </w:tc>
      </w:tr>
    </w:tbl>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HTMYO-PFRM-247  |  Sınav Soru Kağıdı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HTMYO-PFRM-247</w:t>
          </w:r>
        </w:p>
        <w:p>
          <w:pPr>
            <w:spacing w:before="0" w:after="0" w:line="240" w:lineRule="auto"/>
            <w:jc w:val="left"/>
          </w:pPr>
          <w:r>
            <w:rPr>
              <w:color w:val="595959"/>
              <w:sz w:val="16"/>
              <w:szCs w:val="16"/>
            </w:rPr>
            <w:t xml:space="preserve">Yürürlük Tarihi: </w:t>
          </w:r>
          <w:r>
            <w:rPr>
              <w:b/>
              <w:bCs/>
              <w:sz w:val="16"/>
              <w:szCs w:val="16"/>
            </w:rPr>
            <w:t xml:space="preserve">08.10.2026</w:t>
          </w:r>
        </w:p>
        <w:p>
          <w:pPr>
            <w:spacing w:before="0" w:after="0" w:line="240" w:lineRule="auto"/>
            <w:jc w:val="left"/>
          </w:pPr>
          <w:r>
            <w:rPr>
              <w:color w:val="595959"/>
              <w:sz w:val="16"/>
              <w:szCs w:val="16"/>
            </w:rPr>
            <w:t xml:space="preserve">Revizyon No: </w:t>
          </w:r>
          <w:r>
            <w:rPr>
              <w:b/>
              <w:bCs/>
              <w:sz w:val="16"/>
              <w:szCs w:val="16"/>
            </w:rPr>
            <w:t xml:space="preserve">-</w:t>
          </w:r>
        </w:p>
        <w:p>
          <w:pPr>
            <w:spacing w:before="0" w:after="0" w:line="240" w:lineRule="auto"/>
            <w:jc w:val="left"/>
          </w:pPr>
          <w:r>
            <w:rPr>
              <w:color w:val="595959"/>
              <w:sz w:val="16"/>
              <w:szCs w:val="16"/>
            </w:rPr>
            <w:t xml:space="preserve">Revizyon Tarihi: </w:t>
          </w:r>
          <w:r>
            <w:rPr>
              <w:b/>
              <w:bCs/>
              <w:sz w:val="16"/>
              <w:szCs w:val="16"/>
            </w:rPr>
            <w:t xml:space="preserve">-</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Sınav Soru Kağıdı</dc:title>
  <dc:subject>HTMYO-PFRM-247</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