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KURUM İÇİ YATAY GEÇİŞ BÖLÜM ÜST YAZISI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444" w:edGrp="everyone"/>
      <w:sdt>
        <w:sdtPr>
          <w:alias w:val="Düzenleme Tarihi"/>
          <w:tag w:val="Düzenleme Tarihi"/>
          <w:id w:val="4144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08.10.2026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44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BAŞVURU BİLGİLERİ</w:t>
      </w: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000"/>
        <w:gridCol w:w="2812"/>
        <w:gridCol w:w="2000"/>
        <w:gridCol w:w="2825"/>
      </w:tblGrid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Başvurulan yarıyıl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0173" w:edGrp="everyone"/>
            <w:sdt>
              <w:sdtPr>
                <w:alias w:val="Yarıyıl"/>
                <w:tag w:val="Yarıyıl"/>
                <w:id w:val="8017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173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İlan edilen kontenjan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0175" w:edGrp="everyone"/>
            <w:sdt>
              <w:sdtPr>
                <w:alias w:val="Kontenjan"/>
                <w:tag w:val="Kontenjan"/>
                <w:id w:val="8017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175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Başvuru sayısı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0177" w:edGrp="everyone"/>
            <w:sdt>
              <w:sdtPr>
                <w:alias w:val="Başvuru sayısı"/>
                <w:tag w:val="Başvuru sayısı"/>
                <w:id w:val="8017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177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Uygun bulunan başvuru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0179" w:edGrp="everyone"/>
            <w:sdt>
              <w:sdtPr>
                <w:alias w:val="Uygun sayısı"/>
                <w:tag w:val="Uygun sayısı"/>
                <w:id w:val="8018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179"/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600"/>
        <w:gridCol w:w="1500"/>
        <w:gridCol w:w="2700"/>
        <w:gridCol w:w="2437"/>
        <w:gridCol w:w="1000"/>
        <w:gridCol w:w="1400"/>
      </w:tblGrid>
      <w:tr>
        <w:trPr>
          <w:trHeight w:val="351" w:hRule="atLeast"/>
          <w:cantSplit/>
        </w:trPr>
        <w:tc>
          <w:tcPr>
            <w:tcW w:type="dxa" w:w="6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15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27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2437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Geldiği Program</w:t>
            </w:r>
          </w:p>
        </w:tc>
        <w:tc>
          <w:tcPr>
            <w:tcW w:type="dxa" w:w="10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AGNO</w:t>
            </w:r>
          </w:p>
        </w:tc>
        <w:tc>
          <w:tcPr>
            <w:tcW w:type="dxa" w:w="14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Sonuç</w:t>
            </w:r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181" w:edGrp="everyone"/>
            <w:sdt>
              <w:sdtPr>
                <w:alias w:val="Öğrenci No 1"/>
                <w:tag w:val="Öğrenci No 1"/>
                <w:id w:val="8018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181"/>
          </w:p>
        </w:tc>
        <w:tc>
          <w:tcPr>
            <w:tcW w:type="dxa" w:w="2700"/>
            <w:vAlign w:val="center"/>
          </w:tcPr>
          <w:p>
            <w:pPr>
              <w:spacing w:before="0" w:after="0" w:line="240" w:lineRule="auto"/>
              <w:jc w:val="left"/>
            </w:pPr>
            <w:permStart w:id="80183" w:edGrp="everyone"/>
            <w:sdt>
              <w:sdtPr>
                <w:alias w:val="Adı Soyadı 1"/>
                <w:tag w:val="Adı Soyadı 1"/>
                <w:id w:val="8018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0183"/>
          </w:p>
        </w:tc>
        <w:tc>
          <w:tcPr>
            <w:tcW w:type="dxa" w:w="2437"/>
            <w:vAlign w:val="center"/>
          </w:tcPr>
          <w:p>
            <w:pPr>
              <w:spacing w:before="0" w:after="0" w:line="240" w:lineRule="auto"/>
              <w:jc w:val="left"/>
            </w:pPr>
            <w:permStart w:id="80185" w:edGrp="everyone"/>
            <w:sdt>
              <w:sdtPr>
                <w:alias w:val="Geldiği Program 1"/>
                <w:tag w:val="Geldiği Program 1"/>
                <w:id w:val="8018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185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80187" w:edGrp="everyone"/>
            <w:sdt>
              <w:sdtPr>
                <w:alias w:val="AGNO 1"/>
                <w:tag w:val="AGNO 1"/>
                <w:id w:val="8018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187"/>
          </w:p>
        </w:tc>
        <w:tc>
          <w:tcPr>
            <w:tcW w:type="dxa" w:w="1400"/>
            <w:vAlign w:val="center"/>
          </w:tcPr>
          <w:p>
            <w:pPr>
              <w:spacing w:before="0" w:after="0" w:line="240" w:lineRule="auto"/>
              <w:jc w:val="left"/>
            </w:pPr>
            <w:permStart w:id="80189" w:edGrp="everyone"/>
            <w:sdt>
              <w:sdtPr>
                <w:alias w:val="Sonuç 1"/>
                <w:tag w:val="Sonuç 1"/>
                <w:id w:val="8019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18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191" w:edGrp="everyone"/>
            <w:sdt>
              <w:sdtPr>
                <w:alias w:val="Öğrenci No 2"/>
                <w:tag w:val="Öğrenci No 2"/>
                <w:id w:val="8019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191"/>
          </w:p>
        </w:tc>
        <w:tc>
          <w:tcPr>
            <w:tcW w:type="dxa" w:w="2700"/>
            <w:vAlign w:val="center"/>
          </w:tcPr>
          <w:p>
            <w:pPr>
              <w:spacing w:before="0" w:after="0" w:line="240" w:lineRule="auto"/>
              <w:jc w:val="left"/>
            </w:pPr>
            <w:permStart w:id="80193" w:edGrp="everyone"/>
            <w:sdt>
              <w:sdtPr>
                <w:alias w:val="Adı Soyadı 2"/>
                <w:tag w:val="Adı Soyadı 2"/>
                <w:id w:val="8019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0193"/>
          </w:p>
        </w:tc>
        <w:tc>
          <w:tcPr>
            <w:tcW w:type="dxa" w:w="2437"/>
            <w:vAlign w:val="center"/>
          </w:tcPr>
          <w:p>
            <w:pPr>
              <w:spacing w:before="0" w:after="0" w:line="240" w:lineRule="auto"/>
              <w:jc w:val="left"/>
            </w:pPr>
            <w:permStart w:id="80195" w:edGrp="everyone"/>
            <w:sdt>
              <w:sdtPr>
                <w:alias w:val="Geldiği Program 2"/>
                <w:tag w:val="Geldiği Program 2"/>
                <w:id w:val="8019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195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80197" w:edGrp="everyone"/>
            <w:sdt>
              <w:sdtPr>
                <w:alias w:val="AGNO 2"/>
                <w:tag w:val="AGNO 2"/>
                <w:id w:val="8019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197"/>
          </w:p>
        </w:tc>
        <w:tc>
          <w:tcPr>
            <w:tcW w:type="dxa" w:w="1400"/>
            <w:vAlign w:val="center"/>
          </w:tcPr>
          <w:p>
            <w:pPr>
              <w:spacing w:before="0" w:after="0" w:line="240" w:lineRule="auto"/>
              <w:jc w:val="left"/>
            </w:pPr>
            <w:permStart w:id="80199" w:edGrp="everyone"/>
            <w:sdt>
              <w:sdtPr>
                <w:alias w:val="Sonuç 2"/>
                <w:tag w:val="Sonuç 2"/>
                <w:id w:val="8020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19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201" w:edGrp="everyone"/>
            <w:sdt>
              <w:sdtPr>
                <w:alias w:val="Öğrenci No 3"/>
                <w:tag w:val="Öğrenci No 3"/>
                <w:id w:val="8020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01"/>
          </w:p>
        </w:tc>
        <w:tc>
          <w:tcPr>
            <w:tcW w:type="dxa" w:w="2700"/>
            <w:vAlign w:val="center"/>
          </w:tcPr>
          <w:p>
            <w:pPr>
              <w:spacing w:before="0" w:after="0" w:line="240" w:lineRule="auto"/>
              <w:jc w:val="left"/>
            </w:pPr>
            <w:permStart w:id="80203" w:edGrp="everyone"/>
            <w:sdt>
              <w:sdtPr>
                <w:alias w:val="Adı Soyadı 3"/>
                <w:tag w:val="Adı Soyadı 3"/>
                <w:id w:val="8020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0203"/>
          </w:p>
        </w:tc>
        <w:tc>
          <w:tcPr>
            <w:tcW w:type="dxa" w:w="2437"/>
            <w:vAlign w:val="center"/>
          </w:tcPr>
          <w:p>
            <w:pPr>
              <w:spacing w:before="0" w:after="0" w:line="240" w:lineRule="auto"/>
              <w:jc w:val="left"/>
            </w:pPr>
            <w:permStart w:id="80205" w:edGrp="everyone"/>
            <w:sdt>
              <w:sdtPr>
                <w:alias w:val="Geldiği Program 3"/>
                <w:tag w:val="Geldiği Program 3"/>
                <w:id w:val="8020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05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80207" w:edGrp="everyone"/>
            <w:sdt>
              <w:sdtPr>
                <w:alias w:val="AGNO 3"/>
                <w:tag w:val="AGNO 3"/>
                <w:id w:val="8020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07"/>
          </w:p>
        </w:tc>
        <w:tc>
          <w:tcPr>
            <w:tcW w:type="dxa" w:w="1400"/>
            <w:vAlign w:val="center"/>
          </w:tcPr>
          <w:p>
            <w:pPr>
              <w:spacing w:before="0" w:after="0" w:line="240" w:lineRule="auto"/>
              <w:jc w:val="left"/>
            </w:pPr>
            <w:permStart w:id="80209" w:edGrp="everyone"/>
            <w:sdt>
              <w:sdtPr>
                <w:alias w:val="Sonuç 3"/>
                <w:tag w:val="Sonuç 3"/>
                <w:id w:val="8021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0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211" w:edGrp="everyone"/>
            <w:sdt>
              <w:sdtPr>
                <w:alias w:val="Öğrenci No 4"/>
                <w:tag w:val="Öğrenci No 4"/>
                <w:id w:val="8021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11"/>
          </w:p>
        </w:tc>
        <w:tc>
          <w:tcPr>
            <w:tcW w:type="dxa" w:w="2700"/>
            <w:vAlign w:val="center"/>
          </w:tcPr>
          <w:p>
            <w:pPr>
              <w:spacing w:before="0" w:after="0" w:line="240" w:lineRule="auto"/>
              <w:jc w:val="left"/>
            </w:pPr>
            <w:permStart w:id="80213" w:edGrp="everyone"/>
            <w:sdt>
              <w:sdtPr>
                <w:alias w:val="Adı Soyadı 4"/>
                <w:tag w:val="Adı Soyadı 4"/>
                <w:id w:val="8021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0213"/>
          </w:p>
        </w:tc>
        <w:tc>
          <w:tcPr>
            <w:tcW w:type="dxa" w:w="2437"/>
            <w:vAlign w:val="center"/>
          </w:tcPr>
          <w:p>
            <w:pPr>
              <w:spacing w:before="0" w:after="0" w:line="240" w:lineRule="auto"/>
              <w:jc w:val="left"/>
            </w:pPr>
            <w:permStart w:id="80215" w:edGrp="everyone"/>
            <w:sdt>
              <w:sdtPr>
                <w:alias w:val="Geldiği Program 4"/>
                <w:tag w:val="Geldiği Program 4"/>
                <w:id w:val="8021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15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80217" w:edGrp="everyone"/>
            <w:sdt>
              <w:sdtPr>
                <w:alias w:val="AGNO 4"/>
                <w:tag w:val="AGNO 4"/>
                <w:id w:val="8021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17"/>
          </w:p>
        </w:tc>
        <w:tc>
          <w:tcPr>
            <w:tcW w:type="dxa" w:w="1400"/>
            <w:vAlign w:val="center"/>
          </w:tcPr>
          <w:p>
            <w:pPr>
              <w:spacing w:before="0" w:after="0" w:line="240" w:lineRule="auto"/>
              <w:jc w:val="left"/>
            </w:pPr>
            <w:permStart w:id="80219" w:edGrp="everyone"/>
            <w:sdt>
              <w:sdtPr>
                <w:alias w:val="Sonuç 4"/>
                <w:tag w:val="Sonuç 4"/>
                <w:id w:val="8022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1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221" w:edGrp="everyone"/>
            <w:sdt>
              <w:sdtPr>
                <w:alias w:val="Öğrenci No 5"/>
                <w:tag w:val="Öğrenci No 5"/>
                <w:id w:val="8022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21"/>
          </w:p>
        </w:tc>
        <w:tc>
          <w:tcPr>
            <w:tcW w:type="dxa" w:w="2700"/>
            <w:vAlign w:val="center"/>
          </w:tcPr>
          <w:p>
            <w:pPr>
              <w:spacing w:before="0" w:after="0" w:line="240" w:lineRule="auto"/>
              <w:jc w:val="left"/>
            </w:pPr>
            <w:permStart w:id="80223" w:edGrp="everyone"/>
            <w:sdt>
              <w:sdtPr>
                <w:alias w:val="Adı Soyadı 5"/>
                <w:tag w:val="Adı Soyadı 5"/>
                <w:id w:val="8022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0223"/>
          </w:p>
        </w:tc>
        <w:tc>
          <w:tcPr>
            <w:tcW w:type="dxa" w:w="2437"/>
            <w:vAlign w:val="center"/>
          </w:tcPr>
          <w:p>
            <w:pPr>
              <w:spacing w:before="0" w:after="0" w:line="240" w:lineRule="auto"/>
              <w:jc w:val="left"/>
            </w:pPr>
            <w:permStart w:id="80225" w:edGrp="everyone"/>
            <w:sdt>
              <w:sdtPr>
                <w:alias w:val="Geldiği Program 5"/>
                <w:tag w:val="Geldiği Program 5"/>
                <w:id w:val="8022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25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80227" w:edGrp="everyone"/>
            <w:sdt>
              <w:sdtPr>
                <w:alias w:val="AGNO 5"/>
                <w:tag w:val="AGNO 5"/>
                <w:id w:val="8022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27"/>
          </w:p>
        </w:tc>
        <w:tc>
          <w:tcPr>
            <w:tcW w:type="dxa" w:w="1400"/>
            <w:vAlign w:val="center"/>
          </w:tcPr>
          <w:p>
            <w:pPr>
              <w:spacing w:before="0" w:after="0" w:line="240" w:lineRule="auto"/>
              <w:jc w:val="left"/>
            </w:pPr>
            <w:permStart w:id="80229" w:edGrp="everyone"/>
            <w:sdt>
              <w:sdtPr>
                <w:alias w:val="Sonuç 5"/>
                <w:tag w:val="Sonuç 5"/>
                <w:id w:val="8023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2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231" w:edGrp="everyone"/>
            <w:sdt>
              <w:sdtPr>
                <w:alias w:val="Öğrenci No 6"/>
                <w:tag w:val="Öğrenci No 6"/>
                <w:id w:val="8023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31"/>
          </w:p>
        </w:tc>
        <w:tc>
          <w:tcPr>
            <w:tcW w:type="dxa" w:w="2700"/>
            <w:vAlign w:val="center"/>
          </w:tcPr>
          <w:p>
            <w:pPr>
              <w:spacing w:before="0" w:after="0" w:line="240" w:lineRule="auto"/>
              <w:jc w:val="left"/>
            </w:pPr>
            <w:permStart w:id="80233" w:edGrp="everyone"/>
            <w:sdt>
              <w:sdtPr>
                <w:alias w:val="Adı Soyadı 6"/>
                <w:tag w:val="Adı Soyadı 6"/>
                <w:id w:val="8023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0233"/>
          </w:p>
        </w:tc>
        <w:tc>
          <w:tcPr>
            <w:tcW w:type="dxa" w:w="2437"/>
            <w:vAlign w:val="center"/>
          </w:tcPr>
          <w:p>
            <w:pPr>
              <w:spacing w:before="0" w:after="0" w:line="240" w:lineRule="auto"/>
              <w:jc w:val="left"/>
            </w:pPr>
            <w:permStart w:id="80235" w:edGrp="everyone"/>
            <w:sdt>
              <w:sdtPr>
                <w:alias w:val="Geldiği Program 6"/>
                <w:tag w:val="Geldiği Program 6"/>
                <w:id w:val="8023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35"/>
          </w:p>
        </w:tc>
        <w:tc>
          <w:tcPr>
            <w:tcW w:type="dxa" w:w="1000"/>
            <w:vAlign w:val="center"/>
          </w:tcPr>
          <w:p>
            <w:pPr>
              <w:spacing w:before="0" w:after="0" w:line="240" w:lineRule="auto"/>
              <w:jc w:val="left"/>
            </w:pPr>
            <w:permStart w:id="80237" w:edGrp="everyone"/>
            <w:sdt>
              <w:sdtPr>
                <w:alias w:val="AGNO 6"/>
                <w:tag w:val="AGNO 6"/>
                <w:id w:val="8023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37"/>
          </w:p>
        </w:tc>
        <w:tc>
          <w:tcPr>
            <w:tcW w:type="dxa" w:w="1400"/>
            <w:vAlign w:val="center"/>
          </w:tcPr>
          <w:p>
            <w:pPr>
              <w:spacing w:before="0" w:after="0" w:line="240" w:lineRule="auto"/>
              <w:jc w:val="left"/>
            </w:pPr>
            <w:permStart w:id="80239" w:edGrp="everyone"/>
            <w:sdt>
              <w:sdtPr>
                <w:alias w:val="Sonuç 6"/>
                <w:tag w:val="Sonuç 6"/>
                <w:id w:val="8024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239"/>
          </w:p>
        </w:tc>
      </w:tr>
    </w:tbl>
    <w:p>
      <w:pPr>
        <w:spacing w:before="0" w:after="0" w:line="120" w:lineRule="exact"/>
      </w:pPr>
    </w:p>
    <w:p>
      <w:pPr>
        <w:spacing w:before="0" w:after="120" w:line="240" w:lineRule="auto"/>
        <w:jc w:val="left"/>
      </w:pPr>
      <w:r>
        <w:rPr>
          <w:b/>
          <w:bCs/>
          <w:sz w:val="19"/>
          <w:szCs w:val="19"/>
        </w:rPr>
        <w:t xml:space="preserve">Sayı: </w:t>
      </w:r>
      <w:permStart w:id="80241" w:edGrp="everyone"/>
      <w:sdt>
        <w:sdtPr>
          <w:alias w:val="Yatay geçiş sayı"/>
          <w:tag w:val="Yatay geçiş sayı"/>
          <w:id w:val="80242"/>
          <w:showingPlcHdr/>
          <w:text w:multiLine="1"/>
        </w:sdtPr>
        <w:sdtContent>
          <w:r>
            <w:rPr>
              <w:rStyle w:val="PlaceholderText"/>
              <w:sz w:val="19"/>
              <w:szCs w:val="19"/>
            </w:rPr>
            <w:t xml:space="preserve">                </w:t>
          </w:r>
        </w:sdtContent>
      </w:sdt>
      <w:permEnd w:id="80241"/>
      <w:r>
        <w:rPr>
          <w:b/>
          <w:bCs/>
          <w:sz w:val="19"/>
          <w:szCs w:val="19"/>
        </w:rPr>
        <w:t xml:space="preserve">        Konu: Kurum içi yatay geçiş başvuruları</w:t>
      </w:r>
    </w:p>
    <w:p>
      <w:pPr>
        <w:spacing w:before="8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Bölümümüz programlarına yapılan kurum içi yatay geçiş başvuruları, Yükseköğretim Kurumlarında Ön Lisans ve Lisans Düzeyindeki Programlar Arasında Geçiş Yönetmeliği ve Üniversitemiz yatay geçiş yönergesine göre Bölüm Kurulunca değerlendirilmiş; her başvuru için düzenlenen HTMYO-PFRM-230 Kurum İçi Yatay Geçiş Değerlendirme Formları ve sıralama listesi ekte sunulmuştur. Yüksekokul Yönetim Kurulunda görüşülmesini arz ederim.</w:t>
      </w:r>
    </w:p>
    <w:p>
      <w:pPr>
        <w:spacing w:before="0" w:after="160" w:line="276" w:lineRule="auto"/>
        <w:ind w:firstLine="567"/>
        <w:jc w:val="both"/>
      </w:pPr>
      <w:r>
        <w:rPr>
          <w:sz w:val="21"/>
          <w:szCs w:val="21"/>
        </w:rPr>
        <w:t xml:space="preserve">Gereğini bilgilerinize arz ederim.</w:t>
      </w: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9637"/>
      </w:tblGrid>
      <w:tr>
        <w:trPr>
          <w:trHeight w:val="351" w:hRule="atLeast"/>
          <w:cantSplit/>
        </w:trPr>
        <w:tc>
          <w:tcPr>
            <w:tcW w:type="dxa" w:w="9637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Bölüm Başkanı</w:t>
            </w:r>
          </w:p>
        </w:tc>
      </w:tr>
      <w:tr>
        <w:trPr>
          <w:trHeight w:val="700" w:hRule="atLeast"/>
          <w:cantSplit/>
        </w:trPr>
        <w:tc>
          <w:tcPr>
            <w:tcW w:type="dxa" w:w="9637"/>
            <w:vAlign w:val="center"/>
          </w:tcPr>
          <w:p>
            <w:pPr>
              <w:spacing w:before="0" w:after="0" w:line="240" w:lineRule="auto"/>
              <w:jc w:val="left"/>
            </w:pPr>
            <w:permStart w:id="80243" w:edGrp="everyone"/>
            <w:sdt>
              <w:sdtPr>
                <w:alias w:val="Bölüm Başkanı ad"/>
                <w:tag w:val="Bölüm Başkanı ad"/>
                <w:id w:val="8024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0243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120" w:lineRule="exac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80245" w:edGrp="everyone"/>
      <w:sdt>
        <w:sdtPr>
          <w:alias w:val="Başvuru formları (OFRM-116)"/>
          <w:tag w:val="Başvuru formları (OFRM-116)"/>
          <w:id w:val="80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245"/>
      <w:r>
        <w:rPr>
          <w:sz w:val="19"/>
          <w:szCs w:val="19"/>
        </w:rPr>
        <w:t xml:space="preserve"> Başvuru formları (OFRM-116)</w:t>
      </w:r>
    </w:p>
    <w:p>
      <w:pPr>
        <w:spacing w:before="0" w:after="20" w:line="240" w:lineRule="auto"/>
        <w:jc w:val="left"/>
      </w:pPr>
      <w:permStart w:id="80247" w:edGrp="everyone"/>
      <w:sdt>
        <w:sdtPr>
          <w:alias w:val="Değerlendirme formları (PFRM-230)"/>
          <w:tag w:val="Değerlendirme formları (PFRM-230)"/>
          <w:id w:val="80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247"/>
      <w:r>
        <w:rPr>
          <w:sz w:val="19"/>
          <w:szCs w:val="19"/>
        </w:rPr>
        <w:t xml:space="preserve"> Değerlendirme formları (PFRM-230)</w:t>
      </w:r>
    </w:p>
    <w:p>
      <w:pPr>
        <w:spacing w:before="0" w:after="20" w:line="240" w:lineRule="auto"/>
        <w:jc w:val="left"/>
      </w:pPr>
      <w:permStart w:id="80249" w:edGrp="everyone"/>
      <w:sdt>
        <w:sdtPr>
          <w:alias w:val="Bölüm Kurulu kararı (KFRM-306)"/>
          <w:tag w:val="Bölüm Kurulu kararı (KFRM-306)"/>
          <w:id w:val="80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249"/>
      <w:r>
        <w:rPr>
          <w:sz w:val="19"/>
          <w:szCs w:val="19"/>
        </w:rPr>
        <w:t xml:space="preserve"> Bölüm Kurulu kararı (KFRM-306)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HTMYO-PFRM-245  |  Yatay Geçiş Bölüm Üst Yazısı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HTMYO-PFRM-245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Yatay Geçiş Bölüm Üst Yazısı</dc:title>
  <dc:subject>HTMYO-PFRM-245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