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 w:line="240" w:lineRule="auto"/>
        <w:jc w:val="left"/>
      </w:pPr>
      <w:r>
        <w:rPr>
          <w:sz w:val="20"/>
          <w:szCs w:val="20"/>
        </w:rPr>
        <w:t xml:space="preserve"/>
      </w:r>
    </w:p>
    <w:p>
      <w:pPr>
        <w:spacing w:before="0" w:after="40" w:line="240" w:lineRule="auto"/>
        <w:jc w:val="center"/>
      </w:pPr>
      <w:r>
        <w:rPr>
          <w:b/>
          <w:bCs/>
          <w:sz w:val="28"/>
          <w:szCs w:val="28"/>
        </w:rPr>
        <w:t xml:space="preserve">T.C.</w:t>
      </w:r>
    </w:p>
    <w:p>
      <w:pPr>
        <w:spacing w:before="0" w:after="40" w:line="240" w:lineRule="auto"/>
        <w:jc w:val="center"/>
      </w:pPr>
      <w:r>
        <w:rPr>
          <w:b/>
          <w:bCs/>
          <w:sz w:val="28"/>
          <w:szCs w:val="28"/>
        </w:rPr>
        <w:t xml:space="preserve">BURDUR MEHMET AKİF ERSOY ÜNİVERSİTESİ</w:t>
      </w:r>
    </w:p>
    <w:p>
      <w:pPr>
        <w:spacing w:before="0" w:after="280" w:line="240" w:lineRule="auto"/>
        <w:jc w:val="center"/>
      </w:pPr>
      <w:r>
        <w:rPr>
          <w:b/>
          <w:bCs/>
          <w:sz w:val="26"/>
          <w:szCs w:val="26"/>
        </w:rPr>
        <w:t xml:space="preserve">BUCAK HİKMET TOLUNAY ULAŞTIRMA VE LOJİSTİK MESLEK YÜKSEKOKULU</w:t>
      </w:r>
    </w:p>
    <w:p>
      <w:pPr>
        <w:spacing w:before="0" w:after="480" w:line="240" w:lineRule="auto"/>
        <w:jc w:val="center"/>
      </w:pPr>
      <w:r>
        <w:rPr>
          <w:b/>
          <w:bCs/>
          <w:sz w:val="48"/>
          <w:szCs w:val="48"/>
        </w:rPr>
        <w:t xml:space="preserve">STAJ DOSYASI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Adı Soyadı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1" w:edGrp="everyone"/>
            <w:sdt>
              <w:sdtPr>
                <w:alias w:val="Adı Soyadı"/>
                <w:tag w:val="Adı Soyadı"/>
                <w:id w:val="41130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</w:t>
                </w:r>
              </w:sdtContent>
            </w:sdt>
            <w:permEnd w:id="131"/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Okul Numarası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2" w:edGrp="everyone"/>
            <w:sdt>
              <w:sdtPr>
                <w:alias w:val="Okul no"/>
                <w:tag w:val="Okul no"/>
                <w:id w:val="41131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</w:t>
                </w:r>
              </w:sdtContent>
            </w:sdt>
            <w:permEnd w:id="132"/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Programı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3" w:edGrp="everyone"/>
            <w:sdt>
              <w:sdtPr>
                <w:alias w:val="Program"/>
                <w:tag w:val="Program"/>
                <w:id w:val="41132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</w:t>
                </w:r>
              </w:sdtContent>
            </w:sdt>
            <w:permEnd w:id="133"/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Kurum Adı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4" w:edGrp="everyone"/>
            <w:sdt>
              <w:sdtPr>
                <w:alias w:val="Kurum adı"/>
                <w:tag w:val="Kurum adı"/>
                <w:id w:val="41133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</w:t>
                </w:r>
              </w:sdtContent>
            </w:sdt>
            <w:permEnd w:id="134"/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Staj Yapılan Birim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5" w:edGrp="everyone"/>
            <w:sdt>
              <w:sdtPr>
                <w:alias w:val="Birim"/>
                <w:tag w:val="Birim"/>
                <w:id w:val="41134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</w:t>
                </w:r>
              </w:sdtContent>
            </w:sdt>
            <w:permEnd w:id="135"/>
          </w:p>
        </w:tc>
      </w:tr>
      <w:tr>
        <w:trPr>
          <w:trHeight w:val="510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Çalışma Süresi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36" w:edGrp="everyone"/>
            <w:sdt>
              <w:sdtPr>
                <w:alias w:val="Süre"/>
                <w:tag w:val="Süre"/>
                <w:id w:val="41135"/>
                <w:showingPlcHdr/>
                <w:text/>
              </w:sdtPr>
              <w:sdtContent>
                <w:r>
                  <w:rPr>
                    <w:rStyle w:val="PlaceholderText"/>
                    <w:sz w:val="22"/>
                    <w:szCs w:val="22"/>
                  </w:rPr>
                  <w:t xml:space="preserve">                        </w:t>
                </w:r>
              </w:sdtContent>
            </w:sdt>
            <w:permEnd w:id="13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trHeight w:val="2267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Staj yapan öğrencinin bu kısma fotoğraf yapıştırması zorunludur.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STAJ ONAY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118"/>
        <w:gridCol w:w="2551"/>
        <w:gridCol w:w="1984"/>
        <w:gridCol w:w="1984"/>
      </w:tblGrid>
      <w:tr>
        <w:trPr>
          <w:cantSplit/>
        </w:trPr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Staj Komisyonu</w:t>
            </w:r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Adı Soyadı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Staj Durumu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Onay</w:t>
            </w:r>
          </w:p>
        </w:tc>
      </w:tr>
      <w:tr>
        <w:trPr>
          <w:trHeight w:val="680" w:hRule="atLeast"/>
          <w:cantSplit/>
        </w:trPr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Başkan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37" w:edGrp="everyone"/>
            <w:sdt>
              <w:sdtPr>
                <w:alias w:val="Başkan"/>
                <w:tag w:val="Başkan"/>
                <w:id w:val="4113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13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38" w:edGrp="everyone"/>
            <w:sdt>
              <w:sdtPr>
                <w:alias w:val="Başkan durum"/>
                <w:tag w:val="Başkan durum"/>
                <w:id w:val="41137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</w:t>
                </w:r>
              </w:sdtContent>
            </w:sdt>
            <w:permEnd w:id="13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39" w:edGrp="everyone"/>
            <w:sdt>
              <w:sdtPr>
                <w:alias w:val="Başkan onay"/>
                <w:tag w:val="Başkan onay"/>
                <w:id w:val="4113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39"/>
          </w:p>
        </w:tc>
      </w:tr>
      <w:tr>
        <w:trPr>
          <w:trHeight w:val="680" w:hRule="atLeast"/>
          <w:cantSplit/>
        </w:trPr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Üye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40" w:edGrp="everyone"/>
            <w:sdt>
              <w:sdtPr>
                <w:alias w:val="Üye 1"/>
                <w:tag w:val="Üye 1"/>
                <w:id w:val="4113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14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41" w:edGrp="everyone"/>
            <w:sdt>
              <w:sdtPr>
                <w:alias w:val="Üye1 durum"/>
                <w:tag w:val="Üye1 durum"/>
                <w:id w:val="41140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</w:t>
                </w:r>
              </w:sdtContent>
            </w:sdt>
            <w:permEnd w:id="14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42" w:edGrp="everyone"/>
            <w:sdt>
              <w:sdtPr>
                <w:alias w:val="Üye1 onay"/>
                <w:tag w:val="Üye1 onay"/>
                <w:id w:val="4114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42"/>
          </w:p>
        </w:tc>
      </w:tr>
      <w:tr>
        <w:trPr>
          <w:trHeight w:val="680" w:hRule="atLeast"/>
          <w:cantSplit/>
        </w:trPr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Üye</w:t>
            </w:r>
          </w:p>
        </w:tc>
        <w:tc>
          <w:tcPr>
            <w:tcW w:type="dxa" w:w="2551"/>
            <w:vAlign w:val="center"/>
          </w:tcPr>
          <w:p>
            <w:pPr>
              <w:spacing w:before="0" w:after="0" w:line="240" w:lineRule="auto"/>
              <w:jc w:val="left"/>
            </w:pPr>
            <w:permStart w:id="143" w:edGrp="everyone"/>
            <w:sdt>
              <w:sdtPr>
                <w:alias w:val="Üye 2"/>
                <w:tag w:val="Üye 2"/>
                <w:id w:val="4114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14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44" w:edGrp="everyone"/>
            <w:sdt>
              <w:sdtPr>
                <w:alias w:val="Üye2 durum"/>
                <w:tag w:val="Üye2 durum"/>
                <w:id w:val="41143"/>
                <w:showingPlcHdr/>
                <w:dropDownList>
                  <w:listItem w:displayText="Uygun" w:value="Uygun"/>
                  <w:listItem w:displayText="Uygun değil" w:value="Uygun değil"/>
                </w:dropDownList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</w:t>
                </w:r>
              </w:sdtContent>
            </w:sdt>
            <w:permEnd w:id="14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45" w:edGrp="everyone"/>
            <w:sdt>
              <w:sdtPr>
                <w:alias w:val="Üye2 onay"/>
                <w:tag w:val="Üye2 onay"/>
                <w:id w:val="4114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4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240" w:after="120" w:line="240" w:lineRule="auto"/>
        <w:jc w:val="center"/>
      </w:pPr>
      <w:r>
        <w:rPr>
          <w:b/>
          <w:bCs/>
          <w:sz w:val="24"/>
          <w:szCs w:val="24"/>
        </w:rPr>
        <w:t xml:space="preserve">STAJ UYGULAMA ESASLARI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1.  Staj süresi 30 iş günüdür. Pazar günleri ve resmi tatiller staj süresine dahil değildir.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2.  Staj, öğrencinin eğitim gördüğü program ile ilgili kurum ve işyerlerinde yapılır. Öğrenci stajını başlatmadan önce Staj Kabul Formunu kurum yetkilisine onaylatarak Yüksekokula teslim eder.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3.  İş sağlığı ve güvenliği sertifikası bulunmayan öğrenciler staja başlatılamaz.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4.  Staj başlangıç ve bitiş tarihlerinde değişiklik olması veya stajdan vazgeçilmesi halinde Yüksekokula en az 10 gün önceden bilgi verilir. Staj sırasında sağlık raporu alınırsa okula bilgi verilir.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5.  Öğrenci stajı süresince kurumun çalışma düzenine, iş sağlığı ve güvenliği kurallarına ve disiplin esaslarına uymak zorundadır. Devamsızlık yapılan günler staj süresinden sayılmaz ve telafi edilir.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6.  Öğrenci her gün yaptığı çalışmayı Yapılan Çalışmanın Günlük Dökümü sayfasına yazar; sayfa kurum yetkilisince tasdik edilir.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7.  Pratik Çalışmanın Günlere Göre Dağılım Cetveli staj sonunda doldurulur ve iş yeri amiri tarafından kaşelenip imzalanır.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8.  Gizli Değerlendirme Formu kurum yetkilisi tarafından doldurulur, kapalı zarf içinde Yüksekokul Müdürlüğüne gönderilir veya elden teslim edilir; öğrenciye gösterilmez.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9.  Staj dosyası, staj bitiminden sonra en geç 7 gün içinde mavi kapaklı şeffaf dosya içinde teslim edilir.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10.  Staj dosyası ve ekleri bilgisayarda doldurulabilir; çıktısı alınıp imzalanır. Teslim edilmeyen veya yetersiz bulunan staj dosyası sonucu başarısız sayılır.</w:t>
      </w:r>
    </w:p>
    <w:p>
      <w:pPr>
        <w:spacing w:before="0" w:after="40" w:line="240" w:lineRule="auto"/>
        <w:jc w:val="both"/>
      </w:pPr>
      <w:r>
        <w:rPr>
          <w:sz w:val="19"/>
          <w:szCs w:val="19"/>
        </w:rPr>
        <w:t xml:space="preserve">11.  Staj başlangıcından önce kurum yetkilisine bu esasların birer örneği verilir.</w:t>
      </w: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PRATİK ÇALIŞMANIN GÜNLERE GÖRE DAĞILIM CETVELİ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737"/>
        <w:gridCol w:w="1814"/>
        <w:gridCol w:w="5952"/>
        <w:gridCol w:w="1133"/>
      </w:tblGrid>
      <w:tr>
        <w:trPr>
          <w:trHeight w:val="351" w:hRule="atLeast"/>
          <w:cantSplit/>
        </w:trPr>
        <w:tc>
          <w:tcPr>
            <w:tcW w:type="dxa" w:w="73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Tarih</w:t>
            </w:r>
          </w:p>
        </w:tc>
        <w:tc>
          <w:tcPr>
            <w:tcW w:type="dxa" w:w="595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Öğrencinin Çalıştığı Konuların Özeti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Sayfa No</w:t>
            </w:r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46" w:edGrp="everyone"/>
            <w:sdt>
              <w:sdtPr>
                <w:alias w:val="Tarih 1"/>
                <w:tag w:val="Tarih 1"/>
                <w:id w:val="4114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6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47" w:edGrp="everyone"/>
            <w:sdt>
              <w:sdtPr>
                <w:alias w:val="Konu 1"/>
                <w:tag w:val="Konu 1"/>
                <w:id w:val="411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48" w:edGrp="everyone"/>
            <w:sdt>
              <w:sdtPr>
                <w:alias w:val="Sayfa 1"/>
                <w:tag w:val="Sayfa 1"/>
                <w:id w:val="411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48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49" w:edGrp="everyone"/>
            <w:sdt>
              <w:sdtPr>
                <w:alias w:val="Tarih 2"/>
                <w:tag w:val="Tarih 2"/>
                <w:id w:val="411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9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50" w:edGrp="everyone"/>
            <w:sdt>
              <w:sdtPr>
                <w:alias w:val="Konu 2"/>
                <w:tag w:val="Konu 2"/>
                <w:id w:val="411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0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51" w:edGrp="everyone"/>
            <w:sdt>
              <w:sdtPr>
                <w:alias w:val="Sayfa 2"/>
                <w:tag w:val="Sayfa 2"/>
                <w:id w:val="411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1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52" w:edGrp="everyone"/>
            <w:sdt>
              <w:sdtPr>
                <w:alias w:val="Tarih 3"/>
                <w:tag w:val="Tarih 3"/>
                <w:id w:val="411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52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53" w:edGrp="everyone"/>
            <w:sdt>
              <w:sdtPr>
                <w:alias w:val="Konu 3"/>
                <w:tag w:val="Konu 3"/>
                <w:id w:val="411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54" w:edGrp="everyone"/>
            <w:sdt>
              <w:sdtPr>
                <w:alias w:val="Sayfa 3"/>
                <w:tag w:val="Sayfa 3"/>
                <w:id w:val="411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4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55" w:edGrp="everyone"/>
            <w:sdt>
              <w:sdtPr>
                <w:alias w:val="Tarih 4"/>
                <w:tag w:val="Tarih 4"/>
                <w:id w:val="4115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55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56" w:edGrp="everyone"/>
            <w:sdt>
              <w:sdtPr>
                <w:alias w:val="Konu 4"/>
                <w:tag w:val="Konu 4"/>
                <w:id w:val="411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57" w:edGrp="everyone"/>
            <w:sdt>
              <w:sdtPr>
                <w:alias w:val="Sayfa 4"/>
                <w:tag w:val="Sayfa 4"/>
                <w:id w:val="411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57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58" w:edGrp="everyone"/>
            <w:sdt>
              <w:sdtPr>
                <w:alias w:val="Tarih 5"/>
                <w:tag w:val="Tarih 5"/>
                <w:id w:val="411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58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59" w:edGrp="everyone"/>
            <w:sdt>
              <w:sdtPr>
                <w:alias w:val="Konu 5"/>
                <w:tag w:val="Konu 5"/>
                <w:id w:val="411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5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60" w:edGrp="everyone"/>
            <w:sdt>
              <w:sdtPr>
                <w:alias w:val="Sayfa 5"/>
                <w:tag w:val="Sayfa 5"/>
                <w:id w:val="411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0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61" w:edGrp="everyone"/>
            <w:sdt>
              <w:sdtPr>
                <w:alias w:val="Tarih 6"/>
                <w:tag w:val="Tarih 6"/>
                <w:id w:val="411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1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62" w:edGrp="everyone"/>
            <w:sdt>
              <w:sdtPr>
                <w:alias w:val="Konu 6"/>
                <w:tag w:val="Konu 6"/>
                <w:id w:val="411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63" w:edGrp="everyone"/>
            <w:sdt>
              <w:sdtPr>
                <w:alias w:val="Sayfa 6"/>
                <w:tag w:val="Sayfa 6"/>
                <w:id w:val="411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3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64" w:edGrp="everyone"/>
            <w:sdt>
              <w:sdtPr>
                <w:alias w:val="Tarih 7"/>
                <w:tag w:val="Tarih 7"/>
                <w:id w:val="4116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4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Konu 7"/>
                <w:tag w:val="Konu 7"/>
                <w:id w:val="411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Sayfa 7"/>
                <w:tag w:val="Sayfa 7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6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Tarih 8"/>
                <w:tag w:val="Tarih 8"/>
                <w:id w:val="4116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67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Konu 8"/>
                <w:tag w:val="Konu 8"/>
                <w:id w:val="411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6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69" w:edGrp="everyone"/>
            <w:sdt>
              <w:sdtPr>
                <w:alias w:val="Sayfa 8"/>
                <w:tag w:val="Sayfa 8"/>
                <w:id w:val="411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69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Tarih 9"/>
                <w:tag w:val="Tarih 9"/>
                <w:id w:val="411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0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Konu 9"/>
                <w:tag w:val="Konu 9"/>
                <w:id w:val="411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Sayfa 9"/>
                <w:tag w:val="Sayfa 9"/>
                <w:id w:val="411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2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3" w:edGrp="everyone"/>
            <w:sdt>
              <w:sdtPr>
                <w:alias w:val="Tarih 10"/>
                <w:tag w:val="Tarih 10"/>
                <w:id w:val="411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3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Konu 10"/>
                <w:tag w:val="Konu 10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Sayfa 10"/>
                <w:tag w:val="Sayfa 10"/>
                <w:id w:val="411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5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Tarih 11"/>
                <w:tag w:val="Tarih 11"/>
                <w:id w:val="411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6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Konu 11"/>
                <w:tag w:val="Konu 11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Sayfa 11"/>
                <w:tag w:val="Sayfa 11"/>
                <w:id w:val="411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78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Tarih 12"/>
                <w:tag w:val="Tarih 12"/>
                <w:id w:val="4117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9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Konu 12"/>
                <w:tag w:val="Konu 12"/>
                <w:id w:val="411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0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Sayfa 12"/>
                <w:tag w:val="Sayfa 12"/>
                <w:id w:val="411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1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Tarih 13"/>
                <w:tag w:val="Tarih 13"/>
                <w:id w:val="411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2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Konu 13"/>
                <w:tag w:val="Konu 13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Sayfa 13"/>
                <w:tag w:val="Sayfa 13"/>
                <w:id w:val="411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4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Tarih 14"/>
                <w:tag w:val="Tarih 14"/>
                <w:id w:val="4118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5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Konu 14"/>
                <w:tag w:val="Konu 14"/>
                <w:id w:val="411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Sayfa 14"/>
                <w:tag w:val="Sayfa 14"/>
                <w:id w:val="411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87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Tarih 15"/>
                <w:tag w:val="Tarih 15"/>
                <w:id w:val="4118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88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Konu 15"/>
                <w:tag w:val="Konu 15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8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Sayfa 15"/>
                <w:tag w:val="Sayfa 15"/>
                <w:id w:val="411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0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Tarih 16"/>
                <w:tag w:val="Tarih 16"/>
                <w:id w:val="4119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91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Konu 16"/>
                <w:tag w:val="Konu 16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Sayfa 16"/>
                <w:tag w:val="Sayfa 16"/>
                <w:id w:val="411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3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Tarih 17"/>
                <w:tag w:val="Tarih 17"/>
                <w:id w:val="411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94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Konu 17"/>
                <w:tag w:val="Konu 17"/>
                <w:id w:val="411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Sayfa 17"/>
                <w:tag w:val="Sayfa 17"/>
                <w:id w:val="411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6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Tarih 18"/>
                <w:tag w:val="Tarih 18"/>
                <w:id w:val="4119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97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198" w:edGrp="everyone"/>
            <w:sdt>
              <w:sdtPr>
                <w:alias w:val="Konu 18"/>
                <w:tag w:val="Konu 18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9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9" w:edGrp="everyone"/>
            <w:sdt>
              <w:sdtPr>
                <w:alias w:val="Sayfa 18"/>
                <w:tag w:val="Sayfa 18"/>
                <w:id w:val="411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99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0" w:edGrp="everyone"/>
            <w:sdt>
              <w:sdtPr>
                <w:alias w:val="Tarih 19"/>
                <w:tag w:val="Tarih 19"/>
                <w:id w:val="4119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00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01" w:edGrp="everyone"/>
            <w:sdt>
              <w:sdtPr>
                <w:alias w:val="Konu 19"/>
                <w:tag w:val="Konu 19"/>
                <w:id w:val="412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0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Sayfa 19"/>
                <w:tag w:val="Sayfa 19"/>
                <w:id w:val="412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02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Tarih 20"/>
                <w:tag w:val="Tarih 20"/>
                <w:id w:val="412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03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Konu 20"/>
                <w:tag w:val="Konu 20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04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Sayfa 20"/>
                <w:tag w:val="Sayfa 20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05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Tarih 21"/>
                <w:tag w:val="Tarih 21"/>
                <w:id w:val="412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06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Konu 21"/>
                <w:tag w:val="Konu 21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0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Sayfa 21"/>
                <w:tag w:val="Sayfa 21"/>
                <w:id w:val="412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08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Tarih 22"/>
                <w:tag w:val="Tarih 22"/>
                <w:id w:val="412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09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Konu 22"/>
                <w:tag w:val="Konu 22"/>
                <w:id w:val="412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0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Sayfa 22"/>
                <w:tag w:val="Sayfa 2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1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Tarih 23"/>
                <w:tag w:val="Tarih 23"/>
                <w:id w:val="412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12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Konu 23"/>
                <w:tag w:val="Konu 23"/>
                <w:id w:val="412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Sayfa 23"/>
                <w:tag w:val="Sayfa 23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4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Tarih 24"/>
                <w:tag w:val="Tarih 24"/>
                <w:id w:val="412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15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Konu 24"/>
                <w:tag w:val="Konu 24"/>
                <w:id w:val="412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Sayfa 24"/>
                <w:tag w:val="Sayfa 24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17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Tarih 25"/>
                <w:tag w:val="Tarih 25"/>
                <w:id w:val="412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18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Konu 25"/>
                <w:tag w:val="Konu 25"/>
                <w:id w:val="412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1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Sayfa 25"/>
                <w:tag w:val="Sayfa 25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0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Tarih 26"/>
                <w:tag w:val="Tarih 26"/>
                <w:id w:val="412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21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Konu 26"/>
                <w:tag w:val="Konu 26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Sayfa 26"/>
                <w:tag w:val="Sayfa 26"/>
                <w:id w:val="412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3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Tarih 27"/>
                <w:tag w:val="Tarih 27"/>
                <w:id w:val="412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24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Konu 27"/>
                <w:tag w:val="Konu 27"/>
                <w:id w:val="412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Sayfa 27"/>
                <w:tag w:val="Sayfa 27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6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Tarih 28"/>
                <w:tag w:val="Tarih 28"/>
                <w:id w:val="412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27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Konu 28"/>
                <w:tag w:val="Konu 28"/>
                <w:id w:val="412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2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Sayfa 28"/>
                <w:tag w:val="Sayfa 28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29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Tarih 29"/>
                <w:tag w:val="Tarih 29"/>
                <w:id w:val="412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0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Konu 29"/>
                <w:tag w:val="Konu 29"/>
                <w:id w:val="412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3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Sayfa 29"/>
                <w:tag w:val="Sayfa 29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32"/>
          </w:p>
        </w:tc>
      </w:tr>
      <w:tr>
        <w:trPr>
          <w:trHeight w:val="351" w:hRule="atLeast"/>
          <w:cantSplit/>
        </w:trPr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Tarih 30"/>
                <w:tag w:val="Tarih 30"/>
                <w:id w:val="4123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233"/>
          </w:p>
        </w:tc>
        <w:tc>
          <w:tcPr>
            <w:tcW w:type="dxa" w:w="5953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Konu 30"/>
                <w:tag w:val="Konu 30"/>
                <w:id w:val="412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234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Sayfa 30"/>
                <w:tag w:val="Sayfa 30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3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40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İş Günü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Toplam gün"/>
                <w:tag w:val="Toplam gün"/>
                <w:id w:val="412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İş Yeri Amiri (Kaşe / İmza)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GİZLİ DEĞERLENDİRME FORMU</w:t>
      </w:r>
    </w:p>
    <w:p>
      <w:pPr>
        <w:spacing w:before="0" w:after="120" w:line="240" w:lineRule="auto"/>
        <w:jc w:val="center"/>
      </w:pPr>
      <w:r>
        <w:rPr>
          <w:i/>
          <w:iCs/>
          <w:color w:val="595959"/>
          <w:sz w:val="18"/>
          <w:szCs w:val="18"/>
        </w:rPr>
        <w:t xml:space="preserve">Bu form staj yapılan kurumun yetkilisi tarafından doldurulur ve kapalı zarf içinde Yüksekokula iletilir.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84"/>
        <w:gridCol w:w="2834"/>
        <w:gridCol w:w="1984"/>
        <w:gridCol w:w="2834"/>
      </w:tblGrid>
      <w:tr>
        <w:trPr>
          <w:trHeight w:val="340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Öğrencinin Adı Soyadı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G Ad"/>
                <w:tag w:val="G Ad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7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Okul No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G No"/>
                <w:tag w:val="G No"/>
                <w:id w:val="412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8"/>
          </w:p>
        </w:tc>
      </w:tr>
      <w:tr>
        <w:trPr>
          <w:trHeight w:val="340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Programı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G Program"/>
                <w:tag w:val="G Program"/>
                <w:id w:val="412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9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Staj Süresi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G Süre"/>
                <w:tag w:val="G Süre"/>
                <w:id w:val="412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0"/>
          </w:p>
        </w:tc>
      </w:tr>
      <w:tr>
        <w:trPr>
          <w:trHeight w:val="340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Kurum Adı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G Kurum"/>
                <w:tag w:val="G Kurum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1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Eğitici Personel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G Eğitici"/>
                <w:tag w:val="G Eğitici"/>
                <w:id w:val="412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20"/>
          <w:szCs w:val="20"/>
        </w:rPr>
        <w:t xml:space="preserve">DEĞERLENDİRME TABLOSU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7370"/>
        <w:gridCol w:w="2267"/>
      </w:tblGrid>
      <w:tr>
        <w:trPr>
          <w:trHeight w:val="340" w:hRule="atLeast"/>
          <w:cantSplit/>
        </w:trPr>
        <w:tc>
          <w:tcPr>
            <w:tcW w:type="dxa" w:w="737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Değerlendirme Ölçütü</w:t>
            </w:r>
          </w:p>
        </w:tc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Kodu</w:t>
            </w:r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İşe İlgi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3" w:edGrp="everyone"/>
            <w:sdt>
              <w:sdtPr>
                <w:alias w:val="Kod 0"/>
                <w:tag w:val="Kod 0"/>
                <w:id w:val="41242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3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İşin Tanımlanması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4" w:edGrp="everyone"/>
            <w:sdt>
              <w:sdtPr>
                <w:alias w:val="Kod 1"/>
                <w:tag w:val="Kod 1"/>
                <w:id w:val="41243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4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Alet ve Teçhizat Kullanma Yeteneği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5" w:edGrp="everyone"/>
            <w:sdt>
              <w:sdtPr>
                <w:alias w:val="Kod 2"/>
                <w:tag w:val="Kod 2"/>
                <w:id w:val="41244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5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Algılama Gücü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6" w:edGrp="everyone"/>
            <w:sdt>
              <w:sdtPr>
                <w:alias w:val="Kod 3"/>
                <w:tag w:val="Kod 3"/>
                <w:id w:val="41245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6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Sorumluluk Duygusu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7" w:edGrp="everyone"/>
            <w:sdt>
              <w:sdtPr>
                <w:alias w:val="Kod 4"/>
                <w:tag w:val="Kod 4"/>
                <w:id w:val="41246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7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Çalışma Hızı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8" w:edGrp="everyone"/>
            <w:sdt>
              <w:sdtPr>
                <w:alias w:val="Kod 5"/>
                <w:tag w:val="Kod 5"/>
                <w:id w:val="41247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8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Uygun ve Yeteri Kadar Malzeme Kullanma Becerisi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49" w:edGrp="everyone"/>
            <w:sdt>
              <w:sdtPr>
                <w:alias w:val="Kod 6"/>
                <w:tag w:val="Kod 6"/>
                <w:id w:val="41248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49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Zamanı Verimli Kullanma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0" w:edGrp="everyone"/>
            <w:sdt>
              <w:sdtPr>
                <w:alias w:val="Kod 7"/>
                <w:tag w:val="Kod 7"/>
                <w:id w:val="41249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0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Problem Çözebilme Yeteneği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1" w:edGrp="everyone"/>
            <w:sdt>
              <w:sdtPr>
                <w:alias w:val="Kod 8"/>
                <w:tag w:val="Kod 8"/>
                <w:id w:val="41250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1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İletişim Kurma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2" w:edGrp="everyone"/>
            <w:sdt>
              <w:sdtPr>
                <w:alias w:val="Kod 9"/>
                <w:tag w:val="Kod 9"/>
                <w:id w:val="41251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2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Kurallara Uyma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3" w:edGrp="everyone"/>
            <w:sdt>
              <w:sdtPr>
                <w:alias w:val="Kod 10"/>
                <w:tag w:val="Kod 10"/>
                <w:id w:val="41252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3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Grup Çalışmalarına Yakınlığı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4" w:edGrp="everyone"/>
            <w:sdt>
              <w:sdtPr>
                <w:alias w:val="Kod 11"/>
                <w:tag w:val="Kod 11"/>
                <w:id w:val="41253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4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Kendisini Geliştirme İsteği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5" w:edGrp="everyone"/>
            <w:sdt>
              <w:sdtPr>
                <w:alias w:val="Kod 12"/>
                <w:tag w:val="Kod 12"/>
                <w:id w:val="41254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5"/>
          </w:p>
        </w:tc>
      </w:tr>
      <w:tr>
        <w:trPr>
          <w:trHeight w:val="340" w:hRule="atLeast"/>
          <w:cantSplit/>
        </w:trPr>
        <w:tc>
          <w:tcPr>
            <w:tcW w:type="dxa" w:w="7370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Genel Değerlendirme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permStart w:id="256" w:edGrp="everyone"/>
            <w:sdt>
              <w:sdtPr>
                <w:alias w:val="Kod 13"/>
                <w:tag w:val="Kod 13"/>
                <w:id w:val="41255"/>
                <w:showingPlcHdr/>
                <w:dropDownList>
                  <w:listItem w:displayText="A" w:value="A"/>
                  <w:listItem w:displayText="B" w:value="B"/>
                  <w:listItem w:displayText="C" w:value="C"/>
                  <w:listItem w:displayText="D" w:value="D"/>
                  <w:listItem w:displayText="E" w:value="E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5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Kodlar: Çok iyi (A), İyi (B), Orta (C), Zayıf (D), Olumsuz (E).</w:t>
      </w:r>
    </w:p>
    <w:p>
      <w:pPr>
        <w:spacing w:before="0" w:after="80" w:line="240" w:lineRule="auto"/>
        <w:jc w:val="left"/>
      </w:pPr>
      <w:r>
        <w:rPr>
          <w:b/>
          <w:bCs/>
          <w:sz w:val="19"/>
          <w:szCs w:val="19"/>
        </w:rPr>
        <w:t xml:space="preserve">Staj bitiminden sonra öğrencimiz ile çalışmayı düşünür müsünüz?  </w:t>
      </w:r>
      <w:permStart w:id="257" w:edGrp="everyone"/>
      <w:sdt>
        <w:sdtPr>
          <w:alias w:val="Evet"/>
          <w:tag w:val="Evet"/>
          <w:id w:val="4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57"/>
      <w:r>
        <w:rPr>
          <w:sz w:val="19"/>
          <w:szCs w:val="19"/>
        </w:rPr>
        <w:t xml:space="preserve"> Evet   </w:t>
      </w:r>
      <w:permStart w:id="258" w:edGrp="everyone"/>
      <w:sdt>
        <w:sdtPr>
          <w:alias w:val="Hayır"/>
          <w:tag w:val="Hayır"/>
          <w:id w:val="41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58"/>
      <w:r>
        <w:rPr>
          <w:sz w:val="19"/>
          <w:szCs w:val="19"/>
        </w:rPr>
        <w:t xml:space="preserve"> Hayır   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84"/>
        <w:gridCol w:w="2834"/>
        <w:gridCol w:w="1984"/>
        <w:gridCol w:w="2834"/>
      </w:tblGrid>
      <w:tr>
        <w:trPr>
          <w:trHeight w:val="56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Yetkili Amirin Adı Soyadı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Amir adı"/>
                <w:tag w:val="Amir adı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9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Unvanı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Amir unvan"/>
                <w:tag w:val="Amir unvan"/>
                <w:id w:val="412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0"/>
          </w:p>
        </w:tc>
      </w:tr>
      <w:tr>
        <w:trPr>
          <w:trHeight w:val="56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Tarih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Amir tarih"/>
                <w:tag w:val="Amir tarih"/>
                <w:id w:val="412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1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Kaşe / İmza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62" w:edGrp="everyone"/>
            <w:sdt>
              <w:sdtPr>
                <w:alias w:val="Günlük tarih 1"/>
                <w:tag w:val="Günlük tarih 1"/>
                <w:id w:val="4126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6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63" w:edGrp="everyone"/>
            <w:sdt>
              <w:sdtPr>
                <w:alias w:val="Günlük çalışma 1"/>
                <w:tag w:val="Günlük çalışma 1"/>
                <w:id w:val="4126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6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Yetkili 1"/>
                <w:tag w:val="Yetkili 1"/>
                <w:id w:val="412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6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Unvan 1"/>
                <w:tag w:val="Unvan 1"/>
                <w:id w:val="412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6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Günlük tarih 2"/>
                <w:tag w:val="Günlük tarih 2"/>
                <w:id w:val="412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6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Günlük çalışma 2"/>
                <w:tag w:val="Günlük çalışma 2"/>
                <w:id w:val="4126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6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68" w:edGrp="everyone"/>
            <w:sdt>
              <w:sdtPr>
                <w:alias w:val="Yetkili 2"/>
                <w:tag w:val="Yetkili 2"/>
                <w:id w:val="412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6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Unvan 2"/>
                <w:tag w:val="Unvan 2"/>
                <w:id w:val="412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6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3.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3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Günlük tarih 3"/>
                <w:tag w:val="Günlük tarih 3"/>
                <w:id w:val="412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7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Günlük çalışma 3"/>
                <w:tag w:val="Günlük çalışma 3"/>
                <w:id w:val="4127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7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72" w:edGrp="everyone"/>
            <w:sdt>
              <w:sdtPr>
                <w:alias w:val="Yetkili 3"/>
                <w:tag w:val="Yetkili 3"/>
                <w:id w:val="412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7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73" w:edGrp="everyone"/>
            <w:sdt>
              <w:sdtPr>
                <w:alias w:val="Unvan 3"/>
                <w:tag w:val="Unvan 3"/>
                <w:id w:val="412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7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4.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4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74" w:edGrp="everyone"/>
            <w:sdt>
              <w:sdtPr>
                <w:alias w:val="Günlük tarih 4"/>
                <w:tag w:val="Günlük tarih 4"/>
                <w:id w:val="4127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7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75" w:edGrp="everyone"/>
            <w:sdt>
              <w:sdtPr>
                <w:alias w:val="Günlük çalışma 4"/>
                <w:tag w:val="Günlük çalışma 4"/>
                <w:id w:val="4127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7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76" w:edGrp="everyone"/>
            <w:sdt>
              <w:sdtPr>
                <w:alias w:val="Yetkili 4"/>
                <w:tag w:val="Yetkili 4"/>
                <w:id w:val="412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7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77" w:edGrp="everyone"/>
            <w:sdt>
              <w:sdtPr>
                <w:alias w:val="Unvan 4"/>
                <w:tag w:val="Unvan 4"/>
                <w:id w:val="412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7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5.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5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Günlük tarih 5"/>
                <w:tag w:val="Günlük tarih 5"/>
                <w:id w:val="412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7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Günlük çalışma 5"/>
                <w:tag w:val="Günlük çalışma 5"/>
                <w:id w:val="4127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7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Yetkili 5"/>
                <w:tag w:val="Yetkili 5"/>
                <w:id w:val="412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8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Unvan 5"/>
                <w:tag w:val="Unvan 5"/>
                <w:id w:val="412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8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6.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6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82" w:edGrp="everyone"/>
            <w:sdt>
              <w:sdtPr>
                <w:alias w:val="Günlük tarih 6"/>
                <w:tag w:val="Günlük tarih 6"/>
                <w:id w:val="412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8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Günlük çalışma 6"/>
                <w:tag w:val="Günlük çalışma 6"/>
                <w:id w:val="4128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8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Yetkili 6"/>
                <w:tag w:val="Yetkili 6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8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Unvan 6"/>
                <w:tag w:val="Unvan 6"/>
                <w:id w:val="412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8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7.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7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86" w:edGrp="everyone"/>
            <w:sdt>
              <w:sdtPr>
                <w:alias w:val="Günlük tarih 7"/>
                <w:tag w:val="Günlük tarih 7"/>
                <w:id w:val="4128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8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87" w:edGrp="everyone"/>
            <w:sdt>
              <w:sdtPr>
                <w:alias w:val="Günlük çalışma 7"/>
                <w:tag w:val="Günlük çalışma 7"/>
                <w:id w:val="4128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8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88" w:edGrp="everyone"/>
            <w:sdt>
              <w:sdtPr>
                <w:alias w:val="Yetkili 7"/>
                <w:tag w:val="Yetkili 7"/>
                <w:id w:val="412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8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89" w:edGrp="everyone"/>
            <w:sdt>
              <w:sdtPr>
                <w:alias w:val="Unvan 7"/>
                <w:tag w:val="Unvan 7"/>
                <w:id w:val="412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8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8.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8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90" w:edGrp="everyone"/>
            <w:sdt>
              <w:sdtPr>
                <w:alias w:val="Günlük tarih 8"/>
                <w:tag w:val="Günlük tarih 8"/>
                <w:id w:val="412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9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91" w:edGrp="everyone"/>
            <w:sdt>
              <w:sdtPr>
                <w:alias w:val="Günlük çalışma 8"/>
                <w:tag w:val="Günlük çalışma 8"/>
                <w:id w:val="4129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9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92" w:edGrp="everyone"/>
            <w:sdt>
              <w:sdtPr>
                <w:alias w:val="Yetkili 8"/>
                <w:tag w:val="Yetkili 8"/>
                <w:id w:val="412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9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93" w:edGrp="everyone"/>
            <w:sdt>
              <w:sdtPr>
                <w:alias w:val="Unvan 8"/>
                <w:tag w:val="Unvan 8"/>
                <w:id w:val="412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9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9.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9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94" w:edGrp="everyone"/>
            <w:sdt>
              <w:sdtPr>
                <w:alias w:val="Günlük tarih 9"/>
                <w:tag w:val="Günlük tarih 9"/>
                <w:id w:val="412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9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95" w:edGrp="everyone"/>
            <w:sdt>
              <w:sdtPr>
                <w:alias w:val="Günlük çalışma 9"/>
                <w:tag w:val="Günlük çalışma 9"/>
                <w:id w:val="4129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9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96" w:edGrp="everyone"/>
            <w:sdt>
              <w:sdtPr>
                <w:alias w:val="Yetkili 9"/>
                <w:tag w:val="Yetkili 9"/>
                <w:id w:val="412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9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Unvan 9"/>
                <w:tag w:val="Unvan 9"/>
                <w:id w:val="412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29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10.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10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98" w:edGrp="everyone"/>
            <w:sdt>
              <w:sdtPr>
                <w:alias w:val="Günlük tarih 10"/>
                <w:tag w:val="Günlük tarih 10"/>
                <w:id w:val="4129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29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99" w:edGrp="everyone"/>
            <w:sdt>
              <w:sdtPr>
                <w:alias w:val="Günlük çalışma 10"/>
                <w:tag w:val="Günlük çalışma 10"/>
                <w:id w:val="4129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2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00" w:edGrp="everyone"/>
            <w:sdt>
              <w:sdtPr>
                <w:alias w:val="Yetkili 10"/>
                <w:tag w:val="Yetkili 10"/>
                <w:id w:val="412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0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Unvan 10"/>
                <w:tag w:val="Unvan 10"/>
                <w:id w:val="413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0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11.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11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Günlük tarih 11"/>
                <w:tag w:val="Günlük tarih 11"/>
                <w:id w:val="4130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0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Günlük çalışma 11"/>
                <w:tag w:val="Günlük çalışma 11"/>
                <w:id w:val="4130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0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Yetkili 11"/>
                <w:tag w:val="Yetkili 11"/>
                <w:id w:val="413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0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05" w:edGrp="everyone"/>
            <w:sdt>
              <w:sdtPr>
                <w:alias w:val="Unvan 11"/>
                <w:tag w:val="Unvan 11"/>
                <w:id w:val="413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0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12.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12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06" w:edGrp="everyone"/>
            <w:sdt>
              <w:sdtPr>
                <w:alias w:val="Günlük tarih 12"/>
                <w:tag w:val="Günlük tarih 12"/>
                <w:id w:val="413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0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07" w:edGrp="everyone"/>
            <w:sdt>
              <w:sdtPr>
                <w:alias w:val="Günlük çalışma 12"/>
                <w:tag w:val="Günlük çalışma 12"/>
                <w:id w:val="4130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0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Yetkili 12"/>
                <w:tag w:val="Yetkili 12"/>
                <w:id w:val="413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0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Unvan 12"/>
                <w:tag w:val="Unvan 12"/>
                <w:id w:val="413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0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13.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13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Günlük tarih 13"/>
                <w:tag w:val="Günlük tarih 13"/>
                <w:id w:val="413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1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Günlük çalışma 13"/>
                <w:tag w:val="Günlük çalışma 13"/>
                <w:id w:val="4131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1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Yetkili 13"/>
                <w:tag w:val="Yetkili 13"/>
                <w:id w:val="413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1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Unvan 13"/>
                <w:tag w:val="Unvan 13"/>
                <w:id w:val="413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1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14.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14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Günlük tarih 14"/>
                <w:tag w:val="Günlük tarih 14"/>
                <w:id w:val="4131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1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Günlük çalışma 14"/>
                <w:tag w:val="Günlük çalışma 14"/>
                <w:id w:val="4131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1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Yetkili 14"/>
                <w:tag w:val="Yetkili 14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1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Unvan 14"/>
                <w:tag w:val="Unvan 14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1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15.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15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Günlük tarih 15"/>
                <w:tag w:val="Günlük tarih 15"/>
                <w:id w:val="413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1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Günlük çalışma 15"/>
                <w:tag w:val="Günlük çalışma 15"/>
                <w:id w:val="4131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1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Yetkili 15"/>
                <w:tag w:val="Yetkili 15"/>
                <w:id w:val="413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2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Unvan 15"/>
                <w:tag w:val="Unvan 15"/>
                <w:id w:val="413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2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16.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16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Günlük tarih 16"/>
                <w:tag w:val="Günlük tarih 16"/>
                <w:id w:val="4132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2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Günlük çalışma 16"/>
                <w:tag w:val="Günlük çalışma 16"/>
                <w:id w:val="4132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2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Yetkili 16"/>
                <w:tag w:val="Yetkili 16"/>
                <w:id w:val="413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2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Unvan 16"/>
                <w:tag w:val="Unvan 16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2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17.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17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Günlük tarih 17"/>
                <w:tag w:val="Günlük tarih 17"/>
                <w:id w:val="4132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2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Günlük çalışma 17"/>
                <w:tag w:val="Günlük çalışma 17"/>
                <w:id w:val="4132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2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Yetkili 17"/>
                <w:tag w:val="Yetkili 17"/>
                <w:id w:val="413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2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Unvan 17"/>
                <w:tag w:val="Unvan 17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2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18.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18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Günlük tarih 18"/>
                <w:tag w:val="Günlük tarih 18"/>
                <w:id w:val="413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3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Günlük çalışma 18"/>
                <w:tag w:val="Günlük çalışma 18"/>
                <w:id w:val="4133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3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Yetkili 18"/>
                <w:tag w:val="Yetkili 18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3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Unvan 18"/>
                <w:tag w:val="Unvan 18"/>
                <w:id w:val="413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3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19.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19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Günlük tarih 19"/>
                <w:tag w:val="Günlük tarih 19"/>
                <w:id w:val="4133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3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Günlük çalışma 19"/>
                <w:tag w:val="Günlük çalışma 19"/>
                <w:id w:val="4133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3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Yetkili 19"/>
                <w:tag w:val="Yetkili 19"/>
                <w:id w:val="413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3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Unvan 19"/>
                <w:tag w:val="Unvan 19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3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20.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20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Günlük tarih 20"/>
                <w:tag w:val="Günlük tarih 20"/>
                <w:id w:val="4133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3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Günlük çalışma 20"/>
                <w:tag w:val="Günlük çalışma 20"/>
                <w:id w:val="4133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3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Yetkili 20"/>
                <w:tag w:val="Yetkili 20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4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Unvan 20"/>
                <w:tag w:val="Unvan 20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4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21.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21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Günlük tarih 21"/>
                <w:tag w:val="Günlük tarih 21"/>
                <w:id w:val="413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4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Günlük çalışma 21"/>
                <w:tag w:val="Günlük çalışma 21"/>
                <w:id w:val="4134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4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Yetkili 21"/>
                <w:tag w:val="Yetkili 21"/>
                <w:id w:val="413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4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5" w:edGrp="everyone"/>
            <w:sdt>
              <w:sdtPr>
                <w:alias w:val="Unvan 21"/>
                <w:tag w:val="Unvan 21"/>
                <w:id w:val="413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4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22.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22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46" w:edGrp="everyone"/>
            <w:sdt>
              <w:sdtPr>
                <w:alias w:val="Günlük tarih 22"/>
                <w:tag w:val="Günlük tarih 22"/>
                <w:id w:val="4134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4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47" w:edGrp="everyone"/>
            <w:sdt>
              <w:sdtPr>
                <w:alias w:val="Günlük çalışma 22"/>
                <w:tag w:val="Günlük çalışma 22"/>
                <w:id w:val="4134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4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48" w:edGrp="everyone"/>
            <w:sdt>
              <w:sdtPr>
                <w:alias w:val="Yetkili 22"/>
                <w:tag w:val="Yetkili 22"/>
                <w:id w:val="413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4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49" w:edGrp="everyone"/>
            <w:sdt>
              <w:sdtPr>
                <w:alias w:val="Unvan 22"/>
                <w:tag w:val="Unvan 22"/>
                <w:id w:val="413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4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23.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23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50" w:edGrp="everyone"/>
            <w:sdt>
              <w:sdtPr>
                <w:alias w:val="Günlük tarih 23"/>
                <w:tag w:val="Günlük tarih 23"/>
                <w:id w:val="4134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5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51" w:edGrp="everyone"/>
            <w:sdt>
              <w:sdtPr>
                <w:alias w:val="Günlük çalışma 23"/>
                <w:tag w:val="Günlük çalışma 23"/>
                <w:id w:val="4135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5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52" w:edGrp="everyone"/>
            <w:sdt>
              <w:sdtPr>
                <w:alias w:val="Yetkili 23"/>
                <w:tag w:val="Yetkili 23"/>
                <w:id w:val="413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5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3" w:edGrp="everyone"/>
            <w:sdt>
              <w:sdtPr>
                <w:alias w:val="Unvan 23"/>
                <w:tag w:val="Unvan 23"/>
                <w:id w:val="413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5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24.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24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54" w:edGrp="everyone"/>
            <w:sdt>
              <w:sdtPr>
                <w:alias w:val="Günlük tarih 24"/>
                <w:tag w:val="Günlük tarih 24"/>
                <w:id w:val="413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5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55" w:edGrp="everyone"/>
            <w:sdt>
              <w:sdtPr>
                <w:alias w:val="Günlük çalışma 24"/>
                <w:tag w:val="Günlük çalışma 24"/>
                <w:id w:val="4135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5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56" w:edGrp="everyone"/>
            <w:sdt>
              <w:sdtPr>
                <w:alias w:val="Yetkili 24"/>
                <w:tag w:val="Yetkili 24"/>
                <w:id w:val="413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5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57" w:edGrp="everyone"/>
            <w:sdt>
              <w:sdtPr>
                <w:alias w:val="Unvan 24"/>
                <w:tag w:val="Unvan 24"/>
                <w:id w:val="413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5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25.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25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58" w:edGrp="everyone"/>
            <w:sdt>
              <w:sdtPr>
                <w:alias w:val="Günlük tarih 25"/>
                <w:tag w:val="Günlük tarih 25"/>
                <w:id w:val="413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5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59" w:edGrp="everyone"/>
            <w:sdt>
              <w:sdtPr>
                <w:alias w:val="Günlük çalışma 25"/>
                <w:tag w:val="Günlük çalışma 25"/>
                <w:id w:val="4135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5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60" w:edGrp="everyone"/>
            <w:sdt>
              <w:sdtPr>
                <w:alias w:val="Yetkili 25"/>
                <w:tag w:val="Yetkili 25"/>
                <w:id w:val="413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6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1" w:edGrp="everyone"/>
            <w:sdt>
              <w:sdtPr>
                <w:alias w:val="Unvan 25"/>
                <w:tag w:val="Unvan 25"/>
                <w:id w:val="413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6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26.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26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62" w:edGrp="everyone"/>
            <w:sdt>
              <w:sdtPr>
                <w:alias w:val="Günlük tarih 26"/>
                <w:tag w:val="Günlük tarih 26"/>
                <w:id w:val="4136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6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63" w:edGrp="everyone"/>
            <w:sdt>
              <w:sdtPr>
                <w:alias w:val="Günlük çalışma 26"/>
                <w:tag w:val="Günlük çalışma 26"/>
                <w:id w:val="41362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6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64" w:edGrp="everyone"/>
            <w:sdt>
              <w:sdtPr>
                <w:alias w:val="Yetkili 26"/>
                <w:tag w:val="Yetkili 26"/>
                <w:id w:val="413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6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5" w:edGrp="everyone"/>
            <w:sdt>
              <w:sdtPr>
                <w:alias w:val="Unvan 26"/>
                <w:tag w:val="Unvan 26"/>
                <w:id w:val="413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6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27.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27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66" w:edGrp="everyone"/>
            <w:sdt>
              <w:sdtPr>
                <w:alias w:val="Günlük tarih 27"/>
                <w:tag w:val="Günlük tarih 27"/>
                <w:id w:val="413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66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67" w:edGrp="everyone"/>
            <w:sdt>
              <w:sdtPr>
                <w:alias w:val="Günlük çalışma 27"/>
                <w:tag w:val="Günlük çalışma 27"/>
                <w:id w:val="41366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6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68" w:edGrp="everyone"/>
            <w:sdt>
              <w:sdtPr>
                <w:alias w:val="Yetkili 27"/>
                <w:tag w:val="Yetkili 27"/>
                <w:id w:val="413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6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69" w:edGrp="everyone"/>
            <w:sdt>
              <w:sdtPr>
                <w:alias w:val="Unvan 27"/>
                <w:tag w:val="Unvan 27"/>
                <w:id w:val="413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6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28.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28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70" w:edGrp="everyone"/>
            <w:sdt>
              <w:sdtPr>
                <w:alias w:val="Günlük tarih 28"/>
                <w:tag w:val="Günlük tarih 28"/>
                <w:id w:val="413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7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71" w:edGrp="everyone"/>
            <w:sdt>
              <w:sdtPr>
                <w:alias w:val="Günlük çalışma 28"/>
                <w:tag w:val="Günlük çalışma 28"/>
                <w:id w:val="41370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7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72" w:edGrp="everyone"/>
            <w:sdt>
              <w:sdtPr>
                <w:alias w:val="Yetkili 28"/>
                <w:tag w:val="Yetkili 28"/>
                <w:id w:val="413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7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3" w:edGrp="everyone"/>
            <w:sdt>
              <w:sdtPr>
                <w:alias w:val="Unvan 28"/>
                <w:tag w:val="Unvan 28"/>
                <w:id w:val="413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7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29.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29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74" w:edGrp="everyone"/>
            <w:sdt>
              <w:sdtPr>
                <w:alias w:val="Günlük tarih 29"/>
                <w:tag w:val="Günlük tarih 29"/>
                <w:id w:val="4137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7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75" w:edGrp="everyone"/>
            <w:sdt>
              <w:sdtPr>
                <w:alias w:val="Günlük çalışma 29"/>
                <w:tag w:val="Günlük çalışma 29"/>
                <w:id w:val="41374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7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76" w:edGrp="everyone"/>
            <w:sdt>
              <w:sdtPr>
                <w:alias w:val="Yetkili 29"/>
                <w:tag w:val="Yetkili 29"/>
                <w:id w:val="413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7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77" w:edGrp="everyone"/>
            <w:sdt>
              <w:sdtPr>
                <w:alias w:val="Unvan 29"/>
                <w:tag w:val="Unvan 29"/>
                <w:id w:val="413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7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60" w:line="240" w:lineRule="auto"/>
        <w:jc w:val="center"/>
      </w:pPr>
      <w:r>
        <w:rPr>
          <w:b/>
          <w:bCs/>
          <w:sz w:val="26"/>
          <w:szCs w:val="26"/>
        </w:rPr>
        <w:t xml:space="preserve">YAPILAN ÇALIŞMANIN GÜNLÜK DÖKÜMÜ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Gün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30. gün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Sayfa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>30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378" w:edGrp="everyone"/>
            <w:sdt>
              <w:sdtPr>
                <w:alias w:val="Günlük tarih 30"/>
                <w:tag w:val="Günlük tarih 30"/>
                <w:id w:val="4137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37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8674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379" w:edGrp="everyone"/>
            <w:sdt>
              <w:sdtPr>
                <w:alias w:val="Günlük çalışma 30"/>
                <w:tag w:val="Günlük çalışma 30"/>
                <w:id w:val="41378"/>
                <w:showingPlcHdr/>
                <w:text w:multiLine="1"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 xml:space="preserve">                    </w:t>
                </w:r>
              </w:sdtContent>
            </w:sdt>
            <w:permEnd w:id="37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401"/>
        <w:gridCol w:w="2834"/>
        <w:gridCol w:w="3401"/>
      </w:tblGrid>
      <w:tr>
        <w:trPr>
          <w:cantSplit/>
        </w:trPr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Tasdik Eden Yetkilinin Adı Soyadı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Görevi / Unvanı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İmza / Kaşe</w:t>
            </w:r>
          </w:p>
        </w:tc>
      </w:tr>
      <w:tr>
        <w:trPr>
          <w:trHeight w:val="850" w:hRule="atLeast"/>
          <w:cantSplit/>
        </w:trPr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380" w:edGrp="everyone"/>
            <w:sdt>
              <w:sdtPr>
                <w:alias w:val="Yetkili 30"/>
                <w:tag w:val="Yetkili 30"/>
                <w:id w:val="413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38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381" w:edGrp="everyone"/>
            <w:sdt>
              <w:sdtPr>
                <w:alias w:val="Unvan 30"/>
                <w:tag w:val="Unvan 30"/>
                <w:id w:val="413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</w:t>
                </w:r>
              </w:sdtContent>
            </w:sdt>
            <w:permEnd w:id="38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HTMYO-STJ-105  |  Staj Dosyası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HTMYO-STJ-105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 Dosyası</dc:title>
  <dc:subject>HTMYO-STJ-105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