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80" w:after="160" w:line="240" w:lineRule="auto"/>
        <w:jc w:val="center"/>
      </w:pPr>
      <w:r>
        <w:rPr>
          <w:b/>
          <w:bCs/>
          <w:sz w:val="28"/>
          <w:szCs w:val="28"/>
        </w:rPr>
        <w:t xml:space="preserve">STAJ KABUL FORMU</w:t>
      </w:r>
    </w:p>
    <w:p>
      <w:pPr>
        <w:spacing w:before="0" w:after="120" w:line="240" w:lineRule="auto"/>
        <w:jc w:val="left"/>
      </w:pPr>
      <w:r>
        <w:rPr>
          <w:b/>
          <w:bCs/>
          <w:sz w:val="20"/>
          <w:szCs w:val="20"/>
        </w:rPr>
        <w:t xml:space="preserve">Staj Türü: </w:t>
      </w:r>
      <w:r>
        <w:rPr>
          <w:sz w:val="20"/>
          <w:szCs w:val="20"/>
        </w:rPr>
        <w:t xml:space="preserve">Zorunlu Staj      </w:t>
      </w:r>
      <w:r>
        <w:rPr>
          <w:b/>
          <w:bCs/>
          <w:sz w:val="20"/>
          <w:szCs w:val="20"/>
        </w:rPr>
        <w:t xml:space="preserve">Staj Süresi: </w:t>
      </w:r>
      <w:r>
        <w:rPr>
          <w:sz w:val="20"/>
          <w:szCs w:val="20"/>
        </w:rPr>
        <w:t xml:space="preserve">30 iş günü</w:t>
      </w:r>
    </w:p>
    <w:p>
      <w:pPr>
        <w:keepNext/>
        <w:spacing w:before="0" w:after="40" w:line="240" w:lineRule="auto"/>
        <w:jc w:val="left"/>
      </w:pPr>
      <w:r>
        <w:rPr>
          <w:b/>
          <w:bCs/>
          <w:sz w:val="19"/>
          <w:szCs w:val="19"/>
        </w:rPr>
        <w:t xml:space="preserve">ÖĞRENCİ BİLGİLERİ</w:t>
      </w:r>
    </w:p>
    <w:tbl>
      <w:tblPr>
        <w:tblLayout w:type="fixed"/>
        <w:tblLook w:firstColumn="1" w:firstRow="1" w:lastColumn="0" w:lastRow="0" w:noHBand="0" w:noVBand="1" w:val="04A0"/>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25" w:type="dxa"/>
          <w:left w:w="70" w:type="dxa"/>
          <w:bottom w:w="25" w:type="dxa"/>
          <w:right w:w="70" w:type="dxa"/>
        </w:tblCellMar>
        <w:tblW w:w="9637" w:type="dxa"/>
      </w:tblPr>
      <w:tblGrid>
        <w:gridCol w:w="1700"/>
        <w:gridCol w:w="3118"/>
        <w:gridCol w:w="1700"/>
        <w:gridCol w:w="3118"/>
      </w:tblGrid>
      <w:tr>
        <w:trPr>
          <w:trHeight w:val="351" w:hRule="atLeast"/>
          <w:cantSplit/>
        </w:trPr>
        <w:tc>
          <w:tcPr>
            <w:tcW w:type="dxa" w:w="1701"/>
            <w:shd w:val="clear" w:color="auto" w:fill="ECE9F5"/>
            <w:vAlign w:val="center"/>
          </w:tcPr>
          <w:p>
            <w:pPr>
              <w:spacing w:before="0" w:after="0" w:line="240" w:lineRule="auto"/>
              <w:jc w:val="left"/>
            </w:pPr>
            <w:r>
              <w:rPr>
                <w:b/>
                <w:bCs/>
                <w:sz w:val="18"/>
                <w:szCs w:val="18"/>
              </w:rPr>
              <w:t xml:space="preserve">T.C. Kimlik No</w:t>
            </w:r>
          </w:p>
        </w:tc>
        <w:tc>
          <w:tcPr>
            <w:tcW w:type="dxa" w:w="3118"/>
            <w:vAlign w:val="center"/>
          </w:tcPr>
          <w:p>
            <w:pPr>
              <w:spacing w:before="0" w:after="0" w:line="240" w:lineRule="auto"/>
              <w:jc w:val="left"/>
            </w:pPr>
            <w:permStart w:id="9" w:edGrp="everyone"/>
            <w:sdt>
              <w:sdtPr>
                <w:alias w:val="TC"/>
                <w:tag w:val="TC"/>
                <w:id w:val="41008"/>
                <w:showingPlcHdr/>
                <w:text/>
              </w:sdtPr>
              <w:sdtContent>
                <w:r>
                  <w:rPr>
                    <w:rStyle w:val="PlaceholderText"/>
                    <w:sz w:val="18"/>
                    <w:szCs w:val="18"/>
                  </w:rPr>
                  <w:t xml:space="preserve">                    </w:t>
                </w:r>
              </w:sdtContent>
            </w:sdt>
            <w:permEnd w:id="9"/>
          </w:p>
        </w:tc>
        <w:tc>
          <w:tcPr>
            <w:tcW w:type="dxa" w:w="1701"/>
            <w:shd w:val="clear" w:color="auto" w:fill="ECE9F5"/>
            <w:vAlign w:val="center"/>
          </w:tcPr>
          <w:p>
            <w:pPr>
              <w:spacing w:before="0" w:after="0" w:line="240" w:lineRule="auto"/>
              <w:jc w:val="left"/>
            </w:pPr>
            <w:r>
              <w:rPr>
                <w:b/>
                <w:bCs/>
                <w:sz w:val="18"/>
                <w:szCs w:val="18"/>
              </w:rPr>
              <w:t xml:space="preserve">Öğrenci No</w:t>
            </w:r>
          </w:p>
        </w:tc>
        <w:tc>
          <w:tcPr>
            <w:tcW w:type="dxa" w:w="3118"/>
            <w:vAlign w:val="center"/>
          </w:tcPr>
          <w:p>
            <w:pPr>
              <w:spacing w:before="0" w:after="0" w:line="240" w:lineRule="auto"/>
              <w:jc w:val="left"/>
            </w:pPr>
            <w:permStart w:id="10" w:edGrp="everyone"/>
            <w:sdt>
              <w:sdtPr>
                <w:alias w:val="Öğrenci No"/>
                <w:tag w:val="Öğrenci No"/>
                <w:id w:val="41009"/>
                <w:showingPlcHdr/>
                <w:text/>
              </w:sdtPr>
              <w:sdtContent>
                <w:r>
                  <w:rPr>
                    <w:rStyle w:val="PlaceholderText"/>
                    <w:sz w:val="18"/>
                    <w:szCs w:val="18"/>
                  </w:rPr>
                  <w:t xml:space="preserve">                    </w:t>
                </w:r>
              </w:sdtContent>
            </w:sdt>
            <w:permEnd w:id="10"/>
          </w:p>
        </w:tc>
      </w:tr>
      <w:tr>
        <w:trPr>
          <w:trHeight w:val="351" w:hRule="atLeast"/>
          <w:cantSplit/>
        </w:trPr>
        <w:tc>
          <w:tcPr>
            <w:tcW w:type="dxa" w:w="1701"/>
            <w:shd w:val="clear" w:color="auto" w:fill="ECE9F5"/>
            <w:vAlign w:val="center"/>
          </w:tcPr>
          <w:p>
            <w:pPr>
              <w:spacing w:before="0" w:after="0" w:line="240" w:lineRule="auto"/>
              <w:jc w:val="left"/>
            </w:pPr>
            <w:r>
              <w:rPr>
                <w:b/>
                <w:bCs/>
                <w:sz w:val="18"/>
                <w:szCs w:val="18"/>
              </w:rPr>
              <w:t xml:space="preserve">Adı</w:t>
            </w:r>
          </w:p>
        </w:tc>
        <w:tc>
          <w:tcPr>
            <w:tcW w:type="dxa" w:w="3118"/>
            <w:vAlign w:val="center"/>
          </w:tcPr>
          <w:p>
            <w:pPr>
              <w:spacing w:before="0" w:after="0" w:line="240" w:lineRule="auto"/>
              <w:jc w:val="left"/>
            </w:pPr>
            <w:permStart w:id="11" w:edGrp="everyone"/>
            <w:sdt>
              <w:sdtPr>
                <w:alias w:val="Adı"/>
                <w:tag w:val="Adı"/>
                <w:id w:val="41010"/>
                <w:showingPlcHdr/>
                <w:text/>
              </w:sdtPr>
              <w:sdtContent>
                <w:r>
                  <w:rPr>
                    <w:rStyle w:val="PlaceholderText"/>
                    <w:sz w:val="18"/>
                    <w:szCs w:val="18"/>
                  </w:rPr>
                  <w:t xml:space="preserve">                    </w:t>
                </w:r>
              </w:sdtContent>
            </w:sdt>
            <w:permEnd w:id="11"/>
          </w:p>
        </w:tc>
        <w:tc>
          <w:tcPr>
            <w:tcW w:type="dxa" w:w="1701"/>
            <w:shd w:val="clear" w:color="auto" w:fill="ECE9F5"/>
            <w:vAlign w:val="center"/>
          </w:tcPr>
          <w:p>
            <w:pPr>
              <w:spacing w:before="0" w:after="0" w:line="240" w:lineRule="auto"/>
              <w:jc w:val="left"/>
            </w:pPr>
            <w:r>
              <w:rPr>
                <w:b/>
                <w:bCs/>
                <w:sz w:val="18"/>
                <w:szCs w:val="18"/>
              </w:rPr>
              <w:t xml:space="preserve">Soyadı</w:t>
            </w:r>
          </w:p>
        </w:tc>
        <w:tc>
          <w:tcPr>
            <w:tcW w:type="dxa" w:w="3118"/>
            <w:vAlign w:val="center"/>
          </w:tcPr>
          <w:p>
            <w:pPr>
              <w:spacing w:before="0" w:after="0" w:line="240" w:lineRule="auto"/>
              <w:jc w:val="left"/>
            </w:pPr>
            <w:permStart w:id="12" w:edGrp="everyone"/>
            <w:sdt>
              <w:sdtPr>
                <w:alias w:val="Soyadı"/>
                <w:tag w:val="Soyadı"/>
                <w:id w:val="41011"/>
                <w:showingPlcHdr/>
                <w:text/>
              </w:sdtPr>
              <w:sdtContent>
                <w:r>
                  <w:rPr>
                    <w:rStyle w:val="PlaceholderText"/>
                    <w:sz w:val="18"/>
                    <w:szCs w:val="18"/>
                  </w:rPr>
                  <w:t xml:space="preserve">                    </w:t>
                </w:r>
              </w:sdtContent>
            </w:sdt>
            <w:permEnd w:id="12"/>
          </w:p>
        </w:tc>
      </w:tr>
      <w:tr>
        <w:trPr>
          <w:trHeight w:val="351" w:hRule="atLeast"/>
          <w:cantSplit/>
        </w:trPr>
        <w:tc>
          <w:tcPr>
            <w:tcW w:type="dxa" w:w="1701"/>
            <w:shd w:val="clear" w:color="auto" w:fill="ECE9F5"/>
            <w:vAlign w:val="center"/>
          </w:tcPr>
          <w:p>
            <w:pPr>
              <w:spacing w:before="0" w:after="0" w:line="240" w:lineRule="auto"/>
              <w:jc w:val="left"/>
            </w:pPr>
            <w:r>
              <w:rPr>
                <w:b/>
                <w:bCs/>
                <w:sz w:val="18"/>
                <w:szCs w:val="18"/>
              </w:rPr>
              <w:t xml:space="preserve">Programı</w:t>
            </w:r>
          </w:p>
        </w:tc>
        <w:tc>
          <w:tcPr>
            <w:tcW w:type="dxa" w:w="3118"/>
            <w:vAlign w:val="center"/>
          </w:tcPr>
          <w:p>
            <w:pPr>
              <w:spacing w:before="0" w:after="0" w:line="240" w:lineRule="auto"/>
              <w:jc w:val="left"/>
            </w:pPr>
            <w:permStart w:id="13" w:edGrp="everyone"/>
            <w:sdt>
              <w:sdtPr>
                <w:alias w:val="Program"/>
                <w:tag w:val="Program"/>
                <w:id w:val="41012"/>
                <w:showingPlcHdr/>
                <w:text/>
              </w:sdtPr>
              <w:sdtContent>
                <w:r>
                  <w:rPr>
                    <w:rStyle w:val="PlaceholderText"/>
                    <w:sz w:val="18"/>
                    <w:szCs w:val="18"/>
                  </w:rPr>
                  <w:t xml:space="preserve">                    </w:t>
                </w:r>
              </w:sdtContent>
            </w:sdt>
            <w:permEnd w:id="13"/>
          </w:p>
        </w:tc>
        <w:tc>
          <w:tcPr>
            <w:tcW w:type="dxa" w:w="1701"/>
            <w:shd w:val="clear" w:color="auto" w:fill="ECE9F5"/>
            <w:vAlign w:val="center"/>
          </w:tcPr>
          <w:p>
            <w:pPr>
              <w:spacing w:before="0" w:after="0" w:line="240" w:lineRule="auto"/>
              <w:jc w:val="left"/>
            </w:pPr>
            <w:r>
              <w:rPr>
                <w:b/>
                <w:bCs/>
                <w:sz w:val="18"/>
                <w:szCs w:val="18"/>
              </w:rPr>
              <w:t xml:space="preserve">Elektronik Posta</w:t>
            </w:r>
          </w:p>
        </w:tc>
        <w:tc>
          <w:tcPr>
            <w:tcW w:type="dxa" w:w="3118"/>
            <w:vAlign w:val="center"/>
          </w:tcPr>
          <w:p>
            <w:pPr>
              <w:spacing w:before="0" w:after="0" w:line="240" w:lineRule="auto"/>
              <w:jc w:val="left"/>
            </w:pPr>
            <w:permStart w:id="14" w:edGrp="everyone"/>
            <w:sdt>
              <w:sdtPr>
                <w:alias w:val="E-posta"/>
                <w:tag w:val="E-posta"/>
                <w:id w:val="41013"/>
                <w:showingPlcHdr/>
                <w:text/>
              </w:sdtPr>
              <w:sdtContent>
                <w:r>
                  <w:rPr>
                    <w:rStyle w:val="PlaceholderText"/>
                    <w:sz w:val="18"/>
                    <w:szCs w:val="18"/>
                  </w:rPr>
                  <w:t xml:space="preserve">                    </w:t>
                </w:r>
              </w:sdtContent>
            </w:sdt>
            <w:permEnd w:id="14"/>
          </w:p>
        </w:tc>
      </w:tr>
      <w:tr>
        <w:trPr>
          <w:trHeight w:val="351" w:hRule="atLeast"/>
          <w:cantSplit/>
        </w:trPr>
        <w:tc>
          <w:tcPr>
            <w:tcW w:type="dxa" w:w="1701"/>
            <w:shd w:val="clear" w:color="auto" w:fill="ECE9F5"/>
            <w:vAlign w:val="center"/>
          </w:tcPr>
          <w:p>
            <w:pPr>
              <w:spacing w:before="0" w:after="0" w:line="240" w:lineRule="auto"/>
              <w:jc w:val="left"/>
            </w:pPr>
            <w:r>
              <w:rPr>
                <w:b/>
                <w:bCs/>
                <w:sz w:val="18"/>
                <w:szCs w:val="18"/>
              </w:rPr>
              <w:t xml:space="preserve">Cep Telefonu</w:t>
            </w:r>
          </w:p>
        </w:tc>
        <w:tc>
          <w:tcPr>
            <w:tcW w:type="dxa" w:w="3118"/>
            <w:vAlign w:val="center"/>
          </w:tcPr>
          <w:p>
            <w:pPr>
              <w:spacing w:before="0" w:after="0" w:line="240" w:lineRule="auto"/>
              <w:jc w:val="left"/>
            </w:pPr>
            <w:permStart w:id="15" w:edGrp="everyone"/>
            <w:sdt>
              <w:sdtPr>
                <w:alias w:val="Cep"/>
                <w:tag w:val="Cep"/>
                <w:id w:val="41014"/>
                <w:showingPlcHdr/>
                <w:text/>
              </w:sdtPr>
              <w:sdtContent>
                <w:r>
                  <w:rPr>
                    <w:rStyle w:val="PlaceholderText"/>
                    <w:sz w:val="18"/>
                    <w:szCs w:val="18"/>
                  </w:rPr>
                  <w:t xml:space="preserve">                    </w:t>
                </w:r>
              </w:sdtContent>
            </w:sdt>
            <w:permEnd w:id="15"/>
          </w:p>
        </w:tc>
        <w:tc>
          <w:tcPr>
            <w:tcW w:type="dxa" w:w="1701"/>
            <w:shd w:val="clear" w:color="auto" w:fill="ECE9F5"/>
            <w:vAlign w:val="center"/>
          </w:tcPr>
          <w:p>
            <w:pPr>
              <w:spacing w:before="0" w:after="0" w:line="240" w:lineRule="auto"/>
              <w:jc w:val="left"/>
            </w:pPr>
            <w:r>
              <w:rPr>
                <w:b/>
                <w:bCs/>
                <w:sz w:val="18"/>
                <w:szCs w:val="18"/>
              </w:rPr>
              <w:t xml:space="preserve">Ev Telefonu</w:t>
            </w:r>
          </w:p>
        </w:tc>
        <w:tc>
          <w:tcPr>
            <w:tcW w:type="dxa" w:w="3118"/>
            <w:vAlign w:val="center"/>
          </w:tcPr>
          <w:p>
            <w:pPr>
              <w:spacing w:before="0" w:after="0" w:line="240" w:lineRule="auto"/>
              <w:jc w:val="left"/>
            </w:pPr>
            <w:permStart w:id="16" w:edGrp="everyone"/>
            <w:sdt>
              <w:sdtPr>
                <w:alias w:val="Ev"/>
                <w:tag w:val="Ev"/>
                <w:id w:val="41015"/>
                <w:showingPlcHdr/>
                <w:text/>
              </w:sdtPr>
              <w:sdtContent>
                <w:r>
                  <w:rPr>
                    <w:rStyle w:val="PlaceholderText"/>
                    <w:sz w:val="18"/>
                    <w:szCs w:val="18"/>
                  </w:rPr>
                  <w:t xml:space="preserve">                    </w:t>
                </w:r>
              </w:sdtContent>
            </w:sdt>
            <w:permEnd w:id="16"/>
          </w:p>
        </w:tc>
      </w:tr>
      <w:tr>
        <w:trPr>
          <w:trHeight w:val="351" w:hRule="atLeast"/>
          <w:cantSplit/>
        </w:trPr>
        <w:tc>
          <w:tcPr>
            <w:tcW w:type="dxa" w:w="1701"/>
            <w:shd w:val="clear" w:color="auto" w:fill="ECE9F5"/>
            <w:vAlign w:val="center"/>
          </w:tcPr>
          <w:p>
            <w:pPr>
              <w:spacing w:before="0" w:after="0" w:line="240" w:lineRule="auto"/>
              <w:jc w:val="left"/>
            </w:pPr>
            <w:r>
              <w:rPr>
                <w:b/>
                <w:bCs/>
                <w:sz w:val="18"/>
                <w:szCs w:val="18"/>
              </w:rPr>
              <w:t xml:space="preserve">Adres</w:t>
            </w:r>
          </w:p>
        </w:tc>
        <w:tc>
          <w:tcPr>
            <w:tcW w:type="dxa" w:w="7937"/>
            <w:gridSpan w:val="3"/>
            <w:vAlign w:val="center"/>
          </w:tcPr>
          <w:p>
            <w:pPr>
              <w:spacing w:before="0" w:after="0" w:line="240" w:lineRule="auto"/>
              <w:jc w:val="left"/>
            </w:pPr>
            <w:permStart w:id="17" w:edGrp="everyone"/>
            <w:sdt>
              <w:sdtPr>
                <w:alias w:val="Adres"/>
                <w:tag w:val="Adres"/>
                <w:id w:val="41016"/>
                <w:showingPlcHdr/>
                <w:text w:multiLine="1"/>
              </w:sdtPr>
              <w:sdtContent>
                <w:r>
                  <w:rPr>
                    <w:rStyle w:val="PlaceholderText"/>
                    <w:sz w:val="18"/>
                    <w:szCs w:val="18"/>
                  </w:rPr>
                  <w:t xml:space="preserve">                    </w:t>
                </w:r>
              </w:sdtContent>
            </w:sdt>
            <w:permEnd w:id="17"/>
          </w:p>
        </w:tc>
      </w:tr>
      <w:tr>
        <w:trPr>
          <w:trHeight w:val="351" w:hRule="atLeast"/>
          <w:cantSplit/>
        </w:trPr>
        <w:tc>
          <w:tcPr>
            <w:tcW w:type="dxa" w:w="1701"/>
            <w:shd w:val="clear" w:color="auto" w:fill="ECE9F5"/>
            <w:vAlign w:val="center"/>
          </w:tcPr>
          <w:p>
            <w:pPr>
              <w:spacing w:before="0" w:after="0" w:line="240" w:lineRule="auto"/>
              <w:jc w:val="left"/>
            </w:pPr>
            <w:r>
              <w:rPr>
                <w:b/>
                <w:bCs/>
                <w:sz w:val="18"/>
                <w:szCs w:val="18"/>
              </w:rPr>
              <w:t xml:space="preserve">Staj Başlama Tarihi</w:t>
            </w:r>
          </w:p>
        </w:tc>
        <w:tc>
          <w:tcPr>
            <w:tcW w:type="dxa" w:w="3118"/>
            <w:vAlign w:val="center"/>
          </w:tcPr>
          <w:p>
            <w:pPr>
              <w:spacing w:before="0" w:after="0" w:line="240" w:lineRule="auto"/>
              <w:jc w:val="left"/>
            </w:pPr>
            <w:permStart w:id="18" w:edGrp="everyone"/>
            <w:sdt>
              <w:sdtPr>
                <w:alias w:val="Başlama"/>
                <w:tag w:val="Başlama"/>
                <w:id w:val="41017"/>
                <w:showingPlcHdr/>
                <w:date>
                  <w:dateFormat w:val="dd.MM.yyyy"/>
                  <w:lid w:val="tr-TR"/>
                  <w:storeMappedDataAs w:val="dateTime"/>
                  <w:calendar w:val="gregorian"/>
                </w:date>
              </w:sdtPr>
              <w:sdtContent>
                <w:r>
                  <w:rPr>
                    <w:rStyle w:val="PlaceholderText"/>
                    <w:sz w:val="18"/>
                    <w:szCs w:val="18"/>
                  </w:rPr>
                  <w:t xml:space="preserve">           </w:t>
                </w:r>
              </w:sdtContent>
            </w:sdt>
            <w:permEnd w:id="18"/>
          </w:p>
        </w:tc>
        <w:tc>
          <w:tcPr>
            <w:tcW w:type="dxa" w:w="1701"/>
            <w:shd w:val="clear" w:color="auto" w:fill="ECE9F5"/>
            <w:vAlign w:val="center"/>
          </w:tcPr>
          <w:p>
            <w:pPr>
              <w:spacing w:before="0" w:after="0" w:line="240" w:lineRule="auto"/>
              <w:jc w:val="left"/>
            </w:pPr>
            <w:r>
              <w:rPr>
                <w:b/>
                <w:bCs/>
                <w:sz w:val="18"/>
                <w:szCs w:val="18"/>
              </w:rPr>
              <w:t xml:space="preserve">Staj Bitiş Tarihi</w:t>
            </w:r>
          </w:p>
        </w:tc>
        <w:tc>
          <w:tcPr>
            <w:tcW w:type="dxa" w:w="3118"/>
            <w:vAlign w:val="center"/>
          </w:tcPr>
          <w:p>
            <w:pPr>
              <w:spacing w:before="0" w:after="0" w:line="240" w:lineRule="auto"/>
              <w:jc w:val="left"/>
            </w:pPr>
            <w:permStart w:id="19" w:edGrp="everyone"/>
            <w:sdt>
              <w:sdtPr>
                <w:alias w:val="Bitiş"/>
                <w:tag w:val="Bitiş"/>
                <w:id w:val="41018"/>
                <w:showingPlcHdr/>
                <w:date>
                  <w:dateFormat w:val="dd.MM.yyyy"/>
                  <w:lid w:val="tr-TR"/>
                  <w:storeMappedDataAs w:val="dateTime"/>
                  <w:calendar w:val="gregorian"/>
                </w:date>
              </w:sdtPr>
              <w:sdtContent>
                <w:r>
                  <w:rPr>
                    <w:rStyle w:val="PlaceholderText"/>
                    <w:sz w:val="18"/>
                    <w:szCs w:val="18"/>
                  </w:rPr>
                  <w:t xml:space="preserve">           </w:t>
                </w:r>
              </w:sdtContent>
            </w:sdt>
            <w:permEnd w:id="19"/>
          </w:p>
        </w:tc>
      </w:tr>
    </w:tbl>
    <w:p>
      <w:pPr>
        <w:spacing w:before="0" w:after="0" w:line="80" w:lineRule="exact"/>
        <w:jc w:val="left"/>
      </w:pPr>
    </w:p>
    <w:p>
      <w:pPr>
        <w:spacing w:before="0" w:after="80" w:line="240" w:lineRule="auto"/>
        <w:jc w:val="both"/>
      </w:pPr>
      <w:r>
        <w:rPr>
          <w:sz w:val="19"/>
          <w:szCs w:val="19"/>
        </w:rPr>
        <w:t xml:space="preserve">Yukarıda belirtilen tarihler arasında 30 (otuz) iş günü stajımı yapacağım. Stajımın başlangıç veya bitiş tarihlerinin değişmesi veya stajdan vazgeçmem halinde 10 gün önceden Yüksekokulumuza bilgi vereceğimi, aksi halde 5510 sayılı Kanun gereği doğacak cezai yükümlülükleri kabul ettiğimi, staj esnasında sağlık raporu almam durumunda okula bilgi vereceğimi, aksi takdirde her türlü cezai sorumluluğu alacağımı taahhüt ederim.</w:t>
      </w:r>
    </w:p>
    <w:tbl>
      <w:tblPr>
        <w:tblLayout w:type="fixed"/>
        <w:tblLook w:firstColumn="1" w:firstRow="1" w:lastColumn="0" w:lastRow="0" w:noHBand="0" w:noVBand="1" w:val="04A0"/>
        <w:tblBorders>
          <w:top w:val="nil"/>
          <w:left w:val="nil"/>
          <w:bottom w:val="nil"/>
          <w:right w:val="nil"/>
          <w:insideH w:val="nil"/>
          <w:insideV w:val="nil"/>
        </w:tblBorders>
        <w:tblLayout w:type="fixed"/>
        <w:tblCellMar>
          <w:top w:w="25" w:type="dxa"/>
          <w:left w:w="70" w:type="dxa"/>
          <w:bottom w:w="25" w:type="dxa"/>
          <w:right w:w="70" w:type="dxa"/>
        </w:tblCellMar>
        <w:tblW w:w="9637" w:type="dxa"/>
      </w:tblPr>
      <w:tblGrid>
        <w:gridCol w:w="9637"/>
      </w:tblGrid>
      <w:tr>
        <w:trPr>
          <w:cantSplit/>
        </w:trPr>
        <w:tc>
          <w:tcPr>
            <w:tcW w:type="dxa" w:w="9638"/>
            <w:vAlign w:val="center"/>
          </w:tcPr>
          <w:p>
            <w:pPr>
              <w:spacing w:before="0" w:after="0" w:line="240" w:lineRule="auto"/>
              <w:jc w:val="center"/>
            </w:pPr>
            <w:r>
              <w:rPr>
                <w:b/>
                <w:bCs/>
                <w:sz w:val="19"/>
                <w:szCs w:val="19"/>
              </w:rPr>
              <w:t xml:space="preserve">Öğrenci</w:t>
            </w:r>
          </w:p>
        </w:tc>
      </w:tr>
      <w:tr>
        <w:trPr>
          <w:trHeight w:val="850" w:hRule="atLeast"/>
          <w:cantSplit/>
        </w:trPr>
        <w:tc>
          <w:tcPr>
            <w:tcW w:type="dxa" w:w="9638"/>
            <w:vAlign w:val="top"/>
          </w:tcPr>
          <w:p>
            <w:pPr>
              <w:spacing w:before="0" w:after="0" w:line="240" w:lineRule="auto"/>
              <w:jc w:val="center"/>
            </w:pPr>
            <w:r>
              <w:rPr>
                <w:i/>
                <w:iCs/>
                <w:color w:val="595959"/>
                <w:sz w:val="16"/>
                <w:szCs w:val="16"/>
              </w:rPr>
              <w:t xml:space="preserve">İmza</w:t>
            </w:r>
          </w:p>
        </w:tc>
      </w:tr>
    </w:tbl>
    <w:p>
      <w:pPr>
        <w:spacing w:before="0" w:after="0" w:line="80" w:lineRule="exact"/>
        <w:jc w:val="left"/>
      </w:pPr>
    </w:p>
    <w:p>
      <w:pPr>
        <w:keepNext/>
        <w:spacing w:before="0" w:after="40" w:line="240" w:lineRule="auto"/>
        <w:jc w:val="left"/>
      </w:pPr>
      <w:r>
        <w:rPr>
          <w:b/>
          <w:bCs/>
          <w:sz w:val="19"/>
          <w:szCs w:val="19"/>
        </w:rPr>
        <w:t xml:space="preserve">PROGRAM KOORDİNATÖRÜ</w:t>
      </w:r>
    </w:p>
    <w:tbl>
      <w:tblPr>
        <w:tblLayout w:type="fixed"/>
        <w:tblLook w:firstColumn="1" w:firstRow="1" w:lastColumn="0" w:lastRow="0" w:noHBand="0" w:noVBand="1" w:val="04A0"/>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25" w:type="dxa"/>
          <w:left w:w="70" w:type="dxa"/>
          <w:bottom w:w="25" w:type="dxa"/>
          <w:right w:w="70" w:type="dxa"/>
        </w:tblCellMar>
        <w:tblW w:w="9637" w:type="dxa"/>
      </w:tblPr>
      <w:tblGrid>
        <w:gridCol w:w="4818"/>
        <w:gridCol w:w="4818"/>
      </w:tblGrid>
      <w:tr>
        <w:trPr>
          <w:cantSplit/>
        </w:trPr>
        <w:tc>
          <w:tcPr>
            <w:tcW w:type="dxa" w:w="4819"/>
            <w:vAlign w:val="center"/>
          </w:tcPr>
          <w:p>
            <w:pPr>
              <w:spacing w:before="0" w:after="0" w:line="240" w:lineRule="auto"/>
              <w:jc w:val="left"/>
            </w:pPr>
            <w:permStart w:id="20" w:edGrp="everyone"/>
            <w:sdt>
              <w:sdtPr>
                <w:alias w:val="Uygundur"/>
                <w:tag w:val="Uygundur"/>
                <w:id w:val="41019"/>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permEnd w:id="20"/>
            <w:r>
              <w:rPr>
                <w:sz w:val="18"/>
                <w:szCs w:val="18"/>
              </w:rPr>
              <w:t xml:space="preserve"> Uygundur   </w:t>
            </w:r>
          </w:p>
        </w:tc>
        <w:tc>
          <w:tcPr>
            <w:tcW w:type="dxa" w:w="4819"/>
            <w:vAlign w:val="center"/>
          </w:tcPr>
          <w:p>
            <w:pPr>
              <w:spacing w:before="0" w:after="0" w:line="240" w:lineRule="auto"/>
              <w:jc w:val="left"/>
            </w:pPr>
            <w:permStart w:id="21" w:edGrp="everyone"/>
            <w:sdt>
              <w:sdtPr>
                <w:alias w:val="Uygun değildir"/>
                <w:tag w:val="Uygun değildir"/>
                <w:id w:val="41020"/>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permEnd w:id="21"/>
            <w:r>
              <w:rPr>
                <w:sz w:val="18"/>
                <w:szCs w:val="18"/>
              </w:rPr>
              <w:t xml:space="preserve"> Uygun değildir   </w:t>
            </w:r>
          </w:p>
        </w:tc>
      </w:tr>
      <w:tr>
        <w:trPr>
          <w:trHeight w:val="793" w:hRule="atLeast"/>
          <w:cantSplit/>
        </w:trPr>
        <w:tc>
          <w:tcPr>
            <w:tcW w:type="dxa" w:w="4819"/>
            <w:vAlign w:val="center"/>
          </w:tcPr>
          <w:p>
            <w:pPr>
              <w:spacing w:before="0" w:after="0" w:line="240" w:lineRule="auto"/>
              <w:jc w:val="left"/>
            </w:pPr>
            <w:permStart w:id="22" w:edGrp="everyone"/>
            <w:sdt>
              <w:sdtPr>
                <w:alias w:val="Koordinatör Adı Soyadı"/>
                <w:tag w:val="Koordinatör Adı Soyadı"/>
                <w:id w:val="41021"/>
                <w:showingPlcHdr/>
                <w:text/>
              </w:sdtPr>
              <w:sdtContent>
                <w:r>
                  <w:rPr>
                    <w:rStyle w:val="PlaceholderText"/>
                    <w:sz w:val="18"/>
                    <w:szCs w:val="18"/>
                  </w:rPr>
                  <w:t xml:space="preserve">                        </w:t>
                </w:r>
              </w:sdtContent>
            </w:sdt>
            <w:permEnd w:id="22"/>
          </w:p>
        </w:tc>
        <w:tc>
          <w:tcPr>
            <w:tcW w:type="dxa" w:w="4819"/>
            <w:vAlign w:val="top"/>
          </w:tcPr>
          <w:p>
            <w:pPr>
              <w:spacing w:before="0" w:after="0" w:line="240" w:lineRule="auto"/>
              <w:jc w:val="left"/>
            </w:pPr>
            <w:r>
              <w:rPr>
                <w:i/>
                <w:iCs/>
                <w:color w:val="595959"/>
                <w:sz w:val="16"/>
                <w:szCs w:val="16"/>
              </w:rPr>
              <w:t xml:space="preserve">İmza</w:t>
            </w:r>
          </w:p>
        </w:tc>
      </w:tr>
    </w:tbl>
    <w:p>
      <w:pPr>
        <w:spacing w:before="0" w:after="0" w:line="80" w:lineRule="exact"/>
        <w:jc w:val="left"/>
      </w:pPr>
    </w:p>
    <w:p>
      <w:pPr>
        <w:keepNext/>
        <w:spacing w:before="0" w:after="40" w:line="240" w:lineRule="auto"/>
        <w:jc w:val="left"/>
      </w:pPr>
      <w:r>
        <w:rPr>
          <w:b/>
          <w:bCs/>
          <w:sz w:val="19"/>
          <w:szCs w:val="19"/>
        </w:rPr>
        <w:t xml:space="preserve">STAJ YAPILACAK KURUM / İŞYERİ BİLGİLERİ</w:t>
      </w:r>
    </w:p>
    <w:tbl>
      <w:tblPr>
        <w:tblLayout w:type="fixed"/>
        <w:tblLook w:firstColumn="1" w:firstRow="1" w:lastColumn="0" w:lastRow="0" w:noHBand="0" w:noVBand="1" w:val="04A0"/>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25" w:type="dxa"/>
          <w:left w:w="70" w:type="dxa"/>
          <w:bottom w:w="25" w:type="dxa"/>
          <w:right w:w="70" w:type="dxa"/>
        </w:tblCellMar>
        <w:tblW w:w="9637" w:type="dxa"/>
      </w:tblPr>
      <w:tblGrid>
        <w:gridCol w:w="2267"/>
        <w:gridCol w:w="7370"/>
      </w:tblGrid>
      <w:tr>
        <w:trPr>
          <w:trHeight w:val="351" w:hRule="atLeast"/>
          <w:cantSplit/>
        </w:trPr>
        <w:tc>
          <w:tcPr>
            <w:tcW w:type="dxa" w:w="2268"/>
            <w:shd w:val="clear" w:color="auto" w:fill="ECE9F5"/>
            <w:vAlign w:val="center"/>
          </w:tcPr>
          <w:p>
            <w:pPr>
              <w:spacing w:before="0" w:after="0" w:line="240" w:lineRule="auto"/>
              <w:jc w:val="left"/>
            </w:pPr>
            <w:r>
              <w:rPr>
                <w:b/>
                <w:bCs/>
                <w:sz w:val="18"/>
                <w:szCs w:val="18"/>
              </w:rPr>
              <w:t xml:space="preserve">Ticaret Unvanı</w:t>
            </w:r>
          </w:p>
        </w:tc>
        <w:tc>
          <w:tcPr>
            <w:tcW w:type="dxa" w:w="7370"/>
            <w:vAlign w:val="center"/>
          </w:tcPr>
          <w:p>
            <w:pPr>
              <w:spacing w:before="0" w:after="0" w:line="240" w:lineRule="auto"/>
              <w:jc w:val="left"/>
            </w:pPr>
            <w:permStart w:id="23" w:edGrp="everyone"/>
            <w:sdt>
              <w:sdtPr>
                <w:alias w:val="Unvan"/>
                <w:tag w:val="Unvan"/>
                <w:id w:val="41022"/>
                <w:showingPlcHdr/>
                <w:text/>
              </w:sdtPr>
              <w:sdtContent>
                <w:r>
                  <w:rPr>
                    <w:rStyle w:val="PlaceholderText"/>
                    <w:sz w:val="18"/>
                    <w:szCs w:val="18"/>
                  </w:rPr>
                  <w:t xml:space="preserve">                    </w:t>
                </w:r>
              </w:sdtContent>
            </w:sdt>
            <w:permEnd w:id="23"/>
          </w:p>
        </w:tc>
      </w:tr>
      <w:tr>
        <w:trPr>
          <w:trHeight w:val="351" w:hRule="atLeast"/>
          <w:cantSplit/>
        </w:trPr>
        <w:tc>
          <w:tcPr>
            <w:tcW w:type="dxa" w:w="2268"/>
            <w:shd w:val="clear" w:color="auto" w:fill="ECE9F5"/>
            <w:vAlign w:val="center"/>
          </w:tcPr>
          <w:p>
            <w:pPr>
              <w:spacing w:before="0" w:after="0" w:line="240" w:lineRule="auto"/>
              <w:jc w:val="left"/>
            </w:pPr>
            <w:r>
              <w:rPr>
                <w:b/>
                <w:bCs/>
                <w:sz w:val="18"/>
                <w:szCs w:val="18"/>
              </w:rPr>
              <w:t xml:space="preserve">Faaliyet Alanı (Sektör)</w:t>
            </w:r>
          </w:p>
        </w:tc>
        <w:tc>
          <w:tcPr>
            <w:tcW w:type="dxa" w:w="7370"/>
            <w:vAlign w:val="center"/>
          </w:tcPr>
          <w:p>
            <w:pPr>
              <w:spacing w:before="0" w:after="0" w:line="240" w:lineRule="auto"/>
              <w:jc w:val="left"/>
            </w:pPr>
            <w:permStart w:id="24" w:edGrp="everyone"/>
            <w:sdt>
              <w:sdtPr>
                <w:alias w:val="Sektör"/>
                <w:tag w:val="Sektör"/>
                <w:id w:val="41023"/>
                <w:showingPlcHdr/>
                <w:text/>
              </w:sdtPr>
              <w:sdtContent>
                <w:r>
                  <w:rPr>
                    <w:rStyle w:val="PlaceholderText"/>
                    <w:sz w:val="18"/>
                    <w:szCs w:val="18"/>
                  </w:rPr>
                  <w:t xml:space="preserve">                    </w:t>
                </w:r>
              </w:sdtContent>
            </w:sdt>
            <w:permEnd w:id="24"/>
          </w:p>
        </w:tc>
      </w:tr>
      <w:tr>
        <w:trPr>
          <w:trHeight w:val="351" w:hRule="atLeast"/>
          <w:cantSplit/>
        </w:trPr>
        <w:tc>
          <w:tcPr>
            <w:tcW w:type="dxa" w:w="2268"/>
            <w:shd w:val="clear" w:color="auto" w:fill="ECE9F5"/>
            <w:vAlign w:val="center"/>
          </w:tcPr>
          <w:p>
            <w:pPr>
              <w:spacing w:before="0" w:after="0" w:line="240" w:lineRule="auto"/>
              <w:jc w:val="left"/>
            </w:pPr>
            <w:r>
              <w:rPr>
                <w:b/>
                <w:bCs/>
                <w:sz w:val="18"/>
                <w:szCs w:val="18"/>
              </w:rPr>
              <w:t xml:space="preserve">Adres</w:t>
            </w:r>
          </w:p>
        </w:tc>
        <w:tc>
          <w:tcPr>
            <w:tcW w:type="dxa" w:w="7370"/>
            <w:vAlign w:val="center"/>
          </w:tcPr>
          <w:p>
            <w:pPr>
              <w:spacing w:before="0" w:after="0" w:line="240" w:lineRule="auto"/>
              <w:jc w:val="left"/>
            </w:pPr>
            <w:permStart w:id="25" w:edGrp="everyone"/>
            <w:sdt>
              <w:sdtPr>
                <w:alias w:val="Kurum adresi"/>
                <w:tag w:val="Kurum adresi"/>
                <w:id w:val="41024"/>
                <w:showingPlcHdr/>
                <w:text w:multiLine="1"/>
              </w:sdtPr>
              <w:sdtContent>
                <w:r>
                  <w:rPr>
                    <w:rStyle w:val="PlaceholderText"/>
                    <w:sz w:val="18"/>
                    <w:szCs w:val="18"/>
                  </w:rPr>
                  <w:t xml:space="preserve">                    </w:t>
                </w:r>
              </w:sdtContent>
            </w:sdt>
            <w:permEnd w:id="25"/>
          </w:p>
        </w:tc>
      </w:tr>
      <w:tr>
        <w:trPr>
          <w:trHeight w:val="351" w:hRule="atLeast"/>
          <w:cantSplit/>
        </w:trPr>
        <w:tc>
          <w:tcPr>
            <w:tcW w:type="dxa" w:w="2268"/>
            <w:shd w:val="clear" w:color="auto" w:fill="ECE9F5"/>
            <w:vAlign w:val="center"/>
          </w:tcPr>
          <w:p>
            <w:pPr>
              <w:spacing w:before="0" w:after="0" w:line="240" w:lineRule="auto"/>
              <w:jc w:val="left"/>
            </w:pPr>
            <w:r>
              <w:rPr>
                <w:b/>
                <w:bCs/>
                <w:sz w:val="18"/>
                <w:szCs w:val="18"/>
              </w:rPr>
              <w:t xml:space="preserve">Telefon</w:t>
            </w:r>
          </w:p>
        </w:tc>
        <w:tc>
          <w:tcPr>
            <w:tcW w:type="dxa" w:w="7370"/>
            <w:vAlign w:val="center"/>
          </w:tcPr>
          <w:p>
            <w:pPr>
              <w:spacing w:before="0" w:after="0" w:line="240" w:lineRule="auto"/>
              <w:jc w:val="left"/>
            </w:pPr>
            <w:permStart w:id="26" w:edGrp="everyone"/>
            <w:sdt>
              <w:sdtPr>
                <w:alias w:val="Kurum telefon"/>
                <w:tag w:val="Kurum telefon"/>
                <w:id w:val="41025"/>
                <w:showingPlcHdr/>
                <w:text/>
              </w:sdtPr>
              <w:sdtContent>
                <w:r>
                  <w:rPr>
                    <w:rStyle w:val="PlaceholderText"/>
                    <w:sz w:val="18"/>
                    <w:szCs w:val="18"/>
                  </w:rPr>
                  <w:t xml:space="preserve">                    </w:t>
                </w:r>
              </w:sdtContent>
            </w:sdt>
            <w:permEnd w:id="26"/>
          </w:p>
        </w:tc>
      </w:tr>
      <w:tr>
        <w:trPr>
          <w:trHeight w:val="351" w:hRule="atLeast"/>
          <w:cantSplit/>
        </w:trPr>
        <w:tc>
          <w:tcPr>
            <w:tcW w:type="dxa" w:w="2268"/>
            <w:shd w:val="clear" w:color="auto" w:fill="ECE9F5"/>
            <w:vAlign w:val="center"/>
          </w:tcPr>
          <w:p>
            <w:pPr>
              <w:spacing w:before="0" w:after="0" w:line="240" w:lineRule="auto"/>
              <w:jc w:val="left"/>
            </w:pPr>
            <w:r>
              <w:rPr>
                <w:b/>
                <w:bCs/>
                <w:sz w:val="18"/>
                <w:szCs w:val="18"/>
              </w:rPr>
              <w:t xml:space="preserve">Faks / E-posta</w:t>
            </w:r>
          </w:p>
        </w:tc>
        <w:tc>
          <w:tcPr>
            <w:tcW w:type="dxa" w:w="7370"/>
            <w:vAlign w:val="center"/>
          </w:tcPr>
          <w:p>
            <w:pPr>
              <w:spacing w:before="0" w:after="0" w:line="240" w:lineRule="auto"/>
              <w:jc w:val="left"/>
            </w:pPr>
            <w:permStart w:id="27" w:edGrp="everyone"/>
            <w:sdt>
              <w:sdtPr>
                <w:alias w:val="Faks eposta"/>
                <w:tag w:val="Faks eposta"/>
                <w:id w:val="41026"/>
                <w:showingPlcHdr/>
                <w:text/>
              </w:sdtPr>
              <w:sdtContent>
                <w:r>
                  <w:rPr>
                    <w:rStyle w:val="PlaceholderText"/>
                    <w:sz w:val="18"/>
                    <w:szCs w:val="18"/>
                  </w:rPr>
                  <w:t xml:space="preserve">                    </w:t>
                </w:r>
              </w:sdtContent>
            </w:sdt>
            <w:permEnd w:id="27"/>
          </w:p>
        </w:tc>
      </w:tr>
      <w:tr>
        <w:trPr>
          <w:trHeight w:val="351" w:hRule="atLeast"/>
          <w:cantSplit/>
        </w:trPr>
        <w:tc>
          <w:tcPr>
            <w:tcW w:type="dxa" w:w="2268"/>
            <w:shd w:val="clear" w:color="auto" w:fill="ECE9F5"/>
            <w:vAlign w:val="center"/>
          </w:tcPr>
          <w:p>
            <w:pPr>
              <w:spacing w:before="0" w:after="0" w:line="240" w:lineRule="auto"/>
              <w:jc w:val="left"/>
            </w:pPr>
            <w:r>
              <w:rPr>
                <w:b/>
                <w:bCs/>
                <w:sz w:val="18"/>
                <w:szCs w:val="18"/>
              </w:rPr>
              <w:t xml:space="preserve">Cumartesi çalışıyor mu?</w:t>
            </w:r>
          </w:p>
        </w:tc>
        <w:tc>
          <w:tcPr>
            <w:tcW w:type="dxa" w:w="7370"/>
            <w:vAlign w:val="center"/>
          </w:tcPr>
          <w:p>
            <w:pPr>
              <w:spacing w:before="0" w:after="0" w:line="240" w:lineRule="auto"/>
              <w:jc w:val="left"/>
            </w:pPr>
            <w:permStart w:id="28" w:edGrp="everyone"/>
            <w:sdt>
              <w:sdtPr>
                <w:alias w:val="Evet"/>
                <w:tag w:val="Evet"/>
                <w:id w:val="41027"/>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permEnd w:id="28"/>
            <w:r>
              <w:rPr>
                <w:sz w:val="18"/>
                <w:szCs w:val="18"/>
              </w:rPr>
              <w:t xml:space="preserve"> Evet   </w:t>
            </w:r>
            <w:permStart w:id="29" w:edGrp="everyone"/>
            <w:sdt>
              <w:sdtPr>
                <w:alias w:val="Hayır"/>
                <w:tag w:val="Hayır"/>
                <w:id w:val="41028"/>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permEnd w:id="29"/>
            <w:r>
              <w:rPr>
                <w:sz w:val="18"/>
                <w:szCs w:val="18"/>
              </w:rPr>
              <w:t xml:space="preserve"> Hayır   </w:t>
            </w:r>
          </w:p>
        </w:tc>
      </w:tr>
    </w:tbl>
    <w:p>
      <w:pPr>
        <w:spacing w:before="0" w:after="0" w:line="80" w:lineRule="exact"/>
        <w:jc w:val="left"/>
      </w:pPr>
    </w:p>
    <w:p>
      <w:pPr>
        <w:keepNext/>
        <w:spacing w:before="0" w:after="40" w:line="240" w:lineRule="auto"/>
        <w:jc w:val="left"/>
      </w:pPr>
      <w:r>
        <w:rPr>
          <w:b/>
          <w:bCs/>
          <w:sz w:val="19"/>
          <w:szCs w:val="19"/>
        </w:rPr>
        <w:t xml:space="preserve">YETKİLİ / İŞVEREN</w:t>
      </w:r>
    </w:p>
    <w:tbl>
      <w:tblPr>
        <w:tblLayout w:type="fixed"/>
        <w:tblLook w:firstColumn="1" w:firstRow="1" w:lastColumn="0" w:lastRow="0" w:noHBand="0" w:noVBand="1" w:val="04A0"/>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25" w:type="dxa"/>
          <w:left w:w="70" w:type="dxa"/>
          <w:bottom w:w="25" w:type="dxa"/>
          <w:right w:w="70" w:type="dxa"/>
        </w:tblCellMar>
        <w:tblW w:w="9637" w:type="dxa"/>
      </w:tblPr>
      <w:tblGrid>
        <w:gridCol w:w="2267"/>
        <w:gridCol w:w="2551"/>
        <w:gridCol w:w="2267"/>
        <w:gridCol w:w="2551"/>
      </w:tblGrid>
      <w:tr>
        <w:trPr>
          <w:trHeight w:val="351" w:hRule="atLeast"/>
          <w:cantSplit/>
        </w:trPr>
        <w:tc>
          <w:tcPr>
            <w:tcW w:type="dxa" w:w="2268"/>
            <w:shd w:val="clear" w:color="auto" w:fill="ECE9F5"/>
            <w:vAlign w:val="center"/>
          </w:tcPr>
          <w:p>
            <w:pPr>
              <w:spacing w:before="0" w:after="0" w:line="240" w:lineRule="auto"/>
              <w:jc w:val="left"/>
            </w:pPr>
            <w:r>
              <w:rPr>
                <w:b/>
                <w:bCs/>
                <w:sz w:val="18"/>
                <w:szCs w:val="18"/>
              </w:rPr>
              <w:t xml:space="preserve">Adı Soyadı</w:t>
            </w:r>
          </w:p>
        </w:tc>
        <w:tc>
          <w:tcPr>
            <w:tcW w:type="dxa" w:w="2551"/>
            <w:vAlign w:val="center"/>
          </w:tcPr>
          <w:p>
            <w:pPr>
              <w:spacing w:before="0" w:after="0" w:line="240" w:lineRule="auto"/>
              <w:jc w:val="left"/>
            </w:pPr>
            <w:permStart w:id="30" w:edGrp="everyone"/>
            <w:sdt>
              <w:sdtPr>
                <w:alias w:val="Yetkili adı"/>
                <w:tag w:val="Yetkili adı"/>
                <w:id w:val="41029"/>
                <w:showingPlcHdr/>
                <w:text/>
              </w:sdtPr>
              <w:sdtContent>
                <w:r>
                  <w:rPr>
                    <w:rStyle w:val="PlaceholderText"/>
                    <w:sz w:val="18"/>
                    <w:szCs w:val="18"/>
                  </w:rPr>
                  <w:t xml:space="preserve">                    </w:t>
                </w:r>
              </w:sdtContent>
            </w:sdt>
            <w:permEnd w:id="30"/>
          </w:p>
        </w:tc>
        <w:tc>
          <w:tcPr>
            <w:tcW w:type="dxa" w:w="2268"/>
            <w:shd w:val="clear" w:color="auto" w:fill="ECE9F5"/>
            <w:vAlign w:val="center"/>
          </w:tcPr>
          <w:p>
            <w:pPr>
              <w:spacing w:before="0" w:after="0" w:line="240" w:lineRule="auto"/>
              <w:jc w:val="left"/>
            </w:pPr>
            <w:r>
              <w:rPr>
                <w:b/>
                <w:bCs/>
                <w:sz w:val="18"/>
                <w:szCs w:val="18"/>
              </w:rPr>
              <w:t xml:space="preserve">Unvanı</w:t>
            </w:r>
          </w:p>
        </w:tc>
        <w:tc>
          <w:tcPr>
            <w:tcW w:type="dxa" w:w="2551"/>
            <w:vAlign w:val="center"/>
          </w:tcPr>
          <w:p>
            <w:pPr>
              <w:spacing w:before="0" w:after="0" w:line="240" w:lineRule="auto"/>
              <w:jc w:val="left"/>
            </w:pPr>
            <w:permStart w:id="31" w:edGrp="everyone"/>
            <w:sdt>
              <w:sdtPr>
                <w:alias w:val="Yetkili unvan"/>
                <w:tag w:val="Yetkili unvan"/>
                <w:id w:val="41030"/>
                <w:showingPlcHdr/>
                <w:text/>
              </w:sdtPr>
              <w:sdtContent>
                <w:r>
                  <w:rPr>
                    <w:rStyle w:val="PlaceholderText"/>
                    <w:sz w:val="18"/>
                    <w:szCs w:val="18"/>
                  </w:rPr>
                  <w:t xml:space="preserve">                    </w:t>
                </w:r>
              </w:sdtContent>
            </w:sdt>
            <w:permEnd w:id="31"/>
          </w:p>
        </w:tc>
      </w:tr>
      <w:tr>
        <w:trPr>
          <w:trHeight w:val="351" w:hRule="atLeast"/>
          <w:cantSplit/>
        </w:trPr>
        <w:tc>
          <w:tcPr>
            <w:tcW w:type="dxa" w:w="2268"/>
            <w:shd w:val="clear" w:color="auto" w:fill="ECE9F5"/>
            <w:vAlign w:val="center"/>
          </w:tcPr>
          <w:p>
            <w:pPr>
              <w:spacing w:before="0" w:after="0" w:line="240" w:lineRule="auto"/>
              <w:jc w:val="left"/>
            </w:pPr>
            <w:r>
              <w:rPr>
                <w:b/>
                <w:bCs/>
                <w:sz w:val="18"/>
                <w:szCs w:val="18"/>
              </w:rPr>
              <w:t xml:space="preserve">Tarih</w:t>
            </w:r>
          </w:p>
        </w:tc>
        <w:tc>
          <w:tcPr>
            <w:tcW w:type="dxa" w:w="2551"/>
            <w:vAlign w:val="center"/>
          </w:tcPr>
          <w:p>
            <w:pPr>
              <w:spacing w:before="0" w:after="0" w:line="240" w:lineRule="auto"/>
              <w:jc w:val="left"/>
            </w:pPr>
            <w:permStart w:id="32" w:edGrp="everyone"/>
            <w:sdt>
              <w:sdtPr>
                <w:alias w:val="Yetkili tarih"/>
                <w:tag w:val="Yetkili tarih"/>
                <w:id w:val="41031"/>
                <w:showingPlcHdr/>
                <w:date>
                  <w:dateFormat w:val="dd.MM.yyyy"/>
                  <w:lid w:val="tr-TR"/>
                  <w:storeMappedDataAs w:val="dateTime"/>
                  <w:calendar w:val="gregorian"/>
                </w:date>
              </w:sdtPr>
              <w:sdtContent>
                <w:r>
                  <w:rPr>
                    <w:rStyle w:val="PlaceholderText"/>
                    <w:sz w:val="18"/>
                    <w:szCs w:val="18"/>
                  </w:rPr>
                  <w:t xml:space="preserve">           </w:t>
                </w:r>
              </w:sdtContent>
            </w:sdt>
            <w:permEnd w:id="32"/>
          </w:p>
        </w:tc>
        <w:tc>
          <w:tcPr>
            <w:tcW w:type="dxa" w:w="2268"/>
            <w:shd w:val="clear" w:color="auto" w:fill="ECE9F5"/>
            <w:vAlign w:val="center"/>
          </w:tcPr>
          <w:p>
            <w:pPr>
              <w:spacing w:before="0" w:after="0" w:line="240" w:lineRule="auto"/>
              <w:jc w:val="left"/>
            </w:pPr>
            <w:r>
              <w:rPr>
                <w:b/>
                <w:bCs/>
                <w:sz w:val="18"/>
                <w:szCs w:val="18"/>
              </w:rPr>
              <w:t xml:space="preserve">Karar</w:t>
            </w:r>
          </w:p>
        </w:tc>
        <w:tc>
          <w:tcPr>
            <w:tcW w:type="dxa" w:w="2551"/>
            <w:vAlign w:val="center"/>
          </w:tcPr>
          <w:p>
            <w:pPr>
              <w:spacing w:before="0" w:after="0" w:line="240" w:lineRule="auto"/>
              <w:jc w:val="left"/>
            </w:pPr>
            <w:permStart w:id="33" w:edGrp="everyone"/>
            <w:sdt>
              <w:sdtPr>
                <w:alias w:val="Uygundur"/>
                <w:tag w:val="Uygundur"/>
                <w:id w:val="41032"/>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permEnd w:id="33"/>
            <w:r>
              <w:rPr>
                <w:sz w:val="18"/>
                <w:szCs w:val="18"/>
              </w:rPr>
              <w:t xml:space="preserve"> Uygundur   </w:t>
            </w:r>
          </w:p>
        </w:tc>
      </w:tr>
      <w:tr>
        <w:trPr>
          <w:trHeight w:val="351" w:hRule="atLeast"/>
          <w:cantSplit/>
        </w:trPr>
        <w:tc>
          <w:tcPr>
            <w:tcW w:type="dxa" w:w="2268"/>
            <w:shd w:val="clear" w:color="auto" w:fill="ECE9F5"/>
            <w:vAlign w:val="center"/>
          </w:tcPr>
          <w:p>
            <w:pPr>
              <w:spacing w:before="0" w:after="0" w:line="240" w:lineRule="auto"/>
              <w:jc w:val="left"/>
            </w:pPr>
            <w:r>
              <w:rPr>
                <w:b/>
                <w:bCs/>
                <w:sz w:val="18"/>
                <w:szCs w:val="18"/>
              </w:rPr>
              <w:t xml:space="preserve">Uygun değilse nedeni</w:t>
            </w:r>
          </w:p>
        </w:tc>
        <w:tc>
          <w:tcPr>
            <w:tcW w:type="dxa" w:w="7370"/>
            <w:gridSpan w:val="3"/>
            <w:vAlign w:val="center"/>
          </w:tcPr>
          <w:p>
            <w:pPr>
              <w:spacing w:before="0" w:after="0" w:line="240" w:lineRule="auto"/>
              <w:jc w:val="left"/>
            </w:pPr>
            <w:permStart w:id="34" w:edGrp="everyone"/>
            <w:sdt>
              <w:sdtPr>
                <w:alias w:val="Neden"/>
                <w:tag w:val="Neden"/>
                <w:id w:val="41033"/>
                <w:showingPlcHdr/>
                <w:text w:multiLine="1"/>
              </w:sdtPr>
              <w:sdtContent>
                <w:r>
                  <w:rPr>
                    <w:rStyle w:val="PlaceholderText"/>
                    <w:sz w:val="18"/>
                    <w:szCs w:val="18"/>
                  </w:rPr>
                  <w:t xml:space="preserve">                    </w:t>
                </w:r>
              </w:sdtContent>
            </w:sdt>
            <w:permEnd w:id="34"/>
          </w:p>
        </w:tc>
      </w:tr>
      <w:tr>
        <w:trPr>
          <w:trHeight w:val="1020" w:hRule="atLeast"/>
          <w:cantSplit/>
        </w:trPr>
        <w:tc>
          <w:tcPr>
            <w:tcW w:type="dxa" w:w="2268"/>
            <w:shd w:val="clear" w:color="auto" w:fill="ECE9F5"/>
            <w:vAlign w:val="center"/>
          </w:tcPr>
          <w:p>
            <w:pPr>
              <w:spacing w:before="0" w:after="0" w:line="240" w:lineRule="auto"/>
              <w:jc w:val="left"/>
            </w:pPr>
            <w:r>
              <w:rPr>
                <w:b/>
                <w:bCs/>
                <w:sz w:val="18"/>
                <w:szCs w:val="18"/>
              </w:rPr>
              <w:t xml:space="preserve">Mühür / Kaşe / İmza</w:t>
            </w:r>
          </w:p>
        </w:tc>
        <w:tc>
          <w:tcPr>
            <w:tcW w:type="dxa" w:w="7370"/>
            <w:gridSpan w:val="3"/>
            <w:vAlign w:val="center"/>
          </w:tcPr>
          <w:p>
            <w:pPr>
              <w:spacing w:before="0" w:after="0" w:line="240" w:lineRule="auto"/>
              <w:jc w:val="left"/>
            </w:pPr>
            <w:r>
              <w:rPr>
                <w:sz w:val="18"/>
                <w:szCs w:val="18"/>
              </w:rPr>
              <w:t xml:space="preserve"/>
            </w:r>
          </w:p>
        </w:tc>
      </w:tr>
    </w:tbl>
    <w:p>
      <w:pPr>
        <w:spacing w:before="0" w:after="0" w:line="80" w:lineRule="exact"/>
        <w:jc w:val="left"/>
      </w:pPr>
    </w:p>
    <w:p>
      <w:pPr>
        <w:spacing w:before="0" w:after="40" w:line="240" w:lineRule="auto"/>
        <w:jc w:val="both"/>
      </w:pPr>
      <w:r>
        <w:rPr>
          <w:i/>
          <w:iCs/>
          <w:color w:val="595959"/>
          <w:sz w:val="16"/>
          <w:szCs w:val="16"/>
        </w:rPr>
        <w:t xml:space="preserve">Pazar günleri staj süresine dahil değildir. Staj, Burdur Mehmet Akif Ersoy Üniversitesi Meslek Yüksekokulları Staj Yönergesi ile 5510 sayılı Sosyal Sigortalar ve Genel Sağlık Sigortası Kanunu'nun 5/b ve 87/e maddeleri kapsamında yürütülür. Bu evrak iki nüsha düzenlenir; biri kurumda kalır, biri Yüksekokula teslim edilir.</w:t>
      </w:r>
    </w:p>
    <w:p>
      <w:pPr>
        <w:spacing w:before="0" w:after="40" w:line="240" w:lineRule="auto"/>
        <w:jc w:val="both"/>
      </w:pPr>
      <w:r>
        <w:rPr>
          <w:i/>
          <w:iCs/>
          <w:color w:val="595959"/>
          <w:sz w:val="16"/>
          <w:szCs w:val="16"/>
        </w:rPr>
        <w:t xml:space="preserve">Kurum/işyeri dikkatine: İş sağlığı ve güvenliği sertifikası bulunmayan öğrencileri staja başlatmayınız.</w:t>
      </w:r>
    </w:p>
    <w:sectPr w:rsidR="00FC693F" w:rsidRPr="0006063C" w:rsidSect="00034616">
      <w:headerReference w:type="default" r:id="rId9"/>
      <w:footerReference w:type="default" r:id="rId10"/>
      <w:pgSz w:w="11906" w:h="16838"/>
      <w:pgMar w:top="2211" w:right="1134" w:bottom="1247" w:left="1134" w:header="56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Bdr>
        <w:top w:val="single" w:sz="4" w:space="3" w:color="A6A6A6"/>
      </w:pBdr>
    </w:pPr>
    <w:r>
      <w:rPr>
        <w:color w:val="7F7F7F"/>
        <w:sz w:val="15"/>
        <w:szCs w:val="15"/>
      </w:rPr>
      <w:t xml:space="preserve">HTMYO-STJ-102  |  Staj Kabul Formu  |  HTMYO Kalite Yönetim Sistemi kapsamında kontrollü olarak yayımlanmıştır.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Look w:firstColumn="1" w:firstRow="1" w:lastColumn="0" w:lastRow="0" w:noHBand="0" w:noVBand="1" w:val="04A0"/>
      <w:tblBorders>
        <w:top w:val="nil"/>
        <w:left w:val="nil"/>
        <w:bottom w:val="nil"/>
        <w:right w:val="nil"/>
        <w:insideH w:val="nil"/>
        <w:insideV w:val="nil"/>
      </w:tblBorders>
      <w:tblLayout w:type="fixed"/>
      <w:tblCellMar>
        <w:top w:w="25" w:type="dxa"/>
        <w:left w:w="70" w:type="dxa"/>
        <w:bottom w:w="25" w:type="dxa"/>
        <w:right w:w="70" w:type="dxa"/>
      </w:tblCellMar>
      <w:tblW w:w="9637" w:type="dxa"/>
    </w:tblPr>
    <w:tblGrid>
      <w:gridCol w:w="1360"/>
      <w:gridCol w:w="5442"/>
      <w:gridCol w:w="2834"/>
    </w:tblGrid>
    <w:tr>
      <w:tc>
        <w:tcPr>
          <w:tcW w:type="dxa" w:w="1361"/>
          <w:vAlign w:val="center"/>
        </w:tcPr>
        <w:p>
          <w:pPr>
            <w:spacing w:before="0" w:after="0" w:line="240" w:lineRule="auto"/>
            <w:jc w:val="left"/>
          </w:pPr>
          <w:r>
            <w:drawing>
              <wp:inline xmlns:a="http://schemas.openxmlformats.org/drawingml/2006/main" xmlns:pic="http://schemas.openxmlformats.org/drawingml/2006/picture">
                <wp:extent cx="420171" cy="774000"/>
                <wp:docPr id="1" name="Picture 1"/>
                <wp:cNvGraphicFramePr>
                  <a:graphicFrameLocks noChangeAspect="1"/>
                </wp:cNvGraphicFramePr>
                <a:graphic>
                  <a:graphicData uri="http://schemas.openxmlformats.org/drawingml/2006/picture">
                    <pic:pic>
                      <pic:nvPicPr>
                        <pic:cNvPr id="0" name="logo_kirpik.png"/>
                        <pic:cNvPicPr/>
                      </pic:nvPicPr>
                      <pic:blipFill>
                        <a:blip r:embed="rId1"/>
                        <a:stretch>
                          <a:fillRect/>
                        </a:stretch>
                      </pic:blipFill>
                      <pic:spPr>
                        <a:xfrm>
                          <a:off x="0" y="0"/>
                          <a:ext cx="420171" cy="774000"/>
                        </a:xfrm>
                        <a:prstGeom prst="rect"/>
                      </pic:spPr>
                    </pic:pic>
                  </a:graphicData>
                </a:graphic>
              </wp:inline>
            </w:drawing>
          </w:r>
        </w:p>
      </w:tc>
      <w:tc>
        <w:tcPr>
          <w:tcW w:type="dxa" w:w="5443"/>
          <w:vAlign w:val="center"/>
        </w:tcPr>
        <w:p>
          <w:pPr>
            <w:spacing w:before="0" w:after="20" w:line="240" w:lineRule="auto"/>
            <w:jc w:val="left"/>
          </w:pPr>
          <w:r>
            <w:rPr>
              <w:sz w:val="18"/>
              <w:szCs w:val="18"/>
            </w:rPr>
            <w:t xml:space="preserve">T.C.</w:t>
          </w:r>
        </w:p>
        <w:p>
          <w:pPr>
            <w:spacing w:before="0" w:after="20" w:line="240" w:lineRule="auto"/>
            <w:jc w:val="left"/>
          </w:pPr>
          <w:r>
            <w:rPr>
              <w:b/>
              <w:bCs/>
              <w:sz w:val="22"/>
              <w:szCs w:val="22"/>
            </w:rPr>
            <w:t xml:space="preserve">BURDUR MEHMET AKİF ERSOY ÜNİVERSİTESİ</w:t>
          </w:r>
        </w:p>
        <w:p>
          <w:pPr>
            <w:spacing w:before="0" w:after="20" w:line="240" w:lineRule="auto"/>
            <w:jc w:val="left"/>
          </w:pPr>
          <w:r>
            <w:rPr>
              <w:sz w:val="19"/>
              <w:szCs w:val="19"/>
            </w:rPr>
            <w:t xml:space="preserve">Bucak Hikmet Tolunay Ulaştırma ve Lojistik Meslek Yüksekokulu</w:t>
          </w:r>
        </w:p>
      </w:tc>
      <w:tc>
        <w:tcPr>
          <w:tcW w:type="dxa" w:w="2835"/>
          <w:vAlign w:val="center"/>
        </w:tcPr>
        <w:p>
          <w:pPr>
            <w:spacing w:before="0" w:after="0" w:line="240" w:lineRule="auto"/>
            <w:jc w:val="left"/>
          </w:pPr>
          <w:r>
            <w:rPr>
              <w:color w:val="595959"/>
              <w:sz w:val="16"/>
              <w:szCs w:val="16"/>
            </w:rPr>
            <w:t xml:space="preserve">Doküman No: </w:t>
          </w:r>
          <w:r>
            <w:rPr>
              <w:b/>
              <w:bCs/>
              <w:sz w:val="16"/>
              <w:szCs w:val="16"/>
            </w:rPr>
            <w:t xml:space="preserve">HTMYO-STJ-102</w:t>
          </w:r>
        </w:p>
        <w:p>
          <w:pPr>
            <w:spacing w:before="0" w:after="0" w:line="240" w:lineRule="auto"/>
            <w:jc w:val="left"/>
          </w:pPr>
          <w:r>
            <w:rPr>
              <w:color w:val="595959"/>
              <w:sz w:val="16"/>
              <w:szCs w:val="16"/>
            </w:rPr>
            <w:t xml:space="preserve">Yürürlük Tarihi: </w:t>
          </w:r>
          <w:r>
            <w:rPr>
              <w:b/>
              <w:bCs/>
              <w:sz w:val="16"/>
              <w:szCs w:val="16"/>
            </w:rPr>
            <w:t xml:space="preserve">06.10.2026</w:t>
          </w:r>
        </w:p>
        <w:p>
          <w:pPr>
            <w:spacing w:before="0" w:after="0" w:line="240" w:lineRule="auto"/>
            <w:jc w:val="left"/>
          </w:pPr>
          <w:r>
            <w:rPr>
              <w:color w:val="595959"/>
              <w:sz w:val="16"/>
              <w:szCs w:val="16"/>
            </w:rPr>
            <w:t xml:space="preserve">Revizyon No: </w:t>
          </w:r>
          <w:r>
            <w:rPr>
              <w:b/>
              <w:bCs/>
              <w:sz w:val="16"/>
              <w:szCs w:val="16"/>
            </w:rPr>
            <w:t xml:space="preserve">-</w:t>
          </w:r>
        </w:p>
        <w:p>
          <w:pPr>
            <w:spacing w:before="0" w:after="0" w:line="240" w:lineRule="auto"/>
            <w:jc w:val="left"/>
          </w:pPr>
          <w:r>
            <w:rPr>
              <w:color w:val="595959"/>
              <w:sz w:val="16"/>
              <w:szCs w:val="16"/>
            </w:rPr>
            <w:t xml:space="preserve">Revizyon Tarihi: </w:t>
          </w:r>
          <w:r>
            <w:rPr>
              <w:b/>
              <w:bCs/>
              <w:sz w:val="16"/>
              <w:szCs w:val="16"/>
            </w:rPr>
            <w:t xml:space="preserve">-</w:t>
          </w:r>
        </w:p>
        <w:p>
          <w:pPr>
            <w:spacing w:before="0" w:after="0" w:line="240" w:lineRule="auto"/>
            <w:jc w:val="left"/>
          </w:pPr>
          <w:r>
            <w:rPr>
              <w:color w:val="595959"/>
              <w:sz w:val="16"/>
              <w:szCs w:val="16"/>
            </w:rPr>
            <w:t xml:space="preserve">Sayfa: </w:t>
          </w:r>
          <w:r>
            <w:rPr>
              <w:color w:val="404040"/>
              <w:sz w:val="16"/>
              <w:szCs w:val="16"/>
            </w:rPr>
            <w:fldChar w:fldCharType="begin"/>
          </w:r>
          <w:r>
            <w:rPr>
              <w:color w:val="404040"/>
              <w:sz w:val="16"/>
              <w:szCs w:val="16"/>
            </w:rPr>
            <w:instrText xml:space="preserve"> PAGE </w:instrText>
          </w:r>
          <w:r>
            <w:rPr>
              <w:color w:val="404040"/>
              <w:sz w:val="16"/>
              <w:szCs w:val="16"/>
            </w:rPr>
            <w:fldChar w:fldCharType="separate"/>
          </w:r>
          <w:r>
            <w:rPr>
              <w:color w:val="404040"/>
              <w:sz w:val="16"/>
              <w:szCs w:val="16"/>
            </w:rPr>
            <w:t>1</w:t>
          </w:r>
          <w:r>
            <w:rPr>
              <w:color w:val="404040"/>
              <w:sz w:val="16"/>
              <w:szCs w:val="16"/>
            </w:rPr>
            <w:fldChar w:fldCharType="end"/>
          </w:r>
          <w:r>
            <w:rPr>
              <w:color w:val="595959"/>
              <w:sz w:val="16"/>
              <w:szCs w:val="16"/>
            </w:rPr>
            <w:t xml:space="preserve"> / </w:t>
          </w:r>
          <w:r>
            <w:rPr>
              <w:color w:val="404040"/>
              <w:sz w:val="16"/>
              <w:szCs w:val="16"/>
            </w:rPr>
            <w:fldChar w:fldCharType="begin"/>
          </w:r>
          <w:r>
            <w:rPr>
              <w:color w:val="404040"/>
              <w:sz w:val="16"/>
              <w:szCs w:val="16"/>
            </w:rPr>
            <w:instrText xml:space="preserve"> NUMPAGES </w:instrText>
          </w:r>
          <w:r>
            <w:rPr>
              <w:color w:val="404040"/>
              <w:sz w:val="16"/>
              <w:szCs w:val="16"/>
            </w:rPr>
            <w:fldChar w:fldCharType="separate"/>
          </w:r>
          <w:r>
            <w:rPr>
              <w:color w:val="404040"/>
              <w:sz w:val="16"/>
              <w:szCs w:val="16"/>
            </w:rPr>
            <w:t>1</w:t>
          </w:r>
          <w:r>
            <w:rPr>
              <w:color w:val="404040"/>
              <w:sz w:val="16"/>
              <w:szCs w:val="16"/>
            </w:rPr>
            <w:fldChar w:fldCharType="end"/>
          </w:r>
        </w:p>
      </w:tc>
    </w:tr>
  </w:tbl>
  <w:p>
    <w:pPr>
      <w:pStyle w:val="Header"/>
      <w:spacing w:before="40" w:after="0" w:line="80" w:lineRule="exact"/>
      <w:jc w:val="left"/>
      <w:pBdr>
        <w:bottom w:val="single" w:sz="18" w:space="1" w:color="000000"/>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ocumentProtection w:edit="readOnly" w:enforcement="1"/>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lang w:val="tr-TR" w:eastAsia="tr-TR"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PlaceholderText">
    <w:name w:val="Placeholder Text"/>
    <w:rPr>
      <w:color w:val="80808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Staj Kabul Formu</dc:title>
  <dc:subject>HTMYO-STJ-102</dc:subject>
  <dc:creator>BMAÜ HTMYO</dc:creator>
  <cp:keywords/>
  <dc:description>Yalnızca doldurulabilir alanlar düzenlenebilir. Satır eklemek için Gözden Geçir &gt; Düzenlemeyi Kısıtla &gt; Korumayı Durdur (parola yoktur).</dc:description>
  <cp:lastModifiedBy/>
  <cp:revision>1</cp:revision>
  <dcterms:created xsi:type="dcterms:W3CDTF">2013-12-23T23:15:00Z</dcterms:created>
  <dcterms:modified xsi:type="dcterms:W3CDTF">2013-12-23T23:15:00Z</dcterms:modified>
  <cp:category/>
</cp:coreProperties>
</file>