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KURUM DEVLET TEŞVİK FORMU (İŞYERİ ÜCRET BİLDİRİM FORMU)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İŞLETME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1821"/>
        <w:gridCol w:w="5463"/>
        <w:gridCol w:w="1821"/>
        <w:gridCol w:w="5463"/>
      </w:tblGrid>
      <w:tr>
        <w:trPr>
          <w:trHeight w:val="340" w:hRule="atLeast"/>
          <w:cantSplit/>
        </w:trPr>
        <w:tc>
          <w:tcPr>
            <w:tcW w:type="dxa" w:w="182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Ticari Unvan</w:t>
            </w:r>
          </w:p>
        </w:tc>
        <w:tc>
          <w:tcPr>
            <w:tcW w:type="dxa" w:w="5464"/>
            <w:vAlign w:val="center"/>
          </w:tcPr>
          <w:p>
            <w:pPr>
              <w:spacing w:before="0" w:after="0" w:line="240" w:lineRule="auto"/>
              <w:jc w:val="left"/>
            </w:pPr>
            <w:permStart w:id="35" w:edGrp="everyone"/>
            <w:sdt>
              <w:sdtPr>
                <w:alias w:val="Ticari unvan"/>
                <w:tag w:val="Ticari unvan"/>
                <w:id w:val="4103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5"/>
          </w:p>
        </w:tc>
        <w:tc>
          <w:tcPr>
            <w:tcW w:type="dxa" w:w="182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5464"/>
            <w:vAlign w:val="center"/>
          </w:tcPr>
          <w:p>
            <w:pPr>
              <w:spacing w:before="0" w:after="0" w:line="240" w:lineRule="auto"/>
              <w:jc w:val="left"/>
            </w:pPr>
            <w:permStart w:id="36" w:edGrp="everyone"/>
            <w:sdt>
              <w:sdtPr>
                <w:alias w:val="Telefon"/>
                <w:tag w:val="Telefon"/>
                <w:id w:val="4103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6"/>
          </w:p>
        </w:tc>
      </w:tr>
      <w:tr>
        <w:trPr>
          <w:trHeight w:val="340" w:hRule="atLeast"/>
          <w:cantSplit/>
        </w:trPr>
        <w:tc>
          <w:tcPr>
            <w:tcW w:type="dxa" w:w="182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12749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37" w:edGrp="everyone"/>
            <w:sdt>
              <w:sdtPr>
                <w:alias w:val="Adres"/>
                <w:tag w:val="Adres"/>
                <w:id w:val="4103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7"/>
          </w:p>
        </w:tc>
      </w:tr>
      <w:tr>
        <w:trPr>
          <w:trHeight w:val="340" w:hRule="atLeast"/>
          <w:cantSplit/>
        </w:trPr>
        <w:tc>
          <w:tcPr>
            <w:tcW w:type="dxa" w:w="182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Vergi Numarası</w:t>
            </w:r>
          </w:p>
        </w:tc>
        <w:tc>
          <w:tcPr>
            <w:tcW w:type="dxa" w:w="5464"/>
            <w:vAlign w:val="center"/>
          </w:tcPr>
          <w:p>
            <w:pPr>
              <w:spacing w:before="0" w:after="0" w:line="240" w:lineRule="auto"/>
              <w:jc w:val="left"/>
            </w:pPr>
            <w:permStart w:id="38" w:edGrp="everyone"/>
            <w:sdt>
              <w:sdtPr>
                <w:alias w:val="Vergi no"/>
                <w:tag w:val="Vergi no"/>
                <w:id w:val="4103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8"/>
          </w:p>
        </w:tc>
        <w:tc>
          <w:tcPr>
            <w:tcW w:type="dxa" w:w="182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Çalışan Personel Sayısı</w:t>
            </w:r>
          </w:p>
        </w:tc>
        <w:tc>
          <w:tcPr>
            <w:tcW w:type="dxa" w:w="5464"/>
            <w:vAlign w:val="center"/>
          </w:tcPr>
          <w:p>
            <w:pPr>
              <w:spacing w:before="0" w:after="0" w:line="240" w:lineRule="auto"/>
              <w:jc w:val="left"/>
            </w:pPr>
            <w:permStart w:id="39" w:edGrp="everyone"/>
            <w:sdt>
              <w:sdtPr>
                <w:alias w:val="Personel sayısı"/>
                <w:tag w:val="Personel sayısı"/>
                <w:id w:val="4103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9"/>
          </w:p>
        </w:tc>
      </w:tr>
      <w:tr>
        <w:trPr>
          <w:trHeight w:val="340" w:hRule="atLeast"/>
          <w:cantSplit/>
        </w:trPr>
        <w:tc>
          <w:tcPr>
            <w:tcW w:type="dxa" w:w="182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Banka Adı</w:t>
            </w:r>
          </w:p>
        </w:tc>
        <w:tc>
          <w:tcPr>
            <w:tcW w:type="dxa" w:w="5464"/>
            <w:vAlign w:val="center"/>
          </w:tcPr>
          <w:p>
            <w:pPr>
              <w:spacing w:before="0" w:after="0" w:line="240" w:lineRule="auto"/>
              <w:jc w:val="left"/>
            </w:pPr>
            <w:permStart w:id="40" w:edGrp="everyone"/>
            <w:sdt>
              <w:sdtPr>
                <w:alias w:val="Banka"/>
                <w:tag w:val="Banka"/>
                <w:id w:val="4103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0"/>
          </w:p>
        </w:tc>
        <w:tc>
          <w:tcPr>
            <w:tcW w:type="dxa" w:w="182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Şubesi</w:t>
            </w:r>
          </w:p>
        </w:tc>
        <w:tc>
          <w:tcPr>
            <w:tcW w:type="dxa" w:w="5464"/>
            <w:vAlign w:val="center"/>
          </w:tcPr>
          <w:p>
            <w:pPr>
              <w:spacing w:before="0" w:after="0" w:line="240" w:lineRule="auto"/>
              <w:jc w:val="left"/>
            </w:pPr>
            <w:permStart w:id="41" w:edGrp="everyone"/>
            <w:sdt>
              <w:sdtPr>
                <w:alias w:val="Şube"/>
                <w:tag w:val="Şube"/>
                <w:id w:val="4104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1"/>
          </w:p>
        </w:tc>
      </w:tr>
      <w:tr>
        <w:trPr>
          <w:trHeight w:val="340" w:hRule="atLeast"/>
          <w:cantSplit/>
        </w:trPr>
        <w:tc>
          <w:tcPr>
            <w:tcW w:type="dxa" w:w="182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IBAN</w:t>
            </w:r>
          </w:p>
        </w:tc>
        <w:tc>
          <w:tcPr>
            <w:tcW w:type="dxa" w:w="12749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42" w:edGrp="everyone"/>
            <w:sdt>
              <w:sdtPr>
                <w:alias w:val="IBAN"/>
                <w:tag w:val="IBAN"/>
                <w:id w:val="4104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2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564"/>
        <w:gridCol w:w="1807"/>
        <w:gridCol w:w="1185"/>
        <w:gridCol w:w="1072"/>
        <w:gridCol w:w="960"/>
        <w:gridCol w:w="1355"/>
        <w:gridCol w:w="1072"/>
        <w:gridCol w:w="1072"/>
        <w:gridCol w:w="1072"/>
        <w:gridCol w:w="847"/>
        <w:gridCol w:w="960"/>
        <w:gridCol w:w="1298"/>
        <w:gridCol w:w="1298"/>
      </w:tblGrid>
      <w:tr>
        <w:trPr>
          <w:trHeight w:val="396" w:hRule="atLeast"/>
          <w:cantSplit/>
        </w:trPr>
        <w:tc>
          <w:tcPr>
            <w:tcW w:type="dxa" w:w="56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Sıra No</w:t>
            </w:r>
          </w:p>
        </w:tc>
        <w:tc>
          <w:tcPr>
            <w:tcW w:type="dxa" w:w="180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Öğrencinin Adı Soyadı</w:t>
            </w:r>
          </w:p>
        </w:tc>
        <w:tc>
          <w:tcPr>
            <w:tcW w:type="dxa" w:w="1186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TC No</w:t>
            </w:r>
          </w:p>
        </w:tc>
        <w:tc>
          <w:tcPr>
            <w:tcW w:type="dxa" w:w="1073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Doğum Tarihi</w:t>
            </w:r>
          </w:p>
        </w:tc>
        <w:tc>
          <w:tcPr>
            <w:tcW w:type="dxa" w:w="96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Okul No</w:t>
            </w:r>
          </w:p>
        </w:tc>
        <w:tc>
          <w:tcPr>
            <w:tcW w:type="dxa" w:w="13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Program Adı</w:t>
            </w:r>
          </w:p>
        </w:tc>
        <w:tc>
          <w:tcPr>
            <w:tcW w:type="dxa" w:w="1073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Staj Başlangıç Tarihi</w:t>
            </w:r>
          </w:p>
        </w:tc>
        <w:tc>
          <w:tcPr>
            <w:tcW w:type="dxa" w:w="1073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Staj Bitiş Tarihi</w:t>
            </w:r>
          </w:p>
        </w:tc>
        <w:tc>
          <w:tcPr>
            <w:tcW w:type="dxa" w:w="1073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Sigorta Başlangıç Tarihi</w:t>
            </w:r>
          </w:p>
        </w:tc>
        <w:tc>
          <w:tcPr>
            <w:tcW w:type="dxa" w:w="8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Staj Yaptığı Gün Sayısı</w:t>
            </w:r>
          </w:p>
        </w:tc>
        <w:tc>
          <w:tcPr>
            <w:tcW w:type="dxa" w:w="96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Devam Etmediği Günler</w:t>
            </w:r>
          </w:p>
        </w:tc>
        <w:tc>
          <w:tcPr>
            <w:tcW w:type="dxa" w:w="129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Öğrencinin Banka Hesabına Ödenen Ücret (TL)</w:t>
            </w:r>
          </w:p>
        </w:tc>
        <w:tc>
          <w:tcPr>
            <w:tcW w:type="dxa" w:w="129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Talep Edilen Devlet Katkısı (TL)</w:t>
            </w:r>
          </w:p>
        </w:tc>
      </w:tr>
      <w:tr>
        <w:trPr>
          <w:trHeight w:val="396" w:hRule="atLeast"/>
          <w:cantSplit/>
        </w:trPr>
        <w:tc>
          <w:tcPr>
            <w:tcW w:type="dxa" w:w="56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type="dxa" w:w="1807"/>
            <w:vAlign w:val="center"/>
          </w:tcPr>
          <w:p>
            <w:pPr>
              <w:spacing w:before="0" w:after="0" w:line="240" w:lineRule="auto"/>
              <w:jc w:val="left"/>
            </w:pPr>
            <w:permStart w:id="43" w:edGrp="everyone"/>
            <w:sdt>
              <w:sdtPr>
                <w:alias w:val="Öğrencinin Adı Soyadı 1"/>
                <w:tag w:val="Öğrencinin Adı Soyadı 1"/>
                <w:id w:val="41042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</w:t>
                </w:r>
              </w:sdtContent>
            </w:sdt>
            <w:permEnd w:id="43"/>
          </w:p>
        </w:tc>
        <w:tc>
          <w:tcPr>
            <w:tcW w:type="dxa" w:w="1186"/>
            <w:vAlign w:val="center"/>
          </w:tcPr>
          <w:p>
            <w:pPr>
              <w:spacing w:before="0" w:after="0" w:line="240" w:lineRule="auto"/>
              <w:jc w:val="left"/>
            </w:pPr>
            <w:permStart w:id="44" w:edGrp="everyone"/>
            <w:sdt>
              <w:sdtPr>
                <w:alias w:val="TC No 1"/>
                <w:tag w:val="TC No 1"/>
                <w:id w:val="41043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</w:t>
                </w:r>
              </w:sdtContent>
            </w:sdt>
            <w:permEnd w:id="44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45" w:edGrp="everyone"/>
            <w:sdt>
              <w:sdtPr>
                <w:alias w:val="Doğum Tarihi 1"/>
                <w:tag w:val="Doğum Tarihi 1"/>
                <w:id w:val="41044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</w:t>
                </w:r>
              </w:sdtContent>
            </w:sdt>
            <w:permEnd w:id="45"/>
          </w:p>
        </w:tc>
        <w:tc>
          <w:tcPr>
            <w:tcW w:type="dxa" w:w="960"/>
            <w:vAlign w:val="center"/>
          </w:tcPr>
          <w:p>
            <w:pPr>
              <w:spacing w:before="0" w:after="0" w:line="240" w:lineRule="auto"/>
              <w:jc w:val="left"/>
            </w:pPr>
            <w:permStart w:id="46" w:edGrp="everyone"/>
            <w:sdt>
              <w:sdtPr>
                <w:alias w:val="Okul No 1"/>
                <w:tag w:val="Okul No 1"/>
                <w:id w:val="41045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</w:t>
                </w:r>
              </w:sdtContent>
            </w:sdt>
            <w:permEnd w:id="46"/>
          </w:p>
        </w:tc>
        <w:tc>
          <w:tcPr>
            <w:tcW w:type="dxa" w:w="1355"/>
            <w:vAlign w:val="center"/>
          </w:tcPr>
          <w:p>
            <w:pPr>
              <w:spacing w:before="0" w:after="0" w:line="240" w:lineRule="auto"/>
              <w:jc w:val="left"/>
            </w:pPr>
            <w:permStart w:id="47" w:edGrp="everyone"/>
            <w:sdt>
              <w:sdtPr>
                <w:alias w:val="Program Adı 1"/>
                <w:tag w:val="Program Adı 1"/>
                <w:id w:val="41046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</w:t>
                </w:r>
              </w:sdtContent>
            </w:sdt>
            <w:permEnd w:id="47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48" w:edGrp="everyone"/>
            <w:sdt>
              <w:sdtPr>
                <w:alias w:val="Staj Başlangıç Tarihi 1"/>
                <w:tag w:val="Staj Başlangıç Tarihi 1"/>
                <w:id w:val="41047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</w:t>
                </w:r>
              </w:sdtContent>
            </w:sdt>
            <w:permEnd w:id="48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49" w:edGrp="everyone"/>
            <w:sdt>
              <w:sdtPr>
                <w:alias w:val="Staj Bitiş Tarihi 1"/>
                <w:tag w:val="Staj Bitiş Tarihi 1"/>
                <w:id w:val="41048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</w:t>
                </w:r>
              </w:sdtContent>
            </w:sdt>
            <w:permEnd w:id="49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50" w:edGrp="everyone"/>
            <w:sdt>
              <w:sdtPr>
                <w:alias w:val="Sigorta Başlangıç Tarihi 1"/>
                <w:tag w:val="Sigorta Başlangıç Tarihi 1"/>
                <w:id w:val="41049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 </w:t>
                </w:r>
              </w:sdtContent>
            </w:sdt>
            <w:permEnd w:id="50"/>
          </w:p>
        </w:tc>
        <w:tc>
          <w:tcPr>
            <w:tcW w:type="dxa" w:w="847"/>
            <w:vAlign w:val="center"/>
          </w:tcPr>
          <w:p>
            <w:pPr>
              <w:spacing w:before="0" w:after="0" w:line="240" w:lineRule="auto"/>
              <w:jc w:val="left"/>
            </w:pPr>
            <w:permStart w:id="51" w:edGrp="everyone"/>
            <w:sdt>
              <w:sdtPr>
                <w:alias w:val="Staj Yaptığı Gün Sayısı 1"/>
                <w:tag w:val="Staj Yaptığı Gün Sayısı 1"/>
                <w:id w:val="41050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</w:t>
                </w:r>
              </w:sdtContent>
            </w:sdt>
            <w:permEnd w:id="51"/>
          </w:p>
        </w:tc>
        <w:tc>
          <w:tcPr>
            <w:tcW w:type="dxa" w:w="960"/>
            <w:vAlign w:val="center"/>
          </w:tcPr>
          <w:p>
            <w:pPr>
              <w:spacing w:before="0" w:after="0" w:line="240" w:lineRule="auto"/>
              <w:jc w:val="left"/>
            </w:pPr>
            <w:permStart w:id="52" w:edGrp="everyone"/>
            <w:sdt>
              <w:sdtPr>
                <w:alias w:val="Devam Etmediği Günler 1"/>
                <w:tag w:val="Devam Etmediği Günler 1"/>
                <w:id w:val="41051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</w:t>
                </w:r>
              </w:sdtContent>
            </w:sdt>
            <w:permEnd w:id="52"/>
          </w:p>
        </w:tc>
        <w:tc>
          <w:tcPr>
            <w:tcW w:type="dxa" w:w="1299"/>
            <w:vAlign w:val="center"/>
          </w:tcPr>
          <w:p>
            <w:pPr>
              <w:spacing w:before="0" w:after="0" w:line="240" w:lineRule="auto"/>
              <w:jc w:val="left"/>
            </w:pPr>
            <w:permStart w:id="53" w:edGrp="everyone"/>
            <w:sdt>
              <w:sdtPr>
                <w:alias w:val="Öğrencinin Banka Hesabına Ödenen Ücret (TL) 1"/>
                <w:tag w:val="Öğrencinin Banka Hesabına Ödenen Ücret (TL) 1"/>
                <w:id w:val="41052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 </w:t>
                </w:r>
              </w:sdtContent>
            </w:sdt>
            <w:permEnd w:id="53"/>
          </w:p>
        </w:tc>
        <w:tc>
          <w:tcPr>
            <w:tcW w:type="dxa" w:w="1299"/>
            <w:vAlign w:val="center"/>
          </w:tcPr>
          <w:p>
            <w:pPr>
              <w:spacing w:before="0" w:after="0" w:line="240" w:lineRule="auto"/>
              <w:jc w:val="left"/>
            </w:pPr>
            <w:permStart w:id="54" w:edGrp="everyone"/>
            <w:sdt>
              <w:sdtPr>
                <w:alias w:val="Talep Edilen Devlet Katkısı (TL) 1"/>
                <w:tag w:val="Talep Edilen Devlet Katkısı (TL) 1"/>
                <w:id w:val="41053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 </w:t>
                </w:r>
              </w:sdtContent>
            </w:sdt>
            <w:permEnd w:id="54"/>
          </w:p>
        </w:tc>
      </w:tr>
      <w:tr>
        <w:trPr>
          <w:trHeight w:val="396" w:hRule="atLeast"/>
          <w:cantSplit/>
        </w:trPr>
        <w:tc>
          <w:tcPr>
            <w:tcW w:type="dxa" w:w="56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type="dxa" w:w="1807"/>
            <w:vAlign w:val="center"/>
          </w:tcPr>
          <w:p>
            <w:pPr>
              <w:spacing w:before="0" w:after="0" w:line="240" w:lineRule="auto"/>
              <w:jc w:val="left"/>
            </w:pPr>
            <w:permStart w:id="55" w:edGrp="everyone"/>
            <w:sdt>
              <w:sdtPr>
                <w:alias w:val="Öğrencinin Adı Soyadı 2"/>
                <w:tag w:val="Öğrencinin Adı Soyadı 2"/>
                <w:id w:val="41054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</w:t>
                </w:r>
              </w:sdtContent>
            </w:sdt>
            <w:permEnd w:id="55"/>
          </w:p>
        </w:tc>
        <w:tc>
          <w:tcPr>
            <w:tcW w:type="dxa" w:w="1186"/>
            <w:vAlign w:val="center"/>
          </w:tcPr>
          <w:p>
            <w:pPr>
              <w:spacing w:before="0" w:after="0" w:line="240" w:lineRule="auto"/>
              <w:jc w:val="left"/>
            </w:pPr>
            <w:permStart w:id="56" w:edGrp="everyone"/>
            <w:sdt>
              <w:sdtPr>
                <w:alias w:val="TC No 2"/>
                <w:tag w:val="TC No 2"/>
                <w:id w:val="41055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</w:t>
                </w:r>
              </w:sdtContent>
            </w:sdt>
            <w:permEnd w:id="56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57" w:edGrp="everyone"/>
            <w:sdt>
              <w:sdtPr>
                <w:alias w:val="Doğum Tarihi 2"/>
                <w:tag w:val="Doğum Tarihi 2"/>
                <w:id w:val="41056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</w:t>
                </w:r>
              </w:sdtContent>
            </w:sdt>
            <w:permEnd w:id="57"/>
          </w:p>
        </w:tc>
        <w:tc>
          <w:tcPr>
            <w:tcW w:type="dxa" w:w="960"/>
            <w:vAlign w:val="center"/>
          </w:tcPr>
          <w:p>
            <w:pPr>
              <w:spacing w:before="0" w:after="0" w:line="240" w:lineRule="auto"/>
              <w:jc w:val="left"/>
            </w:pPr>
            <w:permStart w:id="58" w:edGrp="everyone"/>
            <w:sdt>
              <w:sdtPr>
                <w:alias w:val="Okul No 2"/>
                <w:tag w:val="Okul No 2"/>
                <w:id w:val="41057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</w:t>
                </w:r>
              </w:sdtContent>
            </w:sdt>
            <w:permEnd w:id="58"/>
          </w:p>
        </w:tc>
        <w:tc>
          <w:tcPr>
            <w:tcW w:type="dxa" w:w="1355"/>
            <w:vAlign w:val="center"/>
          </w:tcPr>
          <w:p>
            <w:pPr>
              <w:spacing w:before="0" w:after="0" w:line="240" w:lineRule="auto"/>
              <w:jc w:val="left"/>
            </w:pPr>
            <w:permStart w:id="59" w:edGrp="everyone"/>
            <w:sdt>
              <w:sdtPr>
                <w:alias w:val="Program Adı 2"/>
                <w:tag w:val="Program Adı 2"/>
                <w:id w:val="41058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</w:t>
                </w:r>
              </w:sdtContent>
            </w:sdt>
            <w:permEnd w:id="59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60" w:edGrp="everyone"/>
            <w:sdt>
              <w:sdtPr>
                <w:alias w:val="Staj Başlangıç Tarihi 2"/>
                <w:tag w:val="Staj Başlangıç Tarihi 2"/>
                <w:id w:val="41059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</w:t>
                </w:r>
              </w:sdtContent>
            </w:sdt>
            <w:permEnd w:id="60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61" w:edGrp="everyone"/>
            <w:sdt>
              <w:sdtPr>
                <w:alias w:val="Staj Bitiş Tarihi 2"/>
                <w:tag w:val="Staj Bitiş Tarihi 2"/>
                <w:id w:val="41060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</w:t>
                </w:r>
              </w:sdtContent>
            </w:sdt>
            <w:permEnd w:id="61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62" w:edGrp="everyone"/>
            <w:sdt>
              <w:sdtPr>
                <w:alias w:val="Sigorta Başlangıç Tarihi 2"/>
                <w:tag w:val="Sigorta Başlangıç Tarihi 2"/>
                <w:id w:val="41061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 </w:t>
                </w:r>
              </w:sdtContent>
            </w:sdt>
            <w:permEnd w:id="62"/>
          </w:p>
        </w:tc>
        <w:tc>
          <w:tcPr>
            <w:tcW w:type="dxa" w:w="847"/>
            <w:vAlign w:val="center"/>
          </w:tcPr>
          <w:p>
            <w:pPr>
              <w:spacing w:before="0" w:after="0" w:line="240" w:lineRule="auto"/>
              <w:jc w:val="left"/>
            </w:pPr>
            <w:permStart w:id="63" w:edGrp="everyone"/>
            <w:sdt>
              <w:sdtPr>
                <w:alias w:val="Staj Yaptığı Gün Sayısı 2"/>
                <w:tag w:val="Staj Yaptığı Gün Sayısı 2"/>
                <w:id w:val="41062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</w:t>
                </w:r>
              </w:sdtContent>
            </w:sdt>
            <w:permEnd w:id="63"/>
          </w:p>
        </w:tc>
        <w:tc>
          <w:tcPr>
            <w:tcW w:type="dxa" w:w="960"/>
            <w:vAlign w:val="center"/>
          </w:tcPr>
          <w:p>
            <w:pPr>
              <w:spacing w:before="0" w:after="0" w:line="240" w:lineRule="auto"/>
              <w:jc w:val="left"/>
            </w:pPr>
            <w:permStart w:id="64" w:edGrp="everyone"/>
            <w:sdt>
              <w:sdtPr>
                <w:alias w:val="Devam Etmediği Günler 2"/>
                <w:tag w:val="Devam Etmediği Günler 2"/>
                <w:id w:val="41063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</w:t>
                </w:r>
              </w:sdtContent>
            </w:sdt>
            <w:permEnd w:id="64"/>
          </w:p>
        </w:tc>
        <w:tc>
          <w:tcPr>
            <w:tcW w:type="dxa" w:w="1299"/>
            <w:vAlign w:val="center"/>
          </w:tcPr>
          <w:p>
            <w:pPr>
              <w:spacing w:before="0" w:after="0" w:line="240" w:lineRule="auto"/>
              <w:jc w:val="left"/>
            </w:pPr>
            <w:permStart w:id="65" w:edGrp="everyone"/>
            <w:sdt>
              <w:sdtPr>
                <w:alias w:val="Öğrencinin Banka Hesabına Ödenen Ücret (TL) 2"/>
                <w:tag w:val="Öğrencinin Banka Hesabına Ödenen Ücret (TL) 2"/>
                <w:id w:val="41064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 </w:t>
                </w:r>
              </w:sdtContent>
            </w:sdt>
            <w:permEnd w:id="65"/>
          </w:p>
        </w:tc>
        <w:tc>
          <w:tcPr>
            <w:tcW w:type="dxa" w:w="1299"/>
            <w:vAlign w:val="center"/>
          </w:tcPr>
          <w:p>
            <w:pPr>
              <w:spacing w:before="0" w:after="0" w:line="240" w:lineRule="auto"/>
              <w:jc w:val="left"/>
            </w:pPr>
            <w:permStart w:id="66" w:edGrp="everyone"/>
            <w:sdt>
              <w:sdtPr>
                <w:alias w:val="Talep Edilen Devlet Katkısı (TL) 2"/>
                <w:tag w:val="Talep Edilen Devlet Katkısı (TL) 2"/>
                <w:id w:val="41065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 </w:t>
                </w:r>
              </w:sdtContent>
            </w:sdt>
            <w:permEnd w:id="66"/>
          </w:p>
        </w:tc>
      </w:tr>
      <w:tr>
        <w:trPr>
          <w:trHeight w:val="396" w:hRule="atLeast"/>
          <w:cantSplit/>
        </w:trPr>
        <w:tc>
          <w:tcPr>
            <w:tcW w:type="dxa" w:w="56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</w:t>
            </w:r>
          </w:p>
        </w:tc>
        <w:tc>
          <w:tcPr>
            <w:tcW w:type="dxa" w:w="1807"/>
            <w:vAlign w:val="center"/>
          </w:tcPr>
          <w:p>
            <w:pPr>
              <w:spacing w:before="0" w:after="0" w:line="240" w:lineRule="auto"/>
              <w:jc w:val="left"/>
            </w:pPr>
            <w:permStart w:id="67" w:edGrp="everyone"/>
            <w:sdt>
              <w:sdtPr>
                <w:alias w:val="Öğrencinin Adı Soyadı 3"/>
                <w:tag w:val="Öğrencinin Adı Soyadı 3"/>
                <w:id w:val="41066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</w:t>
                </w:r>
              </w:sdtContent>
            </w:sdt>
            <w:permEnd w:id="67"/>
          </w:p>
        </w:tc>
        <w:tc>
          <w:tcPr>
            <w:tcW w:type="dxa" w:w="1186"/>
            <w:vAlign w:val="center"/>
          </w:tcPr>
          <w:p>
            <w:pPr>
              <w:spacing w:before="0" w:after="0" w:line="240" w:lineRule="auto"/>
              <w:jc w:val="left"/>
            </w:pPr>
            <w:permStart w:id="68" w:edGrp="everyone"/>
            <w:sdt>
              <w:sdtPr>
                <w:alias w:val="TC No 3"/>
                <w:tag w:val="TC No 3"/>
                <w:id w:val="41067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</w:t>
                </w:r>
              </w:sdtContent>
            </w:sdt>
            <w:permEnd w:id="68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69" w:edGrp="everyone"/>
            <w:sdt>
              <w:sdtPr>
                <w:alias w:val="Doğum Tarihi 3"/>
                <w:tag w:val="Doğum Tarihi 3"/>
                <w:id w:val="41068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</w:t>
                </w:r>
              </w:sdtContent>
            </w:sdt>
            <w:permEnd w:id="69"/>
          </w:p>
        </w:tc>
        <w:tc>
          <w:tcPr>
            <w:tcW w:type="dxa" w:w="960"/>
            <w:vAlign w:val="center"/>
          </w:tcPr>
          <w:p>
            <w:pPr>
              <w:spacing w:before="0" w:after="0" w:line="240" w:lineRule="auto"/>
              <w:jc w:val="left"/>
            </w:pPr>
            <w:permStart w:id="70" w:edGrp="everyone"/>
            <w:sdt>
              <w:sdtPr>
                <w:alias w:val="Okul No 3"/>
                <w:tag w:val="Okul No 3"/>
                <w:id w:val="41069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</w:t>
                </w:r>
              </w:sdtContent>
            </w:sdt>
            <w:permEnd w:id="70"/>
          </w:p>
        </w:tc>
        <w:tc>
          <w:tcPr>
            <w:tcW w:type="dxa" w:w="1355"/>
            <w:vAlign w:val="center"/>
          </w:tcPr>
          <w:p>
            <w:pPr>
              <w:spacing w:before="0" w:after="0" w:line="240" w:lineRule="auto"/>
              <w:jc w:val="left"/>
            </w:pPr>
            <w:permStart w:id="71" w:edGrp="everyone"/>
            <w:sdt>
              <w:sdtPr>
                <w:alias w:val="Program Adı 3"/>
                <w:tag w:val="Program Adı 3"/>
                <w:id w:val="41070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</w:t>
                </w:r>
              </w:sdtContent>
            </w:sdt>
            <w:permEnd w:id="71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72" w:edGrp="everyone"/>
            <w:sdt>
              <w:sdtPr>
                <w:alias w:val="Staj Başlangıç Tarihi 3"/>
                <w:tag w:val="Staj Başlangıç Tarihi 3"/>
                <w:id w:val="41071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</w:t>
                </w:r>
              </w:sdtContent>
            </w:sdt>
            <w:permEnd w:id="72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73" w:edGrp="everyone"/>
            <w:sdt>
              <w:sdtPr>
                <w:alias w:val="Staj Bitiş Tarihi 3"/>
                <w:tag w:val="Staj Bitiş Tarihi 3"/>
                <w:id w:val="41072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</w:t>
                </w:r>
              </w:sdtContent>
            </w:sdt>
            <w:permEnd w:id="73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74" w:edGrp="everyone"/>
            <w:sdt>
              <w:sdtPr>
                <w:alias w:val="Sigorta Başlangıç Tarihi 3"/>
                <w:tag w:val="Sigorta Başlangıç Tarihi 3"/>
                <w:id w:val="41073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 </w:t>
                </w:r>
              </w:sdtContent>
            </w:sdt>
            <w:permEnd w:id="74"/>
          </w:p>
        </w:tc>
        <w:tc>
          <w:tcPr>
            <w:tcW w:type="dxa" w:w="847"/>
            <w:vAlign w:val="center"/>
          </w:tcPr>
          <w:p>
            <w:pPr>
              <w:spacing w:before="0" w:after="0" w:line="240" w:lineRule="auto"/>
              <w:jc w:val="left"/>
            </w:pPr>
            <w:permStart w:id="75" w:edGrp="everyone"/>
            <w:sdt>
              <w:sdtPr>
                <w:alias w:val="Staj Yaptığı Gün Sayısı 3"/>
                <w:tag w:val="Staj Yaptığı Gün Sayısı 3"/>
                <w:id w:val="41074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</w:t>
                </w:r>
              </w:sdtContent>
            </w:sdt>
            <w:permEnd w:id="75"/>
          </w:p>
        </w:tc>
        <w:tc>
          <w:tcPr>
            <w:tcW w:type="dxa" w:w="960"/>
            <w:vAlign w:val="center"/>
          </w:tcPr>
          <w:p>
            <w:pPr>
              <w:spacing w:before="0" w:after="0" w:line="240" w:lineRule="auto"/>
              <w:jc w:val="left"/>
            </w:pPr>
            <w:permStart w:id="76" w:edGrp="everyone"/>
            <w:sdt>
              <w:sdtPr>
                <w:alias w:val="Devam Etmediği Günler 3"/>
                <w:tag w:val="Devam Etmediği Günler 3"/>
                <w:id w:val="41075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</w:t>
                </w:r>
              </w:sdtContent>
            </w:sdt>
            <w:permEnd w:id="76"/>
          </w:p>
        </w:tc>
        <w:tc>
          <w:tcPr>
            <w:tcW w:type="dxa" w:w="1299"/>
            <w:vAlign w:val="center"/>
          </w:tcPr>
          <w:p>
            <w:pPr>
              <w:spacing w:before="0" w:after="0" w:line="240" w:lineRule="auto"/>
              <w:jc w:val="left"/>
            </w:pPr>
            <w:permStart w:id="77" w:edGrp="everyone"/>
            <w:sdt>
              <w:sdtPr>
                <w:alias w:val="Öğrencinin Banka Hesabına Ödenen Ücret (TL) 3"/>
                <w:tag w:val="Öğrencinin Banka Hesabına Ödenen Ücret (TL) 3"/>
                <w:id w:val="41076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 </w:t>
                </w:r>
              </w:sdtContent>
            </w:sdt>
            <w:permEnd w:id="77"/>
          </w:p>
        </w:tc>
        <w:tc>
          <w:tcPr>
            <w:tcW w:type="dxa" w:w="1299"/>
            <w:vAlign w:val="center"/>
          </w:tcPr>
          <w:p>
            <w:pPr>
              <w:spacing w:before="0" w:after="0" w:line="240" w:lineRule="auto"/>
              <w:jc w:val="left"/>
            </w:pPr>
            <w:permStart w:id="78" w:edGrp="everyone"/>
            <w:sdt>
              <w:sdtPr>
                <w:alias w:val="Talep Edilen Devlet Katkısı (TL) 3"/>
                <w:tag w:val="Talep Edilen Devlet Katkısı (TL) 3"/>
                <w:id w:val="41077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 </w:t>
                </w:r>
              </w:sdtContent>
            </w:sdt>
            <w:permEnd w:id="78"/>
          </w:p>
        </w:tc>
      </w:tr>
      <w:tr>
        <w:trPr>
          <w:trHeight w:val="396" w:hRule="atLeast"/>
          <w:cantSplit/>
        </w:trPr>
        <w:tc>
          <w:tcPr>
            <w:tcW w:type="dxa" w:w="56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type="dxa" w:w="1807"/>
            <w:vAlign w:val="center"/>
          </w:tcPr>
          <w:p>
            <w:pPr>
              <w:spacing w:before="0" w:after="0" w:line="240" w:lineRule="auto"/>
              <w:jc w:val="left"/>
            </w:pPr>
            <w:permStart w:id="79" w:edGrp="everyone"/>
            <w:sdt>
              <w:sdtPr>
                <w:alias w:val="Öğrencinin Adı Soyadı 4"/>
                <w:tag w:val="Öğrencinin Adı Soyadı 4"/>
                <w:id w:val="41078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</w:t>
                </w:r>
              </w:sdtContent>
            </w:sdt>
            <w:permEnd w:id="79"/>
          </w:p>
        </w:tc>
        <w:tc>
          <w:tcPr>
            <w:tcW w:type="dxa" w:w="1186"/>
            <w:vAlign w:val="center"/>
          </w:tcPr>
          <w:p>
            <w:pPr>
              <w:spacing w:before="0" w:after="0" w:line="240" w:lineRule="auto"/>
              <w:jc w:val="left"/>
            </w:pPr>
            <w:permStart w:id="80" w:edGrp="everyone"/>
            <w:sdt>
              <w:sdtPr>
                <w:alias w:val="TC No 4"/>
                <w:tag w:val="TC No 4"/>
                <w:id w:val="41079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</w:t>
                </w:r>
              </w:sdtContent>
            </w:sdt>
            <w:permEnd w:id="80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81" w:edGrp="everyone"/>
            <w:sdt>
              <w:sdtPr>
                <w:alias w:val="Doğum Tarihi 4"/>
                <w:tag w:val="Doğum Tarihi 4"/>
                <w:id w:val="41080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</w:t>
                </w:r>
              </w:sdtContent>
            </w:sdt>
            <w:permEnd w:id="81"/>
          </w:p>
        </w:tc>
        <w:tc>
          <w:tcPr>
            <w:tcW w:type="dxa" w:w="960"/>
            <w:vAlign w:val="center"/>
          </w:tcPr>
          <w:p>
            <w:pPr>
              <w:spacing w:before="0" w:after="0" w:line="240" w:lineRule="auto"/>
              <w:jc w:val="left"/>
            </w:pPr>
            <w:permStart w:id="82" w:edGrp="everyone"/>
            <w:sdt>
              <w:sdtPr>
                <w:alias w:val="Okul No 4"/>
                <w:tag w:val="Okul No 4"/>
                <w:id w:val="41081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</w:t>
                </w:r>
              </w:sdtContent>
            </w:sdt>
            <w:permEnd w:id="82"/>
          </w:p>
        </w:tc>
        <w:tc>
          <w:tcPr>
            <w:tcW w:type="dxa" w:w="1355"/>
            <w:vAlign w:val="center"/>
          </w:tcPr>
          <w:p>
            <w:pPr>
              <w:spacing w:before="0" w:after="0" w:line="240" w:lineRule="auto"/>
              <w:jc w:val="left"/>
            </w:pPr>
            <w:permStart w:id="83" w:edGrp="everyone"/>
            <w:sdt>
              <w:sdtPr>
                <w:alias w:val="Program Adı 4"/>
                <w:tag w:val="Program Adı 4"/>
                <w:id w:val="41082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</w:t>
                </w:r>
              </w:sdtContent>
            </w:sdt>
            <w:permEnd w:id="83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84" w:edGrp="everyone"/>
            <w:sdt>
              <w:sdtPr>
                <w:alias w:val="Staj Başlangıç Tarihi 4"/>
                <w:tag w:val="Staj Başlangıç Tarihi 4"/>
                <w:id w:val="41083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</w:t>
                </w:r>
              </w:sdtContent>
            </w:sdt>
            <w:permEnd w:id="84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85" w:edGrp="everyone"/>
            <w:sdt>
              <w:sdtPr>
                <w:alias w:val="Staj Bitiş Tarihi 4"/>
                <w:tag w:val="Staj Bitiş Tarihi 4"/>
                <w:id w:val="41084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</w:t>
                </w:r>
              </w:sdtContent>
            </w:sdt>
            <w:permEnd w:id="85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86" w:edGrp="everyone"/>
            <w:sdt>
              <w:sdtPr>
                <w:alias w:val="Sigorta Başlangıç Tarihi 4"/>
                <w:tag w:val="Sigorta Başlangıç Tarihi 4"/>
                <w:id w:val="41085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 </w:t>
                </w:r>
              </w:sdtContent>
            </w:sdt>
            <w:permEnd w:id="86"/>
          </w:p>
        </w:tc>
        <w:tc>
          <w:tcPr>
            <w:tcW w:type="dxa" w:w="847"/>
            <w:vAlign w:val="center"/>
          </w:tcPr>
          <w:p>
            <w:pPr>
              <w:spacing w:before="0" w:after="0" w:line="240" w:lineRule="auto"/>
              <w:jc w:val="left"/>
            </w:pPr>
            <w:permStart w:id="87" w:edGrp="everyone"/>
            <w:sdt>
              <w:sdtPr>
                <w:alias w:val="Staj Yaptığı Gün Sayısı 4"/>
                <w:tag w:val="Staj Yaptığı Gün Sayısı 4"/>
                <w:id w:val="41086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</w:t>
                </w:r>
              </w:sdtContent>
            </w:sdt>
            <w:permEnd w:id="87"/>
          </w:p>
        </w:tc>
        <w:tc>
          <w:tcPr>
            <w:tcW w:type="dxa" w:w="960"/>
            <w:vAlign w:val="center"/>
          </w:tcPr>
          <w:p>
            <w:pPr>
              <w:spacing w:before="0" w:after="0" w:line="240" w:lineRule="auto"/>
              <w:jc w:val="left"/>
            </w:pPr>
            <w:permStart w:id="88" w:edGrp="everyone"/>
            <w:sdt>
              <w:sdtPr>
                <w:alias w:val="Devam Etmediği Günler 4"/>
                <w:tag w:val="Devam Etmediği Günler 4"/>
                <w:id w:val="41087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</w:t>
                </w:r>
              </w:sdtContent>
            </w:sdt>
            <w:permEnd w:id="88"/>
          </w:p>
        </w:tc>
        <w:tc>
          <w:tcPr>
            <w:tcW w:type="dxa" w:w="1299"/>
            <w:vAlign w:val="center"/>
          </w:tcPr>
          <w:p>
            <w:pPr>
              <w:spacing w:before="0" w:after="0" w:line="240" w:lineRule="auto"/>
              <w:jc w:val="left"/>
            </w:pPr>
            <w:permStart w:id="89" w:edGrp="everyone"/>
            <w:sdt>
              <w:sdtPr>
                <w:alias w:val="Öğrencinin Banka Hesabına Ödenen Ücret (TL) 4"/>
                <w:tag w:val="Öğrencinin Banka Hesabına Ödenen Ücret (TL) 4"/>
                <w:id w:val="41088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 </w:t>
                </w:r>
              </w:sdtContent>
            </w:sdt>
            <w:permEnd w:id="89"/>
          </w:p>
        </w:tc>
        <w:tc>
          <w:tcPr>
            <w:tcW w:type="dxa" w:w="1299"/>
            <w:vAlign w:val="center"/>
          </w:tcPr>
          <w:p>
            <w:pPr>
              <w:spacing w:before="0" w:after="0" w:line="240" w:lineRule="auto"/>
              <w:jc w:val="left"/>
            </w:pPr>
            <w:permStart w:id="90" w:edGrp="everyone"/>
            <w:sdt>
              <w:sdtPr>
                <w:alias w:val="Talep Edilen Devlet Katkısı (TL) 4"/>
                <w:tag w:val="Talep Edilen Devlet Katkısı (TL) 4"/>
                <w:id w:val="41089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 </w:t>
                </w:r>
              </w:sdtContent>
            </w:sdt>
            <w:permEnd w:id="90"/>
          </w:p>
        </w:tc>
      </w:tr>
      <w:tr>
        <w:trPr>
          <w:trHeight w:val="396" w:hRule="atLeast"/>
          <w:cantSplit/>
        </w:trPr>
        <w:tc>
          <w:tcPr>
            <w:tcW w:type="dxa" w:w="56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5</w:t>
            </w:r>
          </w:p>
        </w:tc>
        <w:tc>
          <w:tcPr>
            <w:tcW w:type="dxa" w:w="1807"/>
            <w:vAlign w:val="center"/>
          </w:tcPr>
          <w:p>
            <w:pPr>
              <w:spacing w:before="0" w:after="0" w:line="240" w:lineRule="auto"/>
              <w:jc w:val="left"/>
            </w:pPr>
            <w:permStart w:id="91" w:edGrp="everyone"/>
            <w:sdt>
              <w:sdtPr>
                <w:alias w:val="Öğrencinin Adı Soyadı 5"/>
                <w:tag w:val="Öğrencinin Adı Soyadı 5"/>
                <w:id w:val="41090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</w:t>
                </w:r>
              </w:sdtContent>
            </w:sdt>
            <w:permEnd w:id="91"/>
          </w:p>
        </w:tc>
        <w:tc>
          <w:tcPr>
            <w:tcW w:type="dxa" w:w="1186"/>
            <w:vAlign w:val="center"/>
          </w:tcPr>
          <w:p>
            <w:pPr>
              <w:spacing w:before="0" w:after="0" w:line="240" w:lineRule="auto"/>
              <w:jc w:val="left"/>
            </w:pPr>
            <w:permStart w:id="92" w:edGrp="everyone"/>
            <w:sdt>
              <w:sdtPr>
                <w:alias w:val="TC No 5"/>
                <w:tag w:val="TC No 5"/>
                <w:id w:val="41091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</w:t>
                </w:r>
              </w:sdtContent>
            </w:sdt>
            <w:permEnd w:id="92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93" w:edGrp="everyone"/>
            <w:sdt>
              <w:sdtPr>
                <w:alias w:val="Doğum Tarihi 5"/>
                <w:tag w:val="Doğum Tarihi 5"/>
                <w:id w:val="41092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</w:t>
                </w:r>
              </w:sdtContent>
            </w:sdt>
            <w:permEnd w:id="93"/>
          </w:p>
        </w:tc>
        <w:tc>
          <w:tcPr>
            <w:tcW w:type="dxa" w:w="960"/>
            <w:vAlign w:val="center"/>
          </w:tcPr>
          <w:p>
            <w:pPr>
              <w:spacing w:before="0" w:after="0" w:line="240" w:lineRule="auto"/>
              <w:jc w:val="left"/>
            </w:pPr>
            <w:permStart w:id="94" w:edGrp="everyone"/>
            <w:sdt>
              <w:sdtPr>
                <w:alias w:val="Okul No 5"/>
                <w:tag w:val="Okul No 5"/>
                <w:id w:val="41093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</w:t>
                </w:r>
              </w:sdtContent>
            </w:sdt>
            <w:permEnd w:id="94"/>
          </w:p>
        </w:tc>
        <w:tc>
          <w:tcPr>
            <w:tcW w:type="dxa" w:w="1355"/>
            <w:vAlign w:val="center"/>
          </w:tcPr>
          <w:p>
            <w:pPr>
              <w:spacing w:before="0" w:after="0" w:line="240" w:lineRule="auto"/>
              <w:jc w:val="left"/>
            </w:pPr>
            <w:permStart w:id="95" w:edGrp="everyone"/>
            <w:sdt>
              <w:sdtPr>
                <w:alias w:val="Program Adı 5"/>
                <w:tag w:val="Program Adı 5"/>
                <w:id w:val="41094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</w:t>
                </w:r>
              </w:sdtContent>
            </w:sdt>
            <w:permEnd w:id="95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96" w:edGrp="everyone"/>
            <w:sdt>
              <w:sdtPr>
                <w:alias w:val="Staj Başlangıç Tarihi 5"/>
                <w:tag w:val="Staj Başlangıç Tarihi 5"/>
                <w:id w:val="41095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</w:t>
                </w:r>
              </w:sdtContent>
            </w:sdt>
            <w:permEnd w:id="96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97" w:edGrp="everyone"/>
            <w:sdt>
              <w:sdtPr>
                <w:alias w:val="Staj Bitiş Tarihi 5"/>
                <w:tag w:val="Staj Bitiş Tarihi 5"/>
                <w:id w:val="41096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</w:t>
                </w:r>
              </w:sdtContent>
            </w:sdt>
            <w:permEnd w:id="97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98" w:edGrp="everyone"/>
            <w:sdt>
              <w:sdtPr>
                <w:alias w:val="Sigorta Başlangıç Tarihi 5"/>
                <w:tag w:val="Sigorta Başlangıç Tarihi 5"/>
                <w:id w:val="41097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 </w:t>
                </w:r>
              </w:sdtContent>
            </w:sdt>
            <w:permEnd w:id="98"/>
          </w:p>
        </w:tc>
        <w:tc>
          <w:tcPr>
            <w:tcW w:type="dxa" w:w="847"/>
            <w:vAlign w:val="center"/>
          </w:tcPr>
          <w:p>
            <w:pPr>
              <w:spacing w:before="0" w:after="0" w:line="240" w:lineRule="auto"/>
              <w:jc w:val="left"/>
            </w:pPr>
            <w:permStart w:id="99" w:edGrp="everyone"/>
            <w:sdt>
              <w:sdtPr>
                <w:alias w:val="Staj Yaptığı Gün Sayısı 5"/>
                <w:tag w:val="Staj Yaptığı Gün Sayısı 5"/>
                <w:id w:val="41098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</w:t>
                </w:r>
              </w:sdtContent>
            </w:sdt>
            <w:permEnd w:id="99"/>
          </w:p>
        </w:tc>
        <w:tc>
          <w:tcPr>
            <w:tcW w:type="dxa" w:w="960"/>
            <w:vAlign w:val="center"/>
          </w:tcPr>
          <w:p>
            <w:pPr>
              <w:spacing w:before="0" w:after="0" w:line="240" w:lineRule="auto"/>
              <w:jc w:val="left"/>
            </w:pPr>
            <w:permStart w:id="100" w:edGrp="everyone"/>
            <w:sdt>
              <w:sdtPr>
                <w:alias w:val="Devam Etmediği Günler 5"/>
                <w:tag w:val="Devam Etmediği Günler 5"/>
                <w:id w:val="41099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</w:t>
                </w:r>
              </w:sdtContent>
            </w:sdt>
            <w:permEnd w:id="100"/>
          </w:p>
        </w:tc>
        <w:tc>
          <w:tcPr>
            <w:tcW w:type="dxa" w:w="1299"/>
            <w:vAlign w:val="center"/>
          </w:tcPr>
          <w:p>
            <w:pPr>
              <w:spacing w:before="0" w:after="0" w:line="240" w:lineRule="auto"/>
              <w:jc w:val="left"/>
            </w:pPr>
            <w:permStart w:id="101" w:edGrp="everyone"/>
            <w:sdt>
              <w:sdtPr>
                <w:alias w:val="Öğrencinin Banka Hesabına Ödenen Ücret (TL) 5"/>
                <w:tag w:val="Öğrencinin Banka Hesabına Ödenen Ücret (TL) 5"/>
                <w:id w:val="41100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 </w:t>
                </w:r>
              </w:sdtContent>
            </w:sdt>
            <w:permEnd w:id="101"/>
          </w:p>
        </w:tc>
        <w:tc>
          <w:tcPr>
            <w:tcW w:type="dxa" w:w="1299"/>
            <w:vAlign w:val="center"/>
          </w:tcPr>
          <w:p>
            <w:pPr>
              <w:spacing w:before="0" w:after="0" w:line="240" w:lineRule="auto"/>
              <w:jc w:val="left"/>
            </w:pPr>
            <w:permStart w:id="102" w:edGrp="everyone"/>
            <w:sdt>
              <w:sdtPr>
                <w:alias w:val="Talep Edilen Devlet Katkısı (TL) 5"/>
                <w:tag w:val="Talep Edilen Devlet Katkısı (TL) 5"/>
                <w:id w:val="41101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 </w:t>
                </w:r>
              </w:sdtContent>
            </w:sdt>
            <w:permEnd w:id="102"/>
          </w:p>
        </w:tc>
      </w:tr>
      <w:tr>
        <w:trPr>
          <w:trHeight w:val="396" w:hRule="atLeast"/>
          <w:cantSplit/>
        </w:trPr>
        <w:tc>
          <w:tcPr>
            <w:tcW w:type="dxa" w:w="56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6</w:t>
            </w:r>
          </w:p>
        </w:tc>
        <w:tc>
          <w:tcPr>
            <w:tcW w:type="dxa" w:w="1807"/>
            <w:vAlign w:val="center"/>
          </w:tcPr>
          <w:p>
            <w:pPr>
              <w:spacing w:before="0" w:after="0" w:line="240" w:lineRule="auto"/>
              <w:jc w:val="left"/>
            </w:pPr>
            <w:permStart w:id="103" w:edGrp="everyone"/>
            <w:sdt>
              <w:sdtPr>
                <w:alias w:val="Öğrencinin Adı Soyadı 6"/>
                <w:tag w:val="Öğrencinin Adı Soyadı 6"/>
                <w:id w:val="41102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</w:t>
                </w:r>
              </w:sdtContent>
            </w:sdt>
            <w:permEnd w:id="103"/>
          </w:p>
        </w:tc>
        <w:tc>
          <w:tcPr>
            <w:tcW w:type="dxa" w:w="1186"/>
            <w:vAlign w:val="center"/>
          </w:tcPr>
          <w:p>
            <w:pPr>
              <w:spacing w:before="0" w:after="0" w:line="240" w:lineRule="auto"/>
              <w:jc w:val="left"/>
            </w:pPr>
            <w:permStart w:id="104" w:edGrp="everyone"/>
            <w:sdt>
              <w:sdtPr>
                <w:alias w:val="TC No 6"/>
                <w:tag w:val="TC No 6"/>
                <w:id w:val="41103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</w:t>
                </w:r>
              </w:sdtContent>
            </w:sdt>
            <w:permEnd w:id="104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105" w:edGrp="everyone"/>
            <w:sdt>
              <w:sdtPr>
                <w:alias w:val="Doğum Tarihi 6"/>
                <w:tag w:val="Doğum Tarihi 6"/>
                <w:id w:val="41104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</w:t>
                </w:r>
              </w:sdtContent>
            </w:sdt>
            <w:permEnd w:id="105"/>
          </w:p>
        </w:tc>
        <w:tc>
          <w:tcPr>
            <w:tcW w:type="dxa" w:w="960"/>
            <w:vAlign w:val="center"/>
          </w:tcPr>
          <w:p>
            <w:pPr>
              <w:spacing w:before="0" w:after="0" w:line="240" w:lineRule="auto"/>
              <w:jc w:val="left"/>
            </w:pPr>
            <w:permStart w:id="106" w:edGrp="everyone"/>
            <w:sdt>
              <w:sdtPr>
                <w:alias w:val="Okul No 6"/>
                <w:tag w:val="Okul No 6"/>
                <w:id w:val="41105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</w:t>
                </w:r>
              </w:sdtContent>
            </w:sdt>
            <w:permEnd w:id="106"/>
          </w:p>
        </w:tc>
        <w:tc>
          <w:tcPr>
            <w:tcW w:type="dxa" w:w="1355"/>
            <w:vAlign w:val="center"/>
          </w:tcPr>
          <w:p>
            <w:pPr>
              <w:spacing w:before="0" w:after="0" w:line="240" w:lineRule="auto"/>
              <w:jc w:val="left"/>
            </w:pPr>
            <w:permStart w:id="107" w:edGrp="everyone"/>
            <w:sdt>
              <w:sdtPr>
                <w:alias w:val="Program Adı 6"/>
                <w:tag w:val="Program Adı 6"/>
                <w:id w:val="41106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</w:t>
                </w:r>
              </w:sdtContent>
            </w:sdt>
            <w:permEnd w:id="107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108" w:edGrp="everyone"/>
            <w:sdt>
              <w:sdtPr>
                <w:alias w:val="Staj Başlangıç Tarihi 6"/>
                <w:tag w:val="Staj Başlangıç Tarihi 6"/>
                <w:id w:val="41107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</w:t>
                </w:r>
              </w:sdtContent>
            </w:sdt>
            <w:permEnd w:id="108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109" w:edGrp="everyone"/>
            <w:sdt>
              <w:sdtPr>
                <w:alias w:val="Staj Bitiş Tarihi 6"/>
                <w:tag w:val="Staj Bitiş Tarihi 6"/>
                <w:id w:val="41108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</w:t>
                </w:r>
              </w:sdtContent>
            </w:sdt>
            <w:permEnd w:id="109"/>
          </w:p>
        </w:tc>
        <w:tc>
          <w:tcPr>
            <w:tcW w:type="dxa" w:w="1073"/>
            <w:vAlign w:val="center"/>
          </w:tcPr>
          <w:p>
            <w:pPr>
              <w:spacing w:before="0" w:after="0" w:line="240" w:lineRule="auto"/>
              <w:jc w:val="left"/>
            </w:pPr>
            <w:permStart w:id="110" w:edGrp="everyone"/>
            <w:sdt>
              <w:sdtPr>
                <w:alias w:val="Sigorta Başlangıç Tarihi 6"/>
                <w:tag w:val="Sigorta Başlangıç Tarihi 6"/>
                <w:id w:val="41109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 </w:t>
                </w:r>
              </w:sdtContent>
            </w:sdt>
            <w:permEnd w:id="110"/>
          </w:p>
        </w:tc>
        <w:tc>
          <w:tcPr>
            <w:tcW w:type="dxa" w:w="847"/>
            <w:vAlign w:val="center"/>
          </w:tcPr>
          <w:p>
            <w:pPr>
              <w:spacing w:before="0" w:after="0" w:line="240" w:lineRule="auto"/>
              <w:jc w:val="left"/>
            </w:pPr>
            <w:permStart w:id="111" w:edGrp="everyone"/>
            <w:sdt>
              <w:sdtPr>
                <w:alias w:val="Staj Yaptığı Gün Sayısı 6"/>
                <w:tag w:val="Staj Yaptığı Gün Sayısı 6"/>
                <w:id w:val="41110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</w:t>
                </w:r>
              </w:sdtContent>
            </w:sdt>
            <w:permEnd w:id="111"/>
          </w:p>
        </w:tc>
        <w:tc>
          <w:tcPr>
            <w:tcW w:type="dxa" w:w="960"/>
            <w:vAlign w:val="center"/>
          </w:tcPr>
          <w:p>
            <w:pPr>
              <w:spacing w:before="0" w:after="0" w:line="240" w:lineRule="auto"/>
              <w:jc w:val="left"/>
            </w:pPr>
            <w:permStart w:id="112" w:edGrp="everyone"/>
            <w:sdt>
              <w:sdtPr>
                <w:alias w:val="Devam Etmediği Günler 6"/>
                <w:tag w:val="Devam Etmediği Günler 6"/>
                <w:id w:val="41111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</w:t>
                </w:r>
              </w:sdtContent>
            </w:sdt>
            <w:permEnd w:id="112"/>
          </w:p>
        </w:tc>
        <w:tc>
          <w:tcPr>
            <w:tcW w:type="dxa" w:w="1299"/>
            <w:vAlign w:val="center"/>
          </w:tcPr>
          <w:p>
            <w:pPr>
              <w:spacing w:before="0" w:after="0" w:line="240" w:lineRule="auto"/>
              <w:jc w:val="left"/>
            </w:pPr>
            <w:permStart w:id="113" w:edGrp="everyone"/>
            <w:sdt>
              <w:sdtPr>
                <w:alias w:val="Öğrencinin Banka Hesabına Ödenen Ücret (TL) 6"/>
                <w:tag w:val="Öğrencinin Banka Hesabına Ödenen Ücret (TL) 6"/>
                <w:id w:val="41112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 </w:t>
                </w:r>
              </w:sdtContent>
            </w:sdt>
            <w:permEnd w:id="113"/>
          </w:p>
        </w:tc>
        <w:tc>
          <w:tcPr>
            <w:tcW w:type="dxa" w:w="1299"/>
            <w:vAlign w:val="center"/>
          </w:tcPr>
          <w:p>
            <w:pPr>
              <w:spacing w:before="0" w:after="0" w:line="240" w:lineRule="auto"/>
              <w:jc w:val="left"/>
            </w:pPr>
            <w:permStart w:id="114" w:edGrp="everyone"/>
            <w:sdt>
              <w:sdtPr>
                <w:alias w:val="Talep Edilen Devlet Katkısı (TL) 6"/>
                <w:tag w:val="Talep Edilen Devlet Katkısı (TL) 6"/>
                <w:id w:val="41113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    </w:t>
                </w:r>
              </w:sdtContent>
            </w:sdt>
            <w:permEnd w:id="114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14570"/>
      </w:tblGrid>
      <w:tr>
        <w:trPr>
          <w:cantSplit/>
        </w:trPr>
        <w:tc>
          <w:tcPr>
            <w:tcW w:type="dxa" w:w="1457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İşletme Yetkilisi</w:t>
            </w:r>
          </w:p>
        </w:tc>
      </w:tr>
      <w:tr>
        <w:trPr>
          <w:cantSplit/>
        </w:trPr>
        <w:tc>
          <w:tcPr>
            <w:tcW w:type="dxa" w:w="14570"/>
            <w:vAlign w:val="center"/>
          </w:tcPr>
          <w:p>
            <w:pPr>
              <w:spacing w:before="0" w:after="0" w:line="240" w:lineRule="auto"/>
              <w:jc w:val="center"/>
            </w:pPr>
            <w:permStart w:id="115" w:edGrp="everyone"/>
            <w:sdt>
              <w:sdtPr>
                <w:alias w:val="İşletme Yetkilisi Adı Soyadı"/>
                <w:tag w:val="İşletme Yetkilisi Adı Soyadı"/>
                <w:id w:val="41114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15"/>
          </w:p>
        </w:tc>
      </w:tr>
      <w:tr>
        <w:trPr>
          <w:trHeight w:val="850" w:hRule="atLeast"/>
          <w:cantSplit/>
        </w:trPr>
        <w:tc>
          <w:tcPr>
            <w:tcW w:type="dxa" w:w="14570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Öğrencilerin ücret ödemesine ilişkin banka dekontları forma eklenir. Form, staj bitiminden sonra en geç 7 gün içinde Yüksekokul Müdürlüğüne teslim edilir. Devlet katkısı yalnızca 3308 sayılı Kanun kapsamında ücret ödenen stajlar için talep edilebilir.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HTMYO-STJ-103  |  Kurum Devlet Teşvik Formu (İşyeri Ücret Bildirim Formu)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HTMYO-STJ-103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Kurum Devlet Teşvik Formu (İşyeri Ücret Bildirim Formu)</dc:title>
  <dc:subject>HTMYO-STJ-103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