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STAJ DOSYASI TESLIM ÜST YAZISI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08.10.2026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TESLİM BİLGİLERİ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2000"/>
        <w:gridCol w:w="2812"/>
        <w:gridCol w:w="2000"/>
        <w:gridCol w:w="2825"/>
      </w:tblGrid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1243" w:edGrp="everyone"/>
            <w:sdt>
              <w:sdtPr>
                <w:alias w:val="Program"/>
                <w:tag w:val="Program"/>
                <w:id w:val="8124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1243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Staj dönemi (yıl)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1245" w:edGrp="everyone"/>
            <w:sdt>
              <w:sdtPr>
                <w:alias w:val="Staj dönemi"/>
                <w:tag w:val="Staj dönemi"/>
                <w:id w:val="8124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1245"/>
          </w:p>
        </w:tc>
      </w:tr>
      <w:tr>
        <w:trPr>
          <w:trHeight w:val="351" w:hRule="atLeast"/>
          <w:cantSplit/>
        </w:trPr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Teslim eden</w:t>
            </w:r>
          </w:p>
        </w:tc>
        <w:tc>
          <w:tcPr>
            <w:tcW w:type="dxa" w:w="2812"/>
            <w:vAlign w:val="center"/>
          </w:tcPr>
          <w:p>
            <w:pPr>
              <w:spacing w:before="0" w:after="0" w:line="240" w:lineRule="auto"/>
              <w:jc w:val="left"/>
            </w:pPr>
            <w:permStart w:id="81247" w:edGrp="everyone"/>
            <w:sdt>
              <w:sdtPr>
                <w:alias w:val="Teslim eden"/>
                <w:tag w:val="Teslim eden"/>
                <w:id w:val="8124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1247"/>
          </w:p>
        </w:tc>
        <w:tc>
          <w:tcPr>
            <w:tcW w:type="dxa" w:w="2000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Teslim tarihi</w:t>
            </w:r>
          </w:p>
        </w:tc>
        <w:tc>
          <w:tcPr>
            <w:tcW w:type="dxa" w:w="2825"/>
            <w:vAlign w:val="center"/>
          </w:tcPr>
          <w:p>
            <w:pPr>
              <w:spacing w:before="0" w:after="0" w:line="240" w:lineRule="auto"/>
              <w:jc w:val="left"/>
            </w:pPr>
            <w:permStart w:id="81249" w:edGrp="everyone"/>
            <w:sdt>
              <w:sdtPr>
                <w:alias w:val="Teslim tarihi"/>
                <w:tag w:val="Teslim tarihi"/>
                <w:id w:val="8125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  </w:t>
                </w:r>
              </w:sdtContent>
            </w:sdt>
            <w:permEnd w:id="81249"/>
          </w:p>
        </w:tc>
      </w:tr>
    </w:tbl>
    <w:p>
      <w:pPr>
        <w:spacing w:before="0" w:after="0" w:line="120" w:lineRule="exact"/>
      </w:pP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600"/>
        <w:gridCol w:w="1500"/>
        <w:gridCol w:w="2600"/>
        <w:gridCol w:w="2537"/>
        <w:gridCol w:w="1500"/>
        <w:gridCol w:w="900"/>
      </w:tblGrid>
      <w:tr>
        <w:trPr>
          <w:trHeight w:val="351" w:hRule="atLeast"/>
          <w:cantSplit/>
        </w:trPr>
        <w:tc>
          <w:tcPr>
            <w:tcW w:type="dxa" w:w="6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Sıra</w:t>
            </w:r>
          </w:p>
        </w:tc>
        <w:tc>
          <w:tcPr>
            <w:tcW w:type="dxa" w:w="15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26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Adı Soyadı</w:t>
            </w:r>
          </w:p>
        </w:tc>
        <w:tc>
          <w:tcPr>
            <w:tcW w:type="dxa" w:w="2537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Staj Yapılan Kurum</w:t>
            </w:r>
          </w:p>
        </w:tc>
        <w:tc>
          <w:tcPr>
            <w:tcW w:type="dxa" w:w="15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Staj Tarihleri</w:t>
            </w:r>
          </w:p>
        </w:tc>
        <w:tc>
          <w:tcPr>
            <w:tcW w:type="dxa" w:w="900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Dosya / Zarf</w:t>
            </w:r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51" w:edGrp="everyone"/>
            <w:sdt>
              <w:sdtPr>
                <w:alias w:val="Öğrenci No 1"/>
                <w:tag w:val="Öğrenci No 1"/>
                <w:id w:val="8125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5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253" w:edGrp="everyone"/>
            <w:sdt>
              <w:sdtPr>
                <w:alias w:val="Adı Soyadı 1"/>
                <w:tag w:val="Adı Soyadı 1"/>
                <w:id w:val="812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5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255" w:edGrp="everyone"/>
            <w:sdt>
              <w:sdtPr>
                <w:alias w:val="Staj Yapılan Kurum 1"/>
                <w:tag w:val="Staj Yapılan Kurum 1"/>
                <w:id w:val="8125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5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57" w:edGrp="everyone"/>
            <w:sdt>
              <w:sdtPr>
                <w:alias w:val="Staj Tarihleri 1"/>
                <w:tag w:val="Staj Tarihleri 1"/>
                <w:id w:val="8125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5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259" w:edGrp="everyone"/>
            <w:sdt>
              <w:sdtPr>
                <w:alias w:val="Dosya / Zarf 1"/>
                <w:tag w:val="Dosya / Zarf 1"/>
                <w:id w:val="8126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5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61" w:edGrp="everyone"/>
            <w:sdt>
              <w:sdtPr>
                <w:alias w:val="Öğrenci No 2"/>
                <w:tag w:val="Öğrenci No 2"/>
                <w:id w:val="8126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6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263" w:edGrp="everyone"/>
            <w:sdt>
              <w:sdtPr>
                <w:alias w:val="Adı Soyadı 2"/>
                <w:tag w:val="Adı Soyadı 2"/>
                <w:id w:val="8126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6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265" w:edGrp="everyone"/>
            <w:sdt>
              <w:sdtPr>
                <w:alias w:val="Staj Yapılan Kurum 2"/>
                <w:tag w:val="Staj Yapılan Kurum 2"/>
                <w:id w:val="8126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6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67" w:edGrp="everyone"/>
            <w:sdt>
              <w:sdtPr>
                <w:alias w:val="Staj Tarihleri 2"/>
                <w:tag w:val="Staj Tarihleri 2"/>
                <w:id w:val="8126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6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269" w:edGrp="everyone"/>
            <w:sdt>
              <w:sdtPr>
                <w:alias w:val="Dosya / Zarf 2"/>
                <w:tag w:val="Dosya / Zarf 2"/>
                <w:id w:val="812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6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71" w:edGrp="everyone"/>
            <w:sdt>
              <w:sdtPr>
                <w:alias w:val="Öğrenci No 3"/>
                <w:tag w:val="Öğrenci No 3"/>
                <w:id w:val="8127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7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273" w:edGrp="everyone"/>
            <w:sdt>
              <w:sdtPr>
                <w:alias w:val="Adı Soyadı 3"/>
                <w:tag w:val="Adı Soyadı 3"/>
                <w:id w:val="8127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7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275" w:edGrp="everyone"/>
            <w:sdt>
              <w:sdtPr>
                <w:alias w:val="Staj Yapılan Kurum 3"/>
                <w:tag w:val="Staj Yapılan Kurum 3"/>
                <w:id w:val="8127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7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77" w:edGrp="everyone"/>
            <w:sdt>
              <w:sdtPr>
                <w:alias w:val="Staj Tarihleri 3"/>
                <w:tag w:val="Staj Tarihleri 3"/>
                <w:id w:val="8127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7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279" w:edGrp="everyone"/>
            <w:sdt>
              <w:sdtPr>
                <w:alias w:val="Dosya / Zarf 3"/>
                <w:tag w:val="Dosya / Zarf 3"/>
                <w:id w:val="8128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7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81" w:edGrp="everyone"/>
            <w:sdt>
              <w:sdtPr>
                <w:alias w:val="Öğrenci No 4"/>
                <w:tag w:val="Öğrenci No 4"/>
                <w:id w:val="8128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8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283" w:edGrp="everyone"/>
            <w:sdt>
              <w:sdtPr>
                <w:alias w:val="Adı Soyadı 4"/>
                <w:tag w:val="Adı Soyadı 4"/>
                <w:id w:val="8128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8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285" w:edGrp="everyone"/>
            <w:sdt>
              <w:sdtPr>
                <w:alias w:val="Staj Yapılan Kurum 4"/>
                <w:tag w:val="Staj Yapılan Kurum 4"/>
                <w:id w:val="8128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8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87" w:edGrp="everyone"/>
            <w:sdt>
              <w:sdtPr>
                <w:alias w:val="Staj Tarihleri 4"/>
                <w:tag w:val="Staj Tarihleri 4"/>
                <w:id w:val="8128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8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289" w:edGrp="everyone"/>
            <w:sdt>
              <w:sdtPr>
                <w:alias w:val="Dosya / Zarf 4"/>
                <w:tag w:val="Dosya / Zarf 4"/>
                <w:id w:val="8129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8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91" w:edGrp="everyone"/>
            <w:sdt>
              <w:sdtPr>
                <w:alias w:val="Öğrenci No 5"/>
                <w:tag w:val="Öğrenci No 5"/>
                <w:id w:val="8129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9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293" w:edGrp="everyone"/>
            <w:sdt>
              <w:sdtPr>
                <w:alias w:val="Adı Soyadı 5"/>
                <w:tag w:val="Adı Soyadı 5"/>
                <w:id w:val="8129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9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295" w:edGrp="everyone"/>
            <w:sdt>
              <w:sdtPr>
                <w:alias w:val="Staj Yapılan Kurum 5"/>
                <w:tag w:val="Staj Yapılan Kurum 5"/>
                <w:id w:val="8129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29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297" w:edGrp="everyone"/>
            <w:sdt>
              <w:sdtPr>
                <w:alias w:val="Staj Tarihleri 5"/>
                <w:tag w:val="Staj Tarihleri 5"/>
                <w:id w:val="8129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9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299" w:edGrp="everyone"/>
            <w:sdt>
              <w:sdtPr>
                <w:alias w:val="Dosya / Zarf 5"/>
                <w:tag w:val="Dosya / Zarf 5"/>
                <w:id w:val="8130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29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01" w:edGrp="everyone"/>
            <w:sdt>
              <w:sdtPr>
                <w:alias w:val="Öğrenci No 6"/>
                <w:tag w:val="Öğrenci No 6"/>
                <w:id w:val="8130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0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303" w:edGrp="everyone"/>
            <w:sdt>
              <w:sdtPr>
                <w:alias w:val="Adı Soyadı 6"/>
                <w:tag w:val="Adı Soyadı 6"/>
                <w:id w:val="8130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0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305" w:edGrp="everyone"/>
            <w:sdt>
              <w:sdtPr>
                <w:alias w:val="Staj Yapılan Kurum 6"/>
                <w:tag w:val="Staj Yapılan Kurum 6"/>
                <w:id w:val="8130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0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07" w:edGrp="everyone"/>
            <w:sdt>
              <w:sdtPr>
                <w:alias w:val="Staj Tarihleri 6"/>
                <w:tag w:val="Staj Tarihleri 6"/>
                <w:id w:val="8130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0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309" w:edGrp="everyone"/>
            <w:sdt>
              <w:sdtPr>
                <w:alias w:val="Dosya / Zarf 6"/>
                <w:tag w:val="Dosya / Zarf 6"/>
                <w:id w:val="8131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0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11" w:edGrp="everyone"/>
            <w:sdt>
              <w:sdtPr>
                <w:alias w:val="Öğrenci No 7"/>
                <w:tag w:val="Öğrenci No 7"/>
                <w:id w:val="8131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1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313" w:edGrp="everyone"/>
            <w:sdt>
              <w:sdtPr>
                <w:alias w:val="Adı Soyadı 7"/>
                <w:tag w:val="Adı Soyadı 7"/>
                <w:id w:val="8131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1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315" w:edGrp="everyone"/>
            <w:sdt>
              <w:sdtPr>
                <w:alias w:val="Staj Yapılan Kurum 7"/>
                <w:tag w:val="Staj Yapılan Kurum 7"/>
                <w:id w:val="8131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1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17" w:edGrp="everyone"/>
            <w:sdt>
              <w:sdtPr>
                <w:alias w:val="Staj Tarihleri 7"/>
                <w:tag w:val="Staj Tarihleri 7"/>
                <w:id w:val="8131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1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319" w:edGrp="everyone"/>
            <w:sdt>
              <w:sdtPr>
                <w:alias w:val="Dosya / Zarf 7"/>
                <w:tag w:val="Dosya / Zarf 7"/>
                <w:id w:val="8132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1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21" w:edGrp="everyone"/>
            <w:sdt>
              <w:sdtPr>
                <w:alias w:val="Öğrenci No 8"/>
                <w:tag w:val="Öğrenci No 8"/>
                <w:id w:val="8132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2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323" w:edGrp="everyone"/>
            <w:sdt>
              <w:sdtPr>
                <w:alias w:val="Adı Soyadı 8"/>
                <w:tag w:val="Adı Soyadı 8"/>
                <w:id w:val="8132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2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325" w:edGrp="everyone"/>
            <w:sdt>
              <w:sdtPr>
                <w:alias w:val="Staj Yapılan Kurum 8"/>
                <w:tag w:val="Staj Yapılan Kurum 8"/>
                <w:id w:val="8132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2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27" w:edGrp="everyone"/>
            <w:sdt>
              <w:sdtPr>
                <w:alias w:val="Staj Tarihleri 8"/>
                <w:tag w:val="Staj Tarihleri 8"/>
                <w:id w:val="8132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2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329" w:edGrp="everyone"/>
            <w:sdt>
              <w:sdtPr>
                <w:alias w:val="Dosya / Zarf 8"/>
                <w:tag w:val="Dosya / Zarf 8"/>
                <w:id w:val="8133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2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9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31" w:edGrp="everyone"/>
            <w:sdt>
              <w:sdtPr>
                <w:alias w:val="Öğrenci No 9"/>
                <w:tag w:val="Öğrenci No 9"/>
                <w:id w:val="8133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3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333" w:edGrp="everyone"/>
            <w:sdt>
              <w:sdtPr>
                <w:alias w:val="Adı Soyadı 9"/>
                <w:tag w:val="Adı Soyadı 9"/>
                <w:id w:val="8133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3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335" w:edGrp="everyone"/>
            <w:sdt>
              <w:sdtPr>
                <w:alias w:val="Staj Yapılan Kurum 9"/>
                <w:tag w:val="Staj Yapılan Kurum 9"/>
                <w:id w:val="8133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3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37" w:edGrp="everyone"/>
            <w:sdt>
              <w:sdtPr>
                <w:alias w:val="Staj Tarihleri 9"/>
                <w:tag w:val="Staj Tarihleri 9"/>
                <w:id w:val="8133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3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339" w:edGrp="everyone"/>
            <w:sdt>
              <w:sdtPr>
                <w:alias w:val="Dosya / Zarf 9"/>
                <w:tag w:val="Dosya / Zarf 9"/>
                <w:id w:val="8134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3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41" w:edGrp="everyone"/>
            <w:sdt>
              <w:sdtPr>
                <w:alias w:val="Öğrenci No 10"/>
                <w:tag w:val="Öğrenci No 10"/>
                <w:id w:val="8134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4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343" w:edGrp="everyone"/>
            <w:sdt>
              <w:sdtPr>
                <w:alias w:val="Adı Soyadı 10"/>
                <w:tag w:val="Adı Soyadı 10"/>
                <w:id w:val="8134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4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345" w:edGrp="everyone"/>
            <w:sdt>
              <w:sdtPr>
                <w:alias w:val="Staj Yapılan Kurum 10"/>
                <w:tag w:val="Staj Yapılan Kurum 10"/>
                <w:id w:val="8134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4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47" w:edGrp="everyone"/>
            <w:sdt>
              <w:sdtPr>
                <w:alias w:val="Staj Tarihleri 10"/>
                <w:tag w:val="Staj Tarihleri 10"/>
                <w:id w:val="8134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4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349" w:edGrp="everyone"/>
            <w:sdt>
              <w:sdtPr>
                <w:alias w:val="Dosya / Zarf 10"/>
                <w:tag w:val="Dosya / Zarf 10"/>
                <w:id w:val="8135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4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11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51" w:edGrp="everyone"/>
            <w:sdt>
              <w:sdtPr>
                <w:alias w:val="Öğrenci No 11"/>
                <w:tag w:val="Öğrenci No 11"/>
                <w:id w:val="8135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5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353" w:edGrp="everyone"/>
            <w:sdt>
              <w:sdtPr>
                <w:alias w:val="Adı Soyadı 11"/>
                <w:tag w:val="Adı Soyadı 11"/>
                <w:id w:val="8135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5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355" w:edGrp="everyone"/>
            <w:sdt>
              <w:sdtPr>
                <w:alias w:val="Staj Yapılan Kurum 11"/>
                <w:tag w:val="Staj Yapılan Kurum 11"/>
                <w:id w:val="8135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5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57" w:edGrp="everyone"/>
            <w:sdt>
              <w:sdtPr>
                <w:alias w:val="Staj Tarihleri 11"/>
                <w:tag w:val="Staj Tarihleri 11"/>
                <w:id w:val="8135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5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359" w:edGrp="everyone"/>
            <w:sdt>
              <w:sdtPr>
                <w:alias w:val="Dosya / Zarf 11"/>
                <w:tag w:val="Dosya / Zarf 11"/>
                <w:id w:val="8136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59"/>
          </w:p>
        </w:tc>
      </w:tr>
      <w:tr>
        <w:trPr>
          <w:trHeight w:val="300" w:hRule="atLeast"/>
          <w:cantSplit/>
        </w:trPr>
        <w:tc>
          <w:tcPr>
            <w:tcW w:type="dxa" w:w="600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8"/>
                <w:szCs w:val="18"/>
              </w:rPr>
              <w:t xml:space="preserve">12</w:t>
            </w:r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61" w:edGrp="everyone"/>
            <w:sdt>
              <w:sdtPr>
                <w:alias w:val="Öğrenci No 12"/>
                <w:tag w:val="Öğrenci No 12"/>
                <w:id w:val="81362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61"/>
          </w:p>
        </w:tc>
        <w:tc>
          <w:tcPr>
            <w:tcW w:type="dxa" w:w="2600"/>
            <w:vAlign w:val="center"/>
          </w:tcPr>
          <w:p>
            <w:pPr>
              <w:spacing w:before="0" w:after="0" w:line="240" w:lineRule="auto"/>
              <w:jc w:val="left"/>
            </w:pPr>
            <w:permStart w:id="81363" w:edGrp="everyone"/>
            <w:sdt>
              <w:sdtPr>
                <w:alias w:val="Adı Soyadı 12"/>
                <w:tag w:val="Adı Soyadı 12"/>
                <w:id w:val="8136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63"/>
          </w:p>
        </w:tc>
        <w:tc>
          <w:tcPr>
            <w:tcW w:type="dxa" w:w="2537"/>
            <w:vAlign w:val="center"/>
          </w:tcPr>
          <w:p>
            <w:pPr>
              <w:spacing w:before="0" w:after="0" w:line="240" w:lineRule="auto"/>
              <w:jc w:val="left"/>
            </w:pPr>
            <w:permStart w:id="81365" w:edGrp="everyone"/>
            <w:sdt>
              <w:sdtPr>
                <w:alias w:val="Staj Yapılan Kurum 12"/>
                <w:tag w:val="Staj Yapılan Kurum 12"/>
                <w:id w:val="8136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</w:t>
                </w:r>
              </w:sdtContent>
            </w:sdt>
            <w:permEnd w:id="81365"/>
          </w:p>
        </w:tc>
        <w:tc>
          <w:tcPr>
            <w:tcW w:type="dxa" w:w="1500"/>
            <w:vAlign w:val="center"/>
          </w:tcPr>
          <w:p>
            <w:pPr>
              <w:spacing w:before="0" w:after="0" w:line="240" w:lineRule="auto"/>
              <w:jc w:val="left"/>
            </w:pPr>
            <w:permStart w:id="81367" w:edGrp="everyone"/>
            <w:sdt>
              <w:sdtPr>
                <w:alias w:val="Staj Tarihleri 12"/>
                <w:tag w:val="Staj Tarihleri 12"/>
                <w:id w:val="81368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67"/>
          </w:p>
        </w:tc>
        <w:tc>
          <w:tcPr>
            <w:tcW w:type="dxa" w:w="900"/>
            <w:vAlign w:val="center"/>
          </w:tcPr>
          <w:p>
            <w:pPr>
              <w:spacing w:before="0" w:after="0" w:line="240" w:lineRule="auto"/>
              <w:jc w:val="left"/>
            </w:pPr>
            <w:permStart w:id="81369" w:edGrp="everyone"/>
            <w:sdt>
              <w:sdtPr>
                <w:alias w:val="Dosya / Zarf 12"/>
                <w:tag w:val="Dosya / Zarf 12"/>
                <w:id w:val="81370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</w:t>
                </w:r>
              </w:sdtContent>
            </w:sdt>
            <w:permEnd w:id="81369"/>
          </w:p>
        </w:tc>
      </w:tr>
    </w:tbl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Dosya / Zarf sütununa staj dosyasının ve kurumca kapatılmış gizli değerlendirme zarfının teslim alındığı işaretlenir; eksik dosyalar açıklama ile belirtilir.</w:t>
      </w:r>
    </w:p>
    <w:p>
      <w:pPr>
        <w:spacing w:before="0" w:after="0" w:line="120" w:lineRule="exact"/>
      </w:pPr>
    </w:p>
    <w:p>
      <w:pPr>
        <w:spacing w:before="0" w:after="120" w:line="240" w:lineRule="auto"/>
        <w:jc w:val="left"/>
      </w:pPr>
      <w:r>
        <w:rPr>
          <w:b/>
          <w:bCs/>
          <w:sz w:val="19"/>
          <w:szCs w:val="19"/>
        </w:rPr>
        <w:t xml:space="preserve">Sayı: </w:t>
      </w:r>
      <w:permStart w:id="81371" w:edGrp="everyone"/>
      <w:sdt>
        <w:sdtPr>
          <w:alias w:val="Staj teslim sayı"/>
          <w:tag w:val="Staj teslim sayı"/>
          <w:id w:val="81372"/>
          <w:showingPlcHdr/>
          <w:text w:multiLine="1"/>
        </w:sdtPr>
        <w:sdtContent>
          <w:r>
            <w:rPr>
              <w:rStyle w:val="PlaceholderText"/>
              <w:sz w:val="19"/>
              <w:szCs w:val="19"/>
            </w:rPr>
            <w:t xml:space="preserve">                </w:t>
          </w:r>
        </w:sdtContent>
      </w:sdt>
      <w:permEnd w:id="81371"/>
      <w:r>
        <w:rPr>
          <w:b/>
          <w:bCs/>
          <w:sz w:val="19"/>
          <w:szCs w:val="19"/>
        </w:rPr>
        <w:t xml:space="preserve">        Konu: Staj dosyalarının teslimi</w:t>
      </w:r>
    </w:p>
    <w:p>
      <w:pPr>
        <w:spacing w:before="80" w:after="160" w:line="240" w:lineRule="auto"/>
        <w:jc w:val="center"/>
      </w:pPr>
      <w:r>
        <w:rPr>
          <w:b/>
          <w:bCs/>
          <w:sz w:val="20"/>
          <w:szCs w:val="20"/>
        </w:rPr>
        <w:t xml:space="preserve">STAJ KOMİSYONU BAŞKANLIĞINA</w:t>
      </w:r>
    </w:p>
    <w:p>
      <w:pPr>
        <w:spacing w:before="0" w:after="120" w:line="276" w:lineRule="auto"/>
        <w:ind w:firstLine="567"/>
        <w:jc w:val="both"/>
      </w:pPr>
      <w:r>
        <w:rPr>
          <w:sz w:val="21"/>
          <w:szCs w:val="21"/>
        </w:rPr>
        <w:t xml:space="preserve">Yukarıda listelenen öğrencilere ait staj dosyaları (HTMYO-STJ-105) ve kurum gizli değerlendirme zarfları, Staj Komisyonunca değerlendirilmek üzere ekte teslim edilmiştir.</w:t>
      </w:r>
    </w:p>
    <w:p>
      <w:pPr>
        <w:spacing w:before="0" w:after="160" w:line="276" w:lineRule="auto"/>
        <w:ind w:firstLine="567"/>
        <w:jc w:val="both"/>
      </w:pPr>
      <w:r>
        <w:rPr>
          <w:sz w:val="21"/>
          <w:szCs w:val="21"/>
        </w:rPr>
        <w:t xml:space="preserve">Gereğini bilgilerinize arz ederim.</w:t>
      </w:r>
    </w:p>
    <w:tbl>
      <w:tblPr>
        <w:tblW w:w="963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Look w:firstColumn="1" w:firstRow="1" w:lastColumn="0" w:lastRow="0" w:noHBand="0" w:noVBand="1" w:val="04A0"/>
      </w:tblPr>
      <w:tblGrid>
        <w:gridCol w:w="4818"/>
        <w:gridCol w:w="4819"/>
      </w:tblGrid>
      <w:tr>
        <w:trPr>
          <w:trHeight w:val="351" w:hRule="atLeast"/>
          <w:cantSplit/>
        </w:trPr>
        <w:tc>
          <w:tcPr>
            <w:tcW w:type="dxa" w:w="4818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Sekreteri</w:t>
            </w:r>
          </w:p>
        </w:tc>
        <w:tc>
          <w:tcPr>
            <w:tcW w:type="dxa" w:w="4819"/>
            <w:shd w:val="clear" w:color="auto" w:fill="D9D2EC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Bölüm Başkanı</w:t>
            </w:r>
          </w:p>
        </w:tc>
      </w:tr>
      <w:tr>
        <w:trPr>
          <w:trHeight w:val="700" w:hRule="atLeast"/>
          <w:cantSplit/>
        </w:trPr>
        <w:tc>
          <w:tcPr>
            <w:tcW w:type="dxa" w:w="4818"/>
            <w:vAlign w:val="center"/>
          </w:tcPr>
          <w:p>
            <w:pPr>
              <w:spacing w:before="0" w:after="0" w:line="240" w:lineRule="auto"/>
              <w:jc w:val="left"/>
            </w:pPr>
            <w:permStart w:id="81373" w:edGrp="everyone"/>
            <w:sdt>
              <w:sdtPr>
                <w:alias w:val="Bölüm Sekreteri ad"/>
                <w:tag w:val="Bölüm Sekreteri ad"/>
                <w:id w:val="81374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1373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4819"/>
            <w:vAlign w:val="center"/>
          </w:tcPr>
          <w:p>
            <w:pPr>
              <w:spacing w:before="0" w:after="0" w:line="240" w:lineRule="auto"/>
              <w:jc w:val="left"/>
            </w:pPr>
            <w:permStart w:id="81375" w:edGrp="everyone"/>
            <w:sdt>
              <w:sdtPr>
                <w:alias w:val="Bölüm Başkanı ad"/>
                <w:tag w:val="Bölüm Başkanı ad"/>
                <w:id w:val="81376"/>
                <w:showingPlcHdr/>
                <w:text w:multiLine="1"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                    </w:t>
                </w:r>
              </w:sdtContent>
            </w:sdt>
            <w:permEnd w:id="81375"/>
          </w:p>
          <w:p>
            <w:pPr>
              <w:spacing w:before="0" w:after="0" w:line="240" w:lineRule="auto"/>
              <w:jc w:val="left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120" w:lineRule="exact"/>
      </w:pPr>
    </w:p>
    <w:p>
      <w:pPr>
        <w:keepNext/>
        <w:spacing w:before="0" w:after="40" w:line="240" w:lineRule="auto"/>
        <w:jc w:val="left"/>
      </w:pPr>
      <w:r>
        <w:rPr>
          <w:b/>
          <w:bCs/>
          <w:sz w:val="19"/>
          <w:szCs w:val="19"/>
        </w:rPr>
        <w:t xml:space="preserve">EKLER</w:t>
      </w:r>
    </w:p>
    <w:p>
      <w:pPr>
        <w:spacing w:before="0" w:after="20" w:line="240" w:lineRule="auto"/>
        <w:jc w:val="left"/>
      </w:pPr>
      <w:permStart w:id="81377" w:edGrp="everyone"/>
      <w:sdt>
        <w:sdtPr>
          <w:alias w:val="Staj dosyaları"/>
          <w:tag w:val="Staj dosyaları"/>
          <w:id w:val="813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1377"/>
      <w:r>
        <w:rPr>
          <w:sz w:val="19"/>
          <w:szCs w:val="19"/>
        </w:rPr>
        <w:t xml:space="preserve"> Staj dosyaları</w:t>
      </w:r>
    </w:p>
    <w:p>
      <w:pPr>
        <w:spacing w:before="0" w:after="20" w:line="240" w:lineRule="auto"/>
        <w:jc w:val="left"/>
      </w:pPr>
      <w:permStart w:id="81379" w:edGrp="everyone"/>
      <w:sdt>
        <w:sdtPr>
          <w:alias w:val="Gizli değerlendirme zarfları"/>
          <w:tag w:val="Gizli değerlendirme zarfları"/>
          <w:id w:val="81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1379"/>
      <w:r>
        <w:rPr>
          <w:sz w:val="19"/>
          <w:szCs w:val="19"/>
        </w:rPr>
        <w:t xml:space="preserve"> Gizli değerlendirme zarfları</w:t>
      </w:r>
    </w:p>
    <w:p>
      <w:pPr>
        <w:spacing w:before="0" w:after="20" w:line="240" w:lineRule="auto"/>
        <w:jc w:val="left"/>
      </w:pPr>
      <w:permStart w:id="81381" w:edGrp="everyone"/>
      <w:sdt>
        <w:sdtPr>
          <w:alias w:val="Devlet teşvik formları (varsa, STJ-103)"/>
          <w:tag w:val="Devlet teşvik formları (varsa, STJ-103)"/>
          <w:id w:val="81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19"/>
              <w:szCs w:val="19"/>
            </w:rPr>
            <w:t>☐</w:t>
          </w:r>
        </w:sdtContent>
      </w:sdt>
      <w:permEnd w:id="81381"/>
      <w:r>
        <w:rPr>
          <w:sz w:val="19"/>
          <w:szCs w:val="19"/>
        </w:rPr>
        <w:t xml:space="preserve"> Devlet teşvik formları (varsa, STJ-103)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HTMYO-STJ-107  |  Staj Dosyası Teslim Üst Yazısı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HTMYO-STJ-107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08.10.2026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Staj Dosyası Teslim Üst Yazısı</dc:title>
  <dc:subject>HTMYO-STJ-107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