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AKADEMIK KURUL TOPLANTI TUTANAĞI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Akademik Kurul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" w:edGrp="everyone"/>
            <w:sdt>
              <w:sdtPr>
                <w:alias w:val="Toplantı No"/>
                <w:tag w:val="Toplantı No"/>
                <w:id w:val="4100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2" w:edGrp="everyone"/>
            <w:sdt>
              <w:sdtPr>
                <w:alias w:val="Toplantı Tarihi"/>
                <w:tag w:val="Toplantı Tarihi"/>
                <w:id w:val="41001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2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3" w:edGrp="everyone"/>
            <w:sdt>
              <w:sdtPr>
                <w:alias w:val="Toplantı yeri"/>
                <w:tag w:val="Toplantı yeri"/>
                <w:id w:val="410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4" w:edGrp="everyone"/>
            <w:sdt>
              <w:sdtPr>
                <w:alias w:val="Başlama saati"/>
                <w:tag w:val="Başlama saati"/>
                <w:id w:val="410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4"/>
            <w:r>
              <w:rPr>
                <w:sz w:val="18"/>
                <w:szCs w:val="18"/>
              </w:rPr>
              <w:t xml:space="preserve">  /  </w:t>
            </w:r>
            <w:permStart w:id="5" w:edGrp="everyone"/>
            <w:sdt>
              <w:sdtPr>
                <w:alias w:val="Bitiş saati"/>
                <w:tag w:val="Bitiş saati"/>
                <w:id w:val="410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5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6" w:edGrp="everyone"/>
            <w:sdt>
              <w:sdtPr>
                <w:alias w:val="Toplantıyı yöneten"/>
                <w:tag w:val="Toplantıyı yöneten"/>
                <w:id w:val="410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7" w:edGrp="everyone"/>
            <w:sdt>
              <w:sdtPr>
                <w:alias w:val="Raportör"/>
                <w:tag w:val="Raportör"/>
                <w:id w:val="410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" w:edGrp="everyone"/>
            <w:sdt>
              <w:sdtPr>
                <w:alias w:val="Katılımcı 1"/>
                <w:tag w:val="Katılımcı 1"/>
                <w:id w:val="410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" w:edGrp="everyone"/>
            <w:sdt>
              <w:sdtPr>
                <w:alias w:val="Görev 1"/>
                <w:tag w:val="Görev 1"/>
                <w:id w:val="410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" w:edGrp="everyone"/>
            <w:sdt>
              <w:sdtPr>
                <w:alias w:val="Katılım 1"/>
                <w:tag w:val="Katılım 1"/>
                <w:id w:val="4100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" w:edGrp="everyone"/>
            <w:sdt>
              <w:sdtPr>
                <w:alias w:val="Katılımcı 2"/>
                <w:tag w:val="Katılımcı 2"/>
                <w:id w:val="410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2" w:edGrp="everyone"/>
            <w:sdt>
              <w:sdtPr>
                <w:alias w:val="Görev 2"/>
                <w:tag w:val="Görev 2"/>
                <w:id w:val="410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" w:edGrp="everyone"/>
            <w:sdt>
              <w:sdtPr>
                <w:alias w:val="Katılım 2"/>
                <w:tag w:val="Katılım 2"/>
                <w:id w:val="4101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4" w:edGrp="everyone"/>
            <w:sdt>
              <w:sdtPr>
                <w:alias w:val="Katılımcı 3"/>
                <w:tag w:val="Katılımcı 3"/>
                <w:id w:val="410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" w:edGrp="everyone"/>
            <w:sdt>
              <w:sdtPr>
                <w:alias w:val="Görev 3"/>
                <w:tag w:val="Görev 3"/>
                <w:id w:val="410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" w:edGrp="everyone"/>
            <w:sdt>
              <w:sdtPr>
                <w:alias w:val="Katılım 3"/>
                <w:tag w:val="Katılım 3"/>
                <w:id w:val="4101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" w:edGrp="everyone"/>
            <w:sdt>
              <w:sdtPr>
                <w:alias w:val="Katılımcı 4"/>
                <w:tag w:val="Katılımcı 4"/>
                <w:id w:val="410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8" w:edGrp="everyone"/>
            <w:sdt>
              <w:sdtPr>
                <w:alias w:val="Görev 4"/>
                <w:tag w:val="Görev 4"/>
                <w:id w:val="410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9" w:edGrp="everyone"/>
            <w:sdt>
              <w:sdtPr>
                <w:alias w:val="Katılım 4"/>
                <w:tag w:val="Katılım 4"/>
                <w:id w:val="4101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" w:edGrp="everyone"/>
            <w:sdt>
              <w:sdtPr>
                <w:alias w:val="Katılımcı 5"/>
                <w:tag w:val="Katılımcı 5"/>
                <w:id w:val="410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1" w:edGrp="everyone"/>
            <w:sdt>
              <w:sdtPr>
                <w:alias w:val="Görev 5"/>
                <w:tag w:val="Görev 5"/>
                <w:id w:val="410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2" w:edGrp="everyone"/>
            <w:sdt>
              <w:sdtPr>
                <w:alias w:val="Katılım 5"/>
                <w:tag w:val="Katılım 5"/>
                <w:id w:val="4102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3" w:edGrp="everyone"/>
            <w:sdt>
              <w:sdtPr>
                <w:alias w:val="Katılımcı 6"/>
                <w:tag w:val="Katılımcı 6"/>
                <w:id w:val="410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4" w:edGrp="everyone"/>
            <w:sdt>
              <w:sdtPr>
                <w:alias w:val="Görev 6"/>
                <w:tag w:val="Görev 6"/>
                <w:id w:val="410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" w:edGrp="everyone"/>
            <w:sdt>
              <w:sdtPr>
                <w:alias w:val="Katılım 6"/>
                <w:tag w:val="Katılım 6"/>
                <w:id w:val="4102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6" w:edGrp="everyone"/>
            <w:sdt>
              <w:sdtPr>
                <w:alias w:val="Katılımcı 7"/>
                <w:tag w:val="Katılımcı 7"/>
                <w:id w:val="410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27" w:edGrp="everyone"/>
            <w:sdt>
              <w:sdtPr>
                <w:alias w:val="Görev 7"/>
                <w:tag w:val="Görev 7"/>
                <w:id w:val="410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8" w:edGrp="everyone"/>
            <w:sdt>
              <w:sdtPr>
                <w:alias w:val="Katılım 7"/>
                <w:tag w:val="Katılım 7"/>
                <w:id w:val="4102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9" w:edGrp="everyone"/>
            <w:sdt>
              <w:sdtPr>
                <w:alias w:val="Katılımcı 8"/>
                <w:tag w:val="Katılımcı 8"/>
                <w:id w:val="410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0" w:edGrp="everyone"/>
            <w:sdt>
              <w:sdtPr>
                <w:alias w:val="Görev 8"/>
                <w:tag w:val="Görev 8"/>
                <w:id w:val="410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1" w:edGrp="everyone"/>
            <w:sdt>
              <w:sdtPr>
                <w:alias w:val="Katılım 8"/>
                <w:tag w:val="Katılım 8"/>
                <w:id w:val="4103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2" w:edGrp="everyone"/>
            <w:sdt>
              <w:sdtPr>
                <w:alias w:val="Katılımcı 9"/>
                <w:tag w:val="Katılımcı 9"/>
                <w:id w:val="410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3" w:edGrp="everyone"/>
            <w:sdt>
              <w:sdtPr>
                <w:alias w:val="Görev 9"/>
                <w:tag w:val="Görev 9"/>
                <w:id w:val="410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4" w:edGrp="everyone"/>
            <w:sdt>
              <w:sdtPr>
                <w:alias w:val="Katılım 9"/>
                <w:tag w:val="Katılım 9"/>
                <w:id w:val="4103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5" w:edGrp="everyone"/>
            <w:sdt>
              <w:sdtPr>
                <w:alias w:val="Katılımcı 10"/>
                <w:tag w:val="Katılımcı 10"/>
                <w:id w:val="410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6" w:edGrp="everyone"/>
            <w:sdt>
              <w:sdtPr>
                <w:alias w:val="Görev 10"/>
                <w:tag w:val="Görev 10"/>
                <w:id w:val="410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7" w:edGrp="everyone"/>
            <w:sdt>
              <w:sdtPr>
                <w:alias w:val="Katılım 10"/>
                <w:tag w:val="Katılım 10"/>
                <w:id w:val="4103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8" w:edGrp="everyone"/>
            <w:sdt>
              <w:sdtPr>
                <w:alias w:val="Katılımcı 11"/>
                <w:tag w:val="Katılımcı 11"/>
                <w:id w:val="410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39" w:edGrp="everyone"/>
            <w:sdt>
              <w:sdtPr>
                <w:alias w:val="Görev 11"/>
                <w:tag w:val="Görev 11"/>
                <w:id w:val="410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" w:edGrp="everyone"/>
            <w:sdt>
              <w:sdtPr>
                <w:alias w:val="Katılım 11"/>
                <w:tag w:val="Katılım 11"/>
                <w:id w:val="4103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1" w:edGrp="everyone"/>
            <w:sdt>
              <w:sdtPr>
                <w:alias w:val="Katılımcı 12"/>
                <w:tag w:val="Katılımcı 12"/>
                <w:id w:val="410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2" w:edGrp="everyone"/>
            <w:sdt>
              <w:sdtPr>
                <w:alias w:val="Görev 12"/>
                <w:tag w:val="Görev 12"/>
                <w:id w:val="410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3" w:edGrp="everyone"/>
            <w:sdt>
              <w:sdtPr>
                <w:alias w:val="Katılım 12"/>
                <w:tag w:val="Katılım 12"/>
                <w:id w:val="4104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4" w:edGrp="everyone"/>
            <w:sdt>
              <w:sdtPr>
                <w:alias w:val="Katılımcı 13"/>
                <w:tag w:val="Katılımcı 13"/>
                <w:id w:val="410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5" w:edGrp="everyone"/>
            <w:sdt>
              <w:sdtPr>
                <w:alias w:val="Görev 13"/>
                <w:tag w:val="Görev 13"/>
                <w:id w:val="410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6" w:edGrp="everyone"/>
            <w:sdt>
              <w:sdtPr>
                <w:alias w:val="Katılım 13"/>
                <w:tag w:val="Katılım 13"/>
                <w:id w:val="4104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47" w:edGrp="everyone"/>
            <w:sdt>
              <w:sdtPr>
                <w:alias w:val="Katılımcı 14"/>
                <w:tag w:val="Katılımcı 14"/>
                <w:id w:val="410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48" w:edGrp="everyone"/>
            <w:sdt>
              <w:sdtPr>
                <w:alias w:val="Görev 14"/>
                <w:tag w:val="Görev 14"/>
                <w:id w:val="410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4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9" w:edGrp="everyone"/>
            <w:sdt>
              <w:sdtPr>
                <w:alias w:val="Katılım 14"/>
                <w:tag w:val="Katılım 14"/>
                <w:id w:val="4104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0" w:edGrp="everyone"/>
            <w:sdt>
              <w:sdtPr>
                <w:alias w:val="Toplam üye"/>
                <w:tag w:val="Toplam üye"/>
                <w:id w:val="410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1" w:edGrp="everyone"/>
            <w:sdt>
              <w:sdtPr>
                <w:alias w:val="Katılan"/>
                <w:tag w:val="Katılan"/>
                <w:id w:val="410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1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2" w:edGrp="everyone"/>
            <w:sdt>
              <w:sdtPr>
                <w:alias w:val="Yeter sayı"/>
                <w:tag w:val="Yeter sayı"/>
                <w:id w:val="41051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3" w:edGrp="everyone"/>
            <w:sdt>
              <w:sdtPr>
                <w:alias w:val="Önceki karar no 1"/>
                <w:tag w:val="Önceki karar no 1"/>
                <w:id w:val="410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54" w:edGrp="everyone"/>
            <w:sdt>
              <w:sdtPr>
                <w:alias w:val="Önceki karar 1"/>
                <w:tag w:val="Önceki karar 1"/>
                <w:id w:val="410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5" w:edGrp="everyone"/>
            <w:sdt>
              <w:sdtPr>
                <w:alias w:val="Durum 1"/>
                <w:tag w:val="Durum 1"/>
                <w:id w:val="41054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56" w:edGrp="everyone"/>
            <w:sdt>
              <w:sdtPr>
                <w:alias w:val="Açıklama 1"/>
                <w:tag w:val="Açıklama 1"/>
                <w:id w:val="410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6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57" w:edGrp="everyone"/>
            <w:sdt>
              <w:sdtPr>
                <w:alias w:val="Önceki karar no 2"/>
                <w:tag w:val="Önceki karar no 2"/>
                <w:id w:val="410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58" w:edGrp="everyone"/>
            <w:sdt>
              <w:sdtPr>
                <w:alias w:val="Önceki karar 2"/>
                <w:tag w:val="Önceki karar 2"/>
                <w:id w:val="410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5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59" w:edGrp="everyone"/>
            <w:sdt>
              <w:sdtPr>
                <w:alias w:val="Durum 2"/>
                <w:tag w:val="Durum 2"/>
                <w:id w:val="41058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60" w:edGrp="everyone"/>
            <w:sdt>
              <w:sdtPr>
                <w:alias w:val="Açıklama 2"/>
                <w:tag w:val="Açıklama 2"/>
                <w:id w:val="410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0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1" w:edGrp="everyone"/>
            <w:sdt>
              <w:sdtPr>
                <w:alias w:val="Önceki karar no 3"/>
                <w:tag w:val="Önceki karar no 3"/>
                <w:id w:val="410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1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62" w:edGrp="everyone"/>
            <w:sdt>
              <w:sdtPr>
                <w:alias w:val="Önceki karar 3"/>
                <w:tag w:val="Önceki karar 3"/>
                <w:id w:val="410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3" w:edGrp="everyone"/>
            <w:sdt>
              <w:sdtPr>
                <w:alias w:val="Durum 3"/>
                <w:tag w:val="Durum 3"/>
                <w:id w:val="41062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3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64" w:edGrp="everyone"/>
            <w:sdt>
              <w:sdtPr>
                <w:alias w:val="Açıklama 3"/>
                <w:tag w:val="Açıklama 3"/>
                <w:id w:val="410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4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5" w:edGrp="everyone"/>
            <w:sdt>
              <w:sdtPr>
                <w:alias w:val="Önceki karar no 4"/>
                <w:tag w:val="Önceki karar no 4"/>
                <w:id w:val="410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65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66" w:edGrp="everyone"/>
            <w:sdt>
              <w:sdtPr>
                <w:alias w:val="Önceki karar 4"/>
                <w:tag w:val="Önceki karar 4"/>
                <w:id w:val="410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6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7" w:edGrp="everyone"/>
            <w:sdt>
              <w:sdtPr>
                <w:alias w:val="Durum 4"/>
                <w:tag w:val="Durum 4"/>
                <w:id w:val="41066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7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68" w:edGrp="everyone"/>
            <w:sdt>
              <w:sdtPr>
                <w:alias w:val="Açıklama 4"/>
                <w:tag w:val="Açıklama 4"/>
                <w:id w:val="410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6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69" w:edGrp="everyone"/>
            <w:sdt>
              <w:sdtPr>
                <w:alias w:val="Gündem maddesi 1"/>
                <w:tag w:val="Gündem maddesi 1"/>
                <w:id w:val="410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69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70" w:edGrp="everyone"/>
            <w:sdt>
              <w:sdtPr>
                <w:alias w:val="Gündem maddesi 2"/>
                <w:tag w:val="Gündem maddesi 2"/>
                <w:id w:val="410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70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71" w:edGrp="everyone"/>
            <w:sdt>
              <w:sdtPr>
                <w:alias w:val="Gündem maddesi 3"/>
                <w:tag w:val="Gündem maddesi 3"/>
                <w:id w:val="4107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71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72" w:edGrp="everyone"/>
            <w:sdt>
              <w:sdtPr>
                <w:alias w:val="Gündem maddesi 4"/>
                <w:tag w:val="Gündem maddesi 4"/>
                <w:id w:val="410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72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73" w:edGrp="everyone"/>
            <w:sdt>
              <w:sdtPr>
                <w:alias w:val="Gündem maddesi 5"/>
                <w:tag w:val="Gündem maddesi 5"/>
                <w:id w:val="410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73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EĞİTİM-ÖĞRETİM İZLEME VE ÖĞRENCİ GERİ BİLDİRİMİ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3401"/>
        <w:gridCol w:w="3401"/>
      </w:tblGrid>
      <w:tr>
        <w:trPr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İzlenen Konu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Bulgu / Sonuç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İyileştirme Önerisi</w:t>
            </w:r>
          </w:p>
        </w:tc>
      </w:tr>
      <w:tr>
        <w:trPr>
          <w:trHeight w:val="56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Dönemlik öğrenci memnuniyeti ve anket sonuçları</w:t>
            </w:r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74" w:edGrp="everyone"/>
            <w:sdt>
              <w:sdtPr>
                <w:alias w:val="Dönemlik öğrenci memnuniyeti ve anket sonuçları bulgu"/>
                <w:tag w:val="Dönemlik öğrenci memnuniyeti ve anket sonuçları bulgu"/>
                <w:id w:val="4107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74"/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75" w:edGrp="everyone"/>
            <w:sdt>
              <w:sdtPr>
                <w:alias w:val="Dönemlik öğrenci memnuniyeti ve anket sonuçları öneri"/>
                <w:tag w:val="Dönemlik öğrenci memnuniyeti ve anket sonuçları öneri"/>
                <w:id w:val="4107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75"/>
          </w:p>
        </w:tc>
      </w:tr>
      <w:tr>
        <w:trPr>
          <w:trHeight w:val="56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ÖDEMER başvuruları ve öğrenci şikâyet/talepleri</w:t>
            </w:r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76" w:edGrp="everyone"/>
            <w:sdt>
              <w:sdtPr>
                <w:alias w:val="ÖDEMER başvuruları ve öğrenci şikâyet/talepleri bulgu"/>
                <w:tag w:val="ÖDEMER başvuruları ve öğrenci şikâyet/talepleri bulgu"/>
                <w:id w:val="4107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76"/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77" w:edGrp="everyone"/>
            <w:sdt>
              <w:sdtPr>
                <w:alias w:val="ÖDEMER başvuruları ve öğrenci şikâyet/talepleri öneri"/>
                <w:tag w:val="ÖDEMER başvuruları ve öğrenci şikâyet/talepleri öneri"/>
                <w:id w:val="4107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77"/>
          </w:p>
        </w:tc>
      </w:tr>
      <w:tr>
        <w:trPr>
          <w:trHeight w:val="56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Ders başarı durumu ve ölçme-değerlendirme</w:t>
            </w:r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78" w:edGrp="everyone"/>
            <w:sdt>
              <w:sdtPr>
                <w:alias w:val="Ders başarı durumu ve ölçme-değerlendirme bulgu"/>
                <w:tag w:val="Ders başarı durumu ve ölçme-değerlendirme bulgu"/>
                <w:id w:val="41077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78"/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79" w:edGrp="everyone"/>
            <w:sdt>
              <w:sdtPr>
                <w:alias w:val="Ders başarı durumu ve ölçme-değerlendirme öneri"/>
                <w:tag w:val="Ders başarı durumu ve ölçme-değerlendirme öneri"/>
                <w:id w:val="4107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79"/>
          </w:p>
        </w:tc>
      </w:tr>
      <w:tr>
        <w:trPr>
          <w:trHeight w:val="56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UZEM ve uzaktan eğitim süreçleri</w:t>
            </w:r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80" w:edGrp="everyone"/>
            <w:sdt>
              <w:sdtPr>
                <w:alias w:val="UZEM ve uzaktan eğitim süreçleri bulgu"/>
                <w:tag w:val="UZEM ve uzaktan eğitim süreçleri bulgu"/>
                <w:id w:val="4107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0"/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81" w:edGrp="everyone"/>
            <w:sdt>
              <w:sdtPr>
                <w:alias w:val="UZEM ve uzaktan eğitim süreçleri öneri"/>
                <w:tag w:val="UZEM ve uzaktan eğitim süreçleri öneri"/>
                <w:id w:val="4108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1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82" w:edGrp="everyone"/>
            <w:sdt>
              <w:sdtPr>
                <w:alias w:val="Gündem no 1"/>
                <w:tag w:val="Gündem no 1"/>
                <w:id w:val="410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2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83" w:edGrp="everyone"/>
            <w:sdt>
              <w:sdtPr>
                <w:alias w:val="Görüşme özeti 1"/>
                <w:tag w:val="Görüşme özeti 1"/>
                <w:id w:val="4108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3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84" w:edGrp="everyone"/>
            <w:sdt>
              <w:sdtPr>
                <w:alias w:val="Karar 1"/>
                <w:tag w:val="Karar 1"/>
                <w:id w:val="4108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4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85" w:edGrp="everyone"/>
            <w:sdt>
              <w:sdtPr>
                <w:alias w:val="Sorumlu 1"/>
                <w:tag w:val="Sorumlu 1"/>
                <w:id w:val="410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5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86" w:edGrp="everyone"/>
            <w:sdt>
              <w:sdtPr>
                <w:alias w:val="Termin 1"/>
                <w:tag w:val="Termin 1"/>
                <w:id w:val="4108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86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87" w:edGrp="everyone"/>
            <w:sdt>
              <w:sdtPr>
                <w:alias w:val="Gündem no 2"/>
                <w:tag w:val="Gündem no 2"/>
                <w:id w:val="410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7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88" w:edGrp="everyone"/>
            <w:sdt>
              <w:sdtPr>
                <w:alias w:val="Görüşme özeti 2"/>
                <w:tag w:val="Görüşme özeti 2"/>
                <w:id w:val="41087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8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89" w:edGrp="everyone"/>
            <w:sdt>
              <w:sdtPr>
                <w:alias w:val="Karar 2"/>
                <w:tag w:val="Karar 2"/>
                <w:id w:val="4108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9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90" w:edGrp="everyone"/>
            <w:sdt>
              <w:sdtPr>
                <w:alias w:val="Sorumlu 2"/>
                <w:tag w:val="Sorumlu 2"/>
                <w:id w:val="410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0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91" w:edGrp="everyone"/>
            <w:sdt>
              <w:sdtPr>
                <w:alias w:val="Termin 2"/>
                <w:tag w:val="Termin 2"/>
                <w:id w:val="4109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91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92" w:edGrp="everyone"/>
            <w:sdt>
              <w:sdtPr>
                <w:alias w:val="Gündem no 3"/>
                <w:tag w:val="Gündem no 3"/>
                <w:id w:val="410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2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93" w:edGrp="everyone"/>
            <w:sdt>
              <w:sdtPr>
                <w:alias w:val="Görüşme özeti 3"/>
                <w:tag w:val="Görüşme özeti 3"/>
                <w:id w:val="4109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93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94" w:edGrp="everyone"/>
            <w:sdt>
              <w:sdtPr>
                <w:alias w:val="Karar 3"/>
                <w:tag w:val="Karar 3"/>
                <w:id w:val="4109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94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95" w:edGrp="everyone"/>
            <w:sdt>
              <w:sdtPr>
                <w:alias w:val="Sorumlu 3"/>
                <w:tag w:val="Sorumlu 3"/>
                <w:id w:val="410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5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96" w:edGrp="everyone"/>
            <w:sdt>
              <w:sdtPr>
                <w:alias w:val="Termin 3"/>
                <w:tag w:val="Termin 3"/>
                <w:id w:val="410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96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97" w:edGrp="everyone"/>
            <w:sdt>
              <w:sdtPr>
                <w:alias w:val="Gündem no 4"/>
                <w:tag w:val="Gündem no 4"/>
                <w:id w:val="410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97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98" w:edGrp="everyone"/>
            <w:sdt>
              <w:sdtPr>
                <w:alias w:val="Görüşme özeti 4"/>
                <w:tag w:val="Görüşme özeti 4"/>
                <w:id w:val="41097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98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99" w:edGrp="everyone"/>
            <w:sdt>
              <w:sdtPr>
                <w:alias w:val="Karar 4"/>
                <w:tag w:val="Karar 4"/>
                <w:id w:val="4109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99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00" w:edGrp="everyone"/>
            <w:sdt>
              <w:sdtPr>
                <w:alias w:val="Sorumlu 4"/>
                <w:tag w:val="Sorumlu 4"/>
                <w:id w:val="410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0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01" w:edGrp="everyone"/>
            <w:sdt>
              <w:sdtPr>
                <w:alias w:val="Termin 4"/>
                <w:tag w:val="Termin 4"/>
                <w:id w:val="4110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1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02" w:edGrp="everyone"/>
            <w:sdt>
              <w:sdtPr>
                <w:alias w:val="Gündem no 5"/>
                <w:tag w:val="Gündem no 5"/>
                <w:id w:val="411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2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03" w:edGrp="everyone"/>
            <w:sdt>
              <w:sdtPr>
                <w:alias w:val="Görüşme özeti 5"/>
                <w:tag w:val="Görüşme özeti 5"/>
                <w:id w:val="4110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3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04" w:edGrp="everyone"/>
            <w:sdt>
              <w:sdtPr>
                <w:alias w:val="Karar 5"/>
                <w:tag w:val="Karar 5"/>
                <w:id w:val="4110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05" w:edGrp="everyone"/>
            <w:sdt>
              <w:sdtPr>
                <w:alias w:val="Sorumlu 5"/>
                <w:tag w:val="Sorumlu 5"/>
                <w:id w:val="411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5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06" w:edGrp="everyone"/>
            <w:sdt>
              <w:sdtPr>
                <w:alias w:val="Termin 5"/>
                <w:tag w:val="Termin 5"/>
                <w:id w:val="411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107" w:edGrp="everyone"/>
            <w:sdt>
              <w:sdtPr>
                <w:alias w:val="Ek / Devamı"/>
                <w:tag w:val="Ek / Devamı"/>
                <w:id w:val="4110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08" w:edGrp="everyone"/>
            <w:sdt>
              <w:sdtPr>
                <w:alias w:val="A.1"/>
                <w:tag w:val="A.1"/>
                <w:id w:val="4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"/>
            <w:r>
              <w:rPr>
                <w:sz w:val="17"/>
                <w:szCs w:val="17"/>
              </w:rPr>
              <w:t xml:space="preserve"> A.1   </w:t>
            </w:r>
            <w:permStart w:id="109" w:edGrp="everyone"/>
            <w:sdt>
              <w:sdtPr>
                <w:alias w:val="A.2"/>
                <w:tag w:val="A.2"/>
                <w:id w:val="4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9"/>
            <w:r>
              <w:rPr>
                <w:sz w:val="17"/>
                <w:szCs w:val="17"/>
              </w:rPr>
              <w:t xml:space="preserve"> A.2   </w:t>
            </w:r>
            <w:permStart w:id="110" w:edGrp="everyone"/>
            <w:sdt>
              <w:sdtPr>
                <w:alias w:val="A.3"/>
                <w:tag w:val="A.3"/>
                <w:id w:val="4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0"/>
            <w:r>
              <w:rPr>
                <w:sz w:val="17"/>
                <w:szCs w:val="17"/>
              </w:rPr>
              <w:t xml:space="preserve"> A.3   </w:t>
            </w:r>
            <w:permStart w:id="111" w:edGrp="everyone"/>
            <w:sdt>
              <w:sdtPr>
                <w:alias w:val="A.4"/>
                <w:tag w:val="A.4"/>
                <w:id w:val="4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1"/>
            <w:r>
              <w:rPr>
                <w:sz w:val="17"/>
                <w:szCs w:val="17"/>
              </w:rPr>
              <w:t xml:space="preserve"> A.4   </w:t>
            </w:r>
            <w:permStart w:id="112" w:edGrp="everyone"/>
            <w:sdt>
              <w:sdtPr>
                <w:alias w:val="A.5"/>
                <w:tag w:val="A.5"/>
                <w:id w:val="4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2"/>
            <w:r>
              <w:rPr>
                <w:sz w:val="17"/>
                <w:szCs w:val="17"/>
              </w:rPr>
              <w:t xml:space="preserve"> A.5   </w:t>
            </w:r>
            <w:permStart w:id="113" w:edGrp="everyone"/>
            <w:sdt>
              <w:sdtPr>
                <w:alias w:val="B"/>
                <w:tag w:val="B"/>
                <w:id w:val="4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3"/>
            <w:r>
              <w:rPr>
                <w:sz w:val="17"/>
                <w:szCs w:val="17"/>
              </w:rPr>
              <w:t xml:space="preserve"> B   </w:t>
            </w:r>
            <w:permStart w:id="114" w:edGrp="everyone"/>
            <w:sdt>
              <w:sdtPr>
                <w:alias w:val="C"/>
                <w:tag w:val="C"/>
                <w:id w:val="4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4"/>
            <w:r>
              <w:rPr>
                <w:sz w:val="17"/>
                <w:szCs w:val="17"/>
              </w:rPr>
              <w:t xml:space="preserve"> C   </w:t>
            </w:r>
            <w:permStart w:id="115" w:edGrp="everyone"/>
            <w:sdt>
              <w:sdtPr>
                <w:alias w:val="D"/>
                <w:tag w:val="D"/>
                <w:id w:val="4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5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16" w:edGrp="everyone"/>
            <w:sdt>
              <w:sdtPr>
                <w:alias w:val="Planla"/>
                <w:tag w:val="Planla"/>
                <w:id w:val="4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6"/>
            <w:r>
              <w:rPr>
                <w:sz w:val="17"/>
                <w:szCs w:val="17"/>
              </w:rPr>
              <w:t xml:space="preserve"> Planla   </w:t>
            </w:r>
            <w:permStart w:id="117" w:edGrp="everyone"/>
            <w:sdt>
              <w:sdtPr>
                <w:alias w:val="Uygula"/>
                <w:tag w:val="Uygula"/>
                <w:id w:val="4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7"/>
            <w:r>
              <w:rPr>
                <w:sz w:val="17"/>
                <w:szCs w:val="17"/>
              </w:rPr>
              <w:t xml:space="preserve"> Uygula   </w:t>
            </w:r>
            <w:permStart w:id="118" w:edGrp="everyone"/>
            <w:sdt>
              <w:sdtPr>
                <w:alias w:val="Kontrol Et"/>
                <w:tag w:val="Kontrol Et"/>
                <w:id w:val="4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8"/>
            <w:r>
              <w:rPr>
                <w:sz w:val="17"/>
                <w:szCs w:val="17"/>
              </w:rPr>
              <w:t xml:space="preserve"> Kontrol Et   </w:t>
            </w:r>
            <w:permStart w:id="119" w:edGrp="everyone"/>
            <w:sdt>
              <w:sdtPr>
                <w:alias w:val="Önlem Al"/>
                <w:tag w:val="Önlem Al"/>
                <w:id w:val="4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19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20" w:edGrp="everyone"/>
            <w:sdt>
              <w:sdtPr>
                <w:alias w:val="Sonraki toplantı tarihi"/>
                <w:tag w:val="Sonraki toplantı tarihi"/>
                <w:id w:val="4111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0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21" w:edGrp="everyone"/>
            <w:sdt>
              <w:sdtPr>
                <w:alias w:val="EBYS karar no"/>
                <w:tag w:val="EBYS karar no"/>
                <w:id w:val="411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121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22" w:edGrp="everyone"/>
            <w:sdt>
              <w:sdtPr>
                <w:alias w:val="Kalite Komisyonuna iletim tarihi"/>
                <w:tag w:val="Kalite Komisyonuna iletim tarihi"/>
                <w:id w:val="4112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2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23" w:edGrp="everyone"/>
            <w:sdt>
              <w:sdtPr>
                <w:alias w:val="Evet"/>
                <w:tag w:val="Evet"/>
                <w:id w:val="4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3"/>
            <w:r>
              <w:rPr>
                <w:sz w:val="17"/>
                <w:szCs w:val="17"/>
              </w:rPr>
              <w:t xml:space="preserve"> Evet   </w:t>
            </w:r>
            <w:permStart w:id="124" w:edGrp="everyone"/>
            <w:sdt>
              <w:sdtPr>
                <w:alias w:val="Hayır"/>
                <w:tag w:val="Hayır"/>
                <w:id w:val="4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4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25" w:edGrp="everyone"/>
            <w:sdt>
              <w:sdtPr>
                <w:alias w:val="Toplantıyı Yöneten Adı Soyadı"/>
                <w:tag w:val="Toplantıyı Yöneten Adı Soyadı"/>
                <w:id w:val="411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25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26" w:edGrp="everyone"/>
            <w:sdt>
              <w:sdtPr>
                <w:alias w:val="Raportör Adı Soyadı"/>
                <w:tag w:val="Raportör Adı Soyadı"/>
                <w:id w:val="411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26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Akademik Kurul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27" w:edGrp="everyone"/>
            <w:sdt>
              <w:sdtPr>
                <w:alias w:val="Devam toplantı no"/>
                <w:tag w:val="Devam toplantı no"/>
                <w:id w:val="411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27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28" w:edGrp="everyone"/>
            <w:sdt>
              <w:sdtPr>
                <w:alias w:val="Devam toplantı tarihi"/>
                <w:tag w:val="Devam toplantı tarihi"/>
                <w:id w:val="4112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2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29" w:edGrp="everyone"/>
            <w:sdt>
              <w:sdtPr>
                <w:alias w:val="Katılımcı 15"/>
                <w:tag w:val="Katılımcı 15"/>
                <w:id w:val="411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2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0" w:edGrp="everyone"/>
            <w:sdt>
              <w:sdtPr>
                <w:alias w:val="Görev 15"/>
                <w:tag w:val="Görev 15"/>
                <w:id w:val="411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1" w:edGrp="everyone"/>
            <w:sdt>
              <w:sdtPr>
                <w:alias w:val="Katılım 15"/>
                <w:tag w:val="Katılım 15"/>
                <w:id w:val="4113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2" w:edGrp="everyone"/>
            <w:sdt>
              <w:sdtPr>
                <w:alias w:val="Katılımcı 16"/>
                <w:tag w:val="Katılımcı 16"/>
                <w:id w:val="411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3" w:edGrp="everyone"/>
            <w:sdt>
              <w:sdtPr>
                <w:alias w:val="Görev 16"/>
                <w:tag w:val="Görev 16"/>
                <w:id w:val="411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4" w:edGrp="everyone"/>
            <w:sdt>
              <w:sdtPr>
                <w:alias w:val="Katılım 16"/>
                <w:tag w:val="Katılım 16"/>
                <w:id w:val="4113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5" w:edGrp="everyone"/>
            <w:sdt>
              <w:sdtPr>
                <w:alias w:val="Katılımcı 17"/>
                <w:tag w:val="Katılımcı 17"/>
                <w:id w:val="411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6" w:edGrp="everyone"/>
            <w:sdt>
              <w:sdtPr>
                <w:alias w:val="Görev 17"/>
                <w:tag w:val="Görev 17"/>
                <w:id w:val="411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7" w:edGrp="everyone"/>
            <w:sdt>
              <w:sdtPr>
                <w:alias w:val="Katılım 17"/>
                <w:tag w:val="Katılım 17"/>
                <w:id w:val="4113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8" w:edGrp="everyone"/>
            <w:sdt>
              <w:sdtPr>
                <w:alias w:val="Katılımcı 18"/>
                <w:tag w:val="Katılımcı 18"/>
                <w:id w:val="411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9" w:edGrp="everyone"/>
            <w:sdt>
              <w:sdtPr>
                <w:alias w:val="Görev 18"/>
                <w:tag w:val="Görev 18"/>
                <w:id w:val="411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0" w:edGrp="everyone"/>
            <w:sdt>
              <w:sdtPr>
                <w:alias w:val="Katılım 18"/>
                <w:tag w:val="Katılım 18"/>
                <w:id w:val="4113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41" w:edGrp="everyone"/>
            <w:sdt>
              <w:sdtPr>
                <w:alias w:val="Katılımcı 19"/>
                <w:tag w:val="Katılımcı 19"/>
                <w:id w:val="411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42" w:edGrp="everyone"/>
            <w:sdt>
              <w:sdtPr>
                <w:alias w:val="Görev 19"/>
                <w:tag w:val="Görev 19"/>
                <w:id w:val="411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3" w:edGrp="everyone"/>
            <w:sdt>
              <w:sdtPr>
                <w:alias w:val="Katılım 19"/>
                <w:tag w:val="Katılım 19"/>
                <w:id w:val="4114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44" w:edGrp="everyone"/>
            <w:sdt>
              <w:sdtPr>
                <w:alias w:val="Katılımcı 20"/>
                <w:tag w:val="Katılımcı 20"/>
                <w:id w:val="411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45" w:edGrp="everyone"/>
            <w:sdt>
              <w:sdtPr>
                <w:alias w:val="Görev 20"/>
                <w:tag w:val="Görev 20"/>
                <w:id w:val="411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6" w:edGrp="everyone"/>
            <w:sdt>
              <w:sdtPr>
                <w:alias w:val="Katılım 20"/>
                <w:tag w:val="Katılım 20"/>
                <w:id w:val="4114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47" w:edGrp="everyone"/>
            <w:sdt>
              <w:sdtPr>
                <w:alias w:val="Katılımcı 21"/>
                <w:tag w:val="Katılımcı 21"/>
                <w:id w:val="411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48" w:edGrp="everyone"/>
            <w:sdt>
              <w:sdtPr>
                <w:alias w:val="Görev 21"/>
                <w:tag w:val="Görev 21"/>
                <w:id w:val="411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9" w:edGrp="everyone"/>
            <w:sdt>
              <w:sdtPr>
                <w:alias w:val="Katılım 21"/>
                <w:tag w:val="Katılım 21"/>
                <w:id w:val="4114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0" w:edGrp="everyone"/>
            <w:sdt>
              <w:sdtPr>
                <w:alias w:val="Katılımcı 22"/>
                <w:tag w:val="Katılımcı 22"/>
                <w:id w:val="411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1" w:edGrp="everyone"/>
            <w:sdt>
              <w:sdtPr>
                <w:alias w:val="Görev 22"/>
                <w:tag w:val="Görev 22"/>
                <w:id w:val="411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2" w:edGrp="everyone"/>
            <w:sdt>
              <w:sdtPr>
                <w:alias w:val="Katılım 22"/>
                <w:tag w:val="Katılım 22"/>
                <w:id w:val="4115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" w:edGrp="everyone"/>
            <w:sdt>
              <w:sdtPr>
                <w:alias w:val="Katılımcı 23"/>
                <w:tag w:val="Katılımcı 23"/>
                <w:id w:val="411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4" w:edGrp="everyone"/>
            <w:sdt>
              <w:sdtPr>
                <w:alias w:val="Görev 23"/>
                <w:tag w:val="Görev 23"/>
                <w:id w:val="411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5" w:edGrp="everyone"/>
            <w:sdt>
              <w:sdtPr>
                <w:alias w:val="Katılım 23"/>
                <w:tag w:val="Katılım 23"/>
                <w:id w:val="4115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6" w:edGrp="everyone"/>
            <w:sdt>
              <w:sdtPr>
                <w:alias w:val="Katılımcı 24"/>
                <w:tag w:val="Katılımcı 24"/>
                <w:id w:val="411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7" w:edGrp="everyone"/>
            <w:sdt>
              <w:sdtPr>
                <w:alias w:val="Görev 24"/>
                <w:tag w:val="Görev 24"/>
                <w:id w:val="411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8" w:edGrp="everyone"/>
            <w:sdt>
              <w:sdtPr>
                <w:alias w:val="Katılım 24"/>
                <w:tag w:val="Katılım 24"/>
                <w:id w:val="4115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9" w:edGrp="everyone"/>
            <w:sdt>
              <w:sdtPr>
                <w:alias w:val="Katılımcı 25"/>
                <w:tag w:val="Katılımcı 25"/>
                <w:id w:val="411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0" w:edGrp="everyone"/>
            <w:sdt>
              <w:sdtPr>
                <w:alias w:val="Görev 25"/>
                <w:tag w:val="Görev 25"/>
                <w:id w:val="411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1" w:edGrp="everyone"/>
            <w:sdt>
              <w:sdtPr>
                <w:alias w:val="Katılım 25"/>
                <w:tag w:val="Katılım 25"/>
                <w:id w:val="4116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2" w:edGrp="everyone"/>
            <w:sdt>
              <w:sdtPr>
                <w:alias w:val="Katılımcı 26"/>
                <w:tag w:val="Katılımcı 26"/>
                <w:id w:val="411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3" w:edGrp="everyone"/>
            <w:sdt>
              <w:sdtPr>
                <w:alias w:val="Görev 26"/>
                <w:tag w:val="Görev 26"/>
                <w:id w:val="411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4" w:edGrp="everyone"/>
            <w:sdt>
              <w:sdtPr>
                <w:alias w:val="Katılım 26"/>
                <w:tag w:val="Katılım 26"/>
                <w:id w:val="4116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5" w:edGrp="everyone"/>
            <w:sdt>
              <w:sdtPr>
                <w:alias w:val="Katılımcı 27"/>
                <w:tag w:val="Katılımcı 27"/>
                <w:id w:val="411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6" w:edGrp="everyone"/>
            <w:sdt>
              <w:sdtPr>
                <w:alias w:val="Görev 27"/>
                <w:tag w:val="Görev 27"/>
                <w:id w:val="411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7" w:edGrp="everyone"/>
            <w:sdt>
              <w:sdtPr>
                <w:alias w:val="Katılım 27"/>
                <w:tag w:val="Katılım 27"/>
                <w:id w:val="4116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8" w:edGrp="everyone"/>
            <w:sdt>
              <w:sdtPr>
                <w:alias w:val="Katılımcı 28"/>
                <w:tag w:val="Katılımcı 28"/>
                <w:id w:val="411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9" w:edGrp="everyone"/>
            <w:sdt>
              <w:sdtPr>
                <w:alias w:val="Görev 28"/>
                <w:tag w:val="Görev 28"/>
                <w:id w:val="411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0" w:edGrp="everyone"/>
            <w:sdt>
              <w:sdtPr>
                <w:alias w:val="Katılım 28"/>
                <w:tag w:val="Katılım 28"/>
                <w:id w:val="4116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1" w:edGrp="everyone"/>
            <w:sdt>
              <w:sdtPr>
                <w:alias w:val="Katılımcı 29"/>
                <w:tag w:val="Katılımcı 29"/>
                <w:id w:val="411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2" w:edGrp="everyone"/>
            <w:sdt>
              <w:sdtPr>
                <w:alias w:val="Görev 29"/>
                <w:tag w:val="Görev 29"/>
                <w:id w:val="411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3" w:edGrp="everyone"/>
            <w:sdt>
              <w:sdtPr>
                <w:alias w:val="Katılım 29"/>
                <w:tag w:val="Katılım 29"/>
                <w:id w:val="4117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4" w:edGrp="everyone"/>
            <w:sdt>
              <w:sdtPr>
                <w:alias w:val="Katılımcı 30"/>
                <w:tag w:val="Katılımcı 30"/>
                <w:id w:val="411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5" w:edGrp="everyone"/>
            <w:sdt>
              <w:sdtPr>
                <w:alias w:val="Görev 30"/>
                <w:tag w:val="Görev 30"/>
                <w:id w:val="411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6" w:edGrp="everyone"/>
            <w:sdt>
              <w:sdtPr>
                <w:alias w:val="Katılım 30"/>
                <w:tag w:val="Katılım 30"/>
                <w:id w:val="4117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7" w:edGrp="everyone"/>
            <w:sdt>
              <w:sdtPr>
                <w:alias w:val="Katılımcı 31"/>
                <w:tag w:val="Katılımcı 31"/>
                <w:id w:val="411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8" w:edGrp="everyone"/>
            <w:sdt>
              <w:sdtPr>
                <w:alias w:val="Görev 31"/>
                <w:tag w:val="Görev 31"/>
                <w:id w:val="411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9" w:edGrp="everyone"/>
            <w:sdt>
              <w:sdtPr>
                <w:alias w:val="Katılım 31"/>
                <w:tag w:val="Katılım 31"/>
                <w:id w:val="4117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0" w:edGrp="everyone"/>
            <w:sdt>
              <w:sdtPr>
                <w:alias w:val="Katılımcı 32"/>
                <w:tag w:val="Katılımcı 32"/>
                <w:id w:val="411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8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81" w:edGrp="everyone"/>
            <w:sdt>
              <w:sdtPr>
                <w:alias w:val="Görev 32"/>
                <w:tag w:val="Görev 32"/>
                <w:id w:val="411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8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82" w:edGrp="everyone"/>
            <w:sdt>
              <w:sdtPr>
                <w:alias w:val="Katılım 32"/>
                <w:tag w:val="Katılım 32"/>
                <w:id w:val="4118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8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3" w:edGrp="everyone"/>
            <w:sdt>
              <w:sdtPr>
                <w:alias w:val="Katılımcı 33"/>
                <w:tag w:val="Katılımcı 33"/>
                <w:id w:val="411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8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84" w:edGrp="everyone"/>
            <w:sdt>
              <w:sdtPr>
                <w:alias w:val="Görev 33"/>
                <w:tag w:val="Görev 33"/>
                <w:id w:val="411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8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85" w:edGrp="everyone"/>
            <w:sdt>
              <w:sdtPr>
                <w:alias w:val="Katılım 33"/>
                <w:tag w:val="Katılım 33"/>
                <w:id w:val="4118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8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6" w:edGrp="everyone"/>
            <w:sdt>
              <w:sdtPr>
                <w:alias w:val="Katılımcı 34"/>
                <w:tag w:val="Katılımcı 34"/>
                <w:id w:val="411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8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87" w:edGrp="everyone"/>
            <w:sdt>
              <w:sdtPr>
                <w:alias w:val="Görev 34"/>
                <w:tag w:val="Görev 34"/>
                <w:id w:val="411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8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88" w:edGrp="everyone"/>
            <w:sdt>
              <w:sdtPr>
                <w:alias w:val="Katılım 34"/>
                <w:tag w:val="Katılım 34"/>
                <w:id w:val="4118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8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9" w:edGrp="everyone"/>
            <w:sdt>
              <w:sdtPr>
                <w:alias w:val="Katılımcı 35"/>
                <w:tag w:val="Katılımcı 35"/>
                <w:id w:val="411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8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90" w:edGrp="everyone"/>
            <w:sdt>
              <w:sdtPr>
                <w:alias w:val="Görev 35"/>
                <w:tag w:val="Görev 35"/>
                <w:id w:val="411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9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91" w:edGrp="everyone"/>
            <w:sdt>
              <w:sdtPr>
                <w:alias w:val="Katılım 35"/>
                <w:tag w:val="Katılım 35"/>
                <w:id w:val="4119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9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92" w:edGrp="everyone"/>
            <w:sdt>
              <w:sdtPr>
                <w:alias w:val="Katılımcı 36"/>
                <w:tag w:val="Katılımcı 36"/>
                <w:id w:val="411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9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93" w:edGrp="everyone"/>
            <w:sdt>
              <w:sdtPr>
                <w:alias w:val="Görev 36"/>
                <w:tag w:val="Görev 36"/>
                <w:id w:val="411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9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94" w:edGrp="everyone"/>
            <w:sdt>
              <w:sdtPr>
                <w:alias w:val="Katılım 36"/>
                <w:tag w:val="Katılım 36"/>
                <w:id w:val="4119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9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95" w:edGrp="everyone"/>
            <w:sdt>
              <w:sdtPr>
                <w:alias w:val="Katılımcı 37"/>
                <w:tag w:val="Katılımcı 37"/>
                <w:id w:val="411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9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96" w:edGrp="everyone"/>
            <w:sdt>
              <w:sdtPr>
                <w:alias w:val="Görev 37"/>
                <w:tag w:val="Görev 37"/>
                <w:id w:val="411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9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97" w:edGrp="everyone"/>
            <w:sdt>
              <w:sdtPr>
                <w:alias w:val="Katılım 37"/>
                <w:tag w:val="Katılım 37"/>
                <w:id w:val="4119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9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98" w:edGrp="everyone"/>
            <w:sdt>
              <w:sdtPr>
                <w:alias w:val="Katılımcı 38"/>
                <w:tag w:val="Katılımcı 38"/>
                <w:id w:val="411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9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99" w:edGrp="everyone"/>
            <w:sdt>
              <w:sdtPr>
                <w:alias w:val="Görev 38"/>
                <w:tag w:val="Görev 38"/>
                <w:id w:val="411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9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00" w:edGrp="everyone"/>
            <w:sdt>
              <w:sdtPr>
                <w:alias w:val="Katılım 38"/>
                <w:tag w:val="Katılım 38"/>
                <w:id w:val="4119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0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HTMYO-KFRM-301  |  Akademik Kurul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Kurul Toplantı Tutanağı</dc:title>
  <dc:subject>HTMYO-KFRM-301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