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BIRIM KALITE KOMISYONU TOPLANTI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Birim Kalite Komisyonu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1" w:edGrp="everyone"/>
            <w:sdt>
              <w:sdtPr>
                <w:alias w:val="Toplantı No"/>
                <w:tag w:val="Toplantı No"/>
                <w:id w:val="412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202" w:edGrp="everyone"/>
            <w:sdt>
              <w:sdtPr>
                <w:alias w:val="Toplantı Tarihi"/>
                <w:tag w:val="Toplantı Tarihi"/>
                <w:id w:val="41201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202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Toplantı yeri"/>
                <w:tag w:val="Toplantı yeri"/>
                <w:id w:val="412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3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Başlama saati"/>
                <w:tag w:val="Başlama saati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204"/>
            <w:r>
              <w:rPr>
                <w:sz w:val="18"/>
                <w:szCs w:val="18"/>
              </w:rPr>
              <w:t xml:space="preserve">  /  </w:t>
            </w:r>
            <w:permStart w:id="205" w:edGrp="everyone"/>
            <w:sdt>
              <w:sdtPr>
                <w:alias w:val="Bitiş saati"/>
                <w:tag w:val="Bitiş saati"/>
                <w:id w:val="412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205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Toplantıyı yöneten"/>
                <w:tag w:val="Toplantıyı yöneten"/>
                <w:id w:val="412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6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Raportör"/>
                <w:tag w:val="Raportör"/>
                <w:id w:val="412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8" w:edGrp="everyone"/>
            <w:sdt>
              <w:sdtPr>
                <w:alias w:val="Katılımcı 1"/>
                <w:tag w:val="Katılımcı 1"/>
                <w:id w:val="412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0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Görev 1"/>
                <w:tag w:val="Görev 1"/>
                <w:id w:val="412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0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Katılım 1"/>
                <w:tag w:val="Katılım 1"/>
                <w:id w:val="4120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1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Katılımcı 2"/>
                <w:tag w:val="Katılımcı 2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Görev 2"/>
                <w:tag w:val="Görev 2"/>
                <w:id w:val="412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Katılım 2"/>
                <w:tag w:val="Katılım 2"/>
                <w:id w:val="4121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1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14" w:edGrp="everyone"/>
            <w:sdt>
              <w:sdtPr>
                <w:alias w:val="Katılımcı 3"/>
                <w:tag w:val="Katılımcı 3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Görev 3"/>
                <w:tag w:val="Görev 3"/>
                <w:id w:val="412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16" w:edGrp="everyone"/>
            <w:sdt>
              <w:sdtPr>
                <w:alias w:val="Katılım 3"/>
                <w:tag w:val="Katılım 3"/>
                <w:id w:val="4121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1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Katılımcı 4"/>
                <w:tag w:val="Katılımcı 4"/>
                <w:id w:val="412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18" w:edGrp="everyone"/>
            <w:sdt>
              <w:sdtPr>
                <w:alias w:val="Görev 4"/>
                <w:tag w:val="Görev 4"/>
                <w:id w:val="412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19" w:edGrp="everyone"/>
            <w:sdt>
              <w:sdtPr>
                <w:alias w:val="Katılım 4"/>
                <w:tag w:val="Katılım 4"/>
                <w:id w:val="4121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1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Katılımcı 5"/>
                <w:tag w:val="Katılımcı 5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Görev 5"/>
                <w:tag w:val="Görev 5"/>
                <w:id w:val="412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Katılım 5"/>
                <w:tag w:val="Katılım 5"/>
                <w:id w:val="4122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Katılımcı 6"/>
                <w:tag w:val="Katılımcı 6"/>
                <w:id w:val="412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24" w:edGrp="everyone"/>
            <w:sdt>
              <w:sdtPr>
                <w:alias w:val="Görev 6"/>
                <w:tag w:val="Görev 6"/>
                <w:id w:val="412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Katılım 6"/>
                <w:tag w:val="Katılım 6"/>
                <w:id w:val="4122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Katılımcı 7"/>
                <w:tag w:val="Katılımcı 7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Görev 7"/>
                <w:tag w:val="Görev 7"/>
                <w:id w:val="412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28" w:edGrp="everyone"/>
            <w:sdt>
              <w:sdtPr>
                <w:alias w:val="Katılım 7"/>
                <w:tag w:val="Katılım 7"/>
                <w:id w:val="4122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29" w:edGrp="everyone"/>
            <w:sdt>
              <w:sdtPr>
                <w:alias w:val="Katılımcı 8"/>
                <w:tag w:val="Katılımcı 8"/>
                <w:id w:val="412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0" w:edGrp="everyone"/>
            <w:sdt>
              <w:sdtPr>
                <w:alias w:val="Görev 8"/>
                <w:tag w:val="Görev 8"/>
                <w:id w:val="412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3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31" w:edGrp="everyone"/>
            <w:sdt>
              <w:sdtPr>
                <w:alias w:val="Katılım 8"/>
                <w:tag w:val="Katılım 8"/>
                <w:id w:val="4123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3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32" w:edGrp="everyone"/>
            <w:sdt>
              <w:sdtPr>
                <w:alias w:val="Katılımcı 9"/>
                <w:tag w:val="Katılımcı 9"/>
                <w:id w:val="412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3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Görev 9"/>
                <w:tag w:val="Görev 9"/>
                <w:id w:val="412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Katılım 9"/>
                <w:tag w:val="Katılım 9"/>
                <w:id w:val="4123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3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35" w:edGrp="everyone"/>
            <w:sdt>
              <w:sdtPr>
                <w:alias w:val="Katılımcı 10"/>
                <w:tag w:val="Katılımcı 10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3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6" w:edGrp="everyone"/>
            <w:sdt>
              <w:sdtPr>
                <w:alias w:val="Görev 10"/>
                <w:tag w:val="Görev 10"/>
                <w:id w:val="412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3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Katılım 10"/>
                <w:tag w:val="Katılım 10"/>
                <w:id w:val="4123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3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Toplam üye"/>
                <w:tag w:val="Toplam üye"/>
                <w:id w:val="412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8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Katılan"/>
                <w:tag w:val="Katılan"/>
                <w:id w:val="412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9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Yeter sayı"/>
                <w:tag w:val="Yeter sayı"/>
                <w:id w:val="41239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4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1" w:edGrp="everyone"/>
            <w:sdt>
              <w:sdtPr>
                <w:alias w:val="Önceki karar no 1"/>
                <w:tag w:val="Önceki karar no 1"/>
                <w:id w:val="412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1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Önceki karar 1"/>
                <w:tag w:val="Önceki karar 1"/>
                <w:id w:val="412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43" w:edGrp="everyone"/>
            <w:sdt>
              <w:sdtPr>
                <w:alias w:val="Durum 1"/>
                <w:tag w:val="Durum 1"/>
                <w:id w:val="4124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43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244" w:edGrp="everyone"/>
            <w:sdt>
              <w:sdtPr>
                <w:alias w:val="Açıklama 1"/>
                <w:tag w:val="Açıklama 1"/>
                <w:id w:val="412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44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5" w:edGrp="everyone"/>
            <w:sdt>
              <w:sdtPr>
                <w:alias w:val="Önceki karar no 2"/>
                <w:tag w:val="Önceki karar no 2"/>
                <w:id w:val="412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5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46" w:edGrp="everyone"/>
            <w:sdt>
              <w:sdtPr>
                <w:alias w:val="Önceki karar 2"/>
                <w:tag w:val="Önceki karar 2"/>
                <w:id w:val="412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47" w:edGrp="everyone"/>
            <w:sdt>
              <w:sdtPr>
                <w:alias w:val="Durum 2"/>
                <w:tag w:val="Durum 2"/>
                <w:id w:val="4124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47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248" w:edGrp="everyone"/>
            <w:sdt>
              <w:sdtPr>
                <w:alias w:val="Açıklama 2"/>
                <w:tag w:val="Açıklama 2"/>
                <w:id w:val="412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48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9" w:edGrp="everyone"/>
            <w:sdt>
              <w:sdtPr>
                <w:alias w:val="Önceki karar no 3"/>
                <w:tag w:val="Önceki karar no 3"/>
                <w:id w:val="412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50" w:edGrp="everyone"/>
            <w:sdt>
              <w:sdtPr>
                <w:alias w:val="Önceki karar 3"/>
                <w:tag w:val="Önceki karar 3"/>
                <w:id w:val="412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1" w:edGrp="everyone"/>
            <w:sdt>
              <w:sdtPr>
                <w:alias w:val="Durum 3"/>
                <w:tag w:val="Durum 3"/>
                <w:id w:val="4125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51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252" w:edGrp="everyone"/>
            <w:sdt>
              <w:sdtPr>
                <w:alias w:val="Açıklama 3"/>
                <w:tag w:val="Açıklama 3"/>
                <w:id w:val="412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52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3" w:edGrp="everyone"/>
            <w:sdt>
              <w:sdtPr>
                <w:alias w:val="Önceki karar no 4"/>
                <w:tag w:val="Önceki karar no 4"/>
                <w:id w:val="412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3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54" w:edGrp="everyone"/>
            <w:sdt>
              <w:sdtPr>
                <w:alias w:val="Önceki karar 4"/>
                <w:tag w:val="Önceki karar 4"/>
                <w:id w:val="412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5" w:edGrp="everyone"/>
            <w:sdt>
              <w:sdtPr>
                <w:alias w:val="Durum 4"/>
                <w:tag w:val="Durum 4"/>
                <w:id w:val="4125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55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256" w:edGrp="everyone"/>
            <w:sdt>
              <w:sdtPr>
                <w:alias w:val="Açıklama 4"/>
                <w:tag w:val="Açıklama 4"/>
                <w:id w:val="412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5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257" w:edGrp="everyone"/>
            <w:sdt>
              <w:sdtPr>
                <w:alias w:val="Gündem maddesi 1"/>
                <w:tag w:val="Gündem maddesi 1"/>
                <w:id w:val="412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257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258" w:edGrp="everyone"/>
            <w:sdt>
              <w:sdtPr>
                <w:alias w:val="Gündem maddesi 2"/>
                <w:tag w:val="Gündem maddesi 2"/>
                <w:id w:val="412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258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259" w:edGrp="everyone"/>
            <w:sdt>
              <w:sdtPr>
                <w:alias w:val="Gündem maddesi 3"/>
                <w:tag w:val="Gündem maddesi 3"/>
                <w:id w:val="412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259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260" w:edGrp="everyone"/>
            <w:sdt>
              <w:sdtPr>
                <w:alias w:val="Gündem maddesi 4"/>
                <w:tag w:val="Gündem maddesi 4"/>
                <w:id w:val="412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260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261" w:edGrp="everyone"/>
            <w:sdt>
              <w:sdtPr>
                <w:alias w:val="Gündem maddesi 5"/>
                <w:tag w:val="Gündem maddesi 5"/>
                <w:id w:val="412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261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GÖSTERGELERİ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62" w:edGrp="everyone"/>
            <w:sdt>
              <w:sdtPr>
                <w:alias w:val="Kalite göstergeleri ve hedef kartı değerlendirmesi"/>
                <w:tag w:val="Kalite göstergeleri ve hedef kartı değerlendirmesi"/>
                <w:id w:val="4126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6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60" w:line="240" w:lineRule="auto"/>
        <w:jc w:val="left"/>
      </w:pPr>
      <w:r>
        <w:rPr>
          <w:i/>
          <w:iCs/>
          <w:color w:val="595959"/>
          <w:sz w:val="16"/>
          <w:szCs w:val="16"/>
        </w:rPr>
        <w:t xml:space="preserve">Hedef kartı göstergeleri HTMYO-KFRM-314 Hedef Kartı İzleme Formu ile, düzeltici ve önleyici faaliyetler HTMYO-KFRM-312 ile izlenir.</w:t>
      </w: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263" w:edGrp="everyone"/>
            <w:sdt>
              <w:sdtPr>
                <w:alias w:val="Gündem no 1"/>
                <w:tag w:val="Gündem no 1"/>
                <w:id w:val="412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63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264" w:edGrp="everyone"/>
            <w:sdt>
              <w:sdtPr>
                <w:alias w:val="Görüşme özeti 1"/>
                <w:tag w:val="Görüşme özeti 1"/>
                <w:id w:val="4126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64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265" w:edGrp="everyone"/>
            <w:sdt>
              <w:sdtPr>
                <w:alias w:val="Karar 1"/>
                <w:tag w:val="Karar 1"/>
                <w:id w:val="4126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65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266" w:edGrp="everyone"/>
            <w:sdt>
              <w:sdtPr>
                <w:alias w:val="Sorumlu 1"/>
                <w:tag w:val="Sorumlu 1"/>
                <w:id w:val="412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66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267" w:edGrp="everyone"/>
            <w:sdt>
              <w:sdtPr>
                <w:alias w:val="Termin 1"/>
                <w:tag w:val="Termin 1"/>
                <w:id w:val="4126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67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268" w:edGrp="everyone"/>
            <w:sdt>
              <w:sdtPr>
                <w:alias w:val="Gündem no 2"/>
                <w:tag w:val="Gündem no 2"/>
                <w:id w:val="412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6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269" w:edGrp="everyone"/>
            <w:sdt>
              <w:sdtPr>
                <w:alias w:val="Görüşme özeti 2"/>
                <w:tag w:val="Görüşme özeti 2"/>
                <w:id w:val="4126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6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270" w:edGrp="everyone"/>
            <w:sdt>
              <w:sdtPr>
                <w:alias w:val="Karar 2"/>
                <w:tag w:val="Karar 2"/>
                <w:id w:val="4126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7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271" w:edGrp="everyone"/>
            <w:sdt>
              <w:sdtPr>
                <w:alias w:val="Sorumlu 2"/>
                <w:tag w:val="Sorumlu 2"/>
                <w:id w:val="412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7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272" w:edGrp="everyone"/>
            <w:sdt>
              <w:sdtPr>
                <w:alias w:val="Termin 2"/>
                <w:tag w:val="Termin 2"/>
                <w:id w:val="4127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72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273" w:edGrp="everyone"/>
            <w:sdt>
              <w:sdtPr>
                <w:alias w:val="Gündem no 3"/>
                <w:tag w:val="Gündem no 3"/>
                <w:id w:val="412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73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274" w:edGrp="everyone"/>
            <w:sdt>
              <w:sdtPr>
                <w:alias w:val="Görüşme özeti 3"/>
                <w:tag w:val="Görüşme özeti 3"/>
                <w:id w:val="4127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74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275" w:edGrp="everyone"/>
            <w:sdt>
              <w:sdtPr>
                <w:alias w:val="Karar 3"/>
                <w:tag w:val="Karar 3"/>
                <w:id w:val="4127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75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276" w:edGrp="everyone"/>
            <w:sdt>
              <w:sdtPr>
                <w:alias w:val="Sorumlu 3"/>
                <w:tag w:val="Sorumlu 3"/>
                <w:id w:val="412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76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277" w:edGrp="everyone"/>
            <w:sdt>
              <w:sdtPr>
                <w:alias w:val="Termin 3"/>
                <w:tag w:val="Termin 3"/>
                <w:id w:val="4127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77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278" w:edGrp="everyone"/>
            <w:sdt>
              <w:sdtPr>
                <w:alias w:val="Gündem no 4"/>
                <w:tag w:val="Gündem no 4"/>
                <w:id w:val="412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7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Görüşme özeti 4"/>
                <w:tag w:val="Görüşme özeti 4"/>
                <w:id w:val="4127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7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Karar 4"/>
                <w:tag w:val="Karar 4"/>
                <w:id w:val="4127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8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Sorumlu 4"/>
                <w:tag w:val="Sorumlu 4"/>
                <w:id w:val="412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8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282" w:edGrp="everyone"/>
            <w:sdt>
              <w:sdtPr>
                <w:alias w:val="Termin 4"/>
                <w:tag w:val="Termin 4"/>
                <w:id w:val="412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82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283" w:edGrp="everyone"/>
            <w:sdt>
              <w:sdtPr>
                <w:alias w:val="Gündem no 5"/>
                <w:tag w:val="Gündem no 5"/>
                <w:id w:val="412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83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Görüşme özeti 5"/>
                <w:tag w:val="Görüşme özeti 5"/>
                <w:id w:val="4128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84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Karar 5"/>
                <w:tag w:val="Karar 5"/>
                <w:id w:val="4128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285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286" w:edGrp="everyone"/>
            <w:sdt>
              <w:sdtPr>
                <w:alias w:val="Sorumlu 5"/>
                <w:tag w:val="Sorumlu 5"/>
                <w:id w:val="412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86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287" w:edGrp="everyone"/>
            <w:sdt>
              <w:sdtPr>
                <w:alias w:val="Termin 5"/>
                <w:tag w:val="Termin 5"/>
                <w:id w:val="412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8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288" w:edGrp="everyone"/>
            <w:sdt>
              <w:sdtPr>
                <w:alias w:val="Ek / Devamı"/>
                <w:tag w:val="Ek / Devamı"/>
                <w:id w:val="4128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289" w:edGrp="everyone"/>
            <w:sdt>
              <w:sdtPr>
                <w:alias w:val="A.1"/>
                <w:tag w:val="A.1"/>
                <w:id w:val="4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89"/>
            <w:r>
              <w:rPr>
                <w:sz w:val="17"/>
                <w:szCs w:val="17"/>
              </w:rPr>
              <w:t xml:space="preserve"> A.1   </w:t>
            </w:r>
            <w:permStart w:id="290" w:edGrp="everyone"/>
            <w:sdt>
              <w:sdtPr>
                <w:alias w:val="A.2"/>
                <w:tag w:val="A.2"/>
                <w:id w:val="4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0"/>
            <w:r>
              <w:rPr>
                <w:sz w:val="17"/>
                <w:szCs w:val="17"/>
              </w:rPr>
              <w:t xml:space="preserve"> A.2   </w:t>
            </w:r>
            <w:permStart w:id="291" w:edGrp="everyone"/>
            <w:sdt>
              <w:sdtPr>
                <w:alias w:val="A.3"/>
                <w:tag w:val="A.3"/>
                <w:id w:val="4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1"/>
            <w:r>
              <w:rPr>
                <w:sz w:val="17"/>
                <w:szCs w:val="17"/>
              </w:rPr>
              <w:t xml:space="preserve"> A.3   </w:t>
            </w:r>
            <w:permStart w:id="292" w:edGrp="everyone"/>
            <w:sdt>
              <w:sdtPr>
                <w:alias w:val="A.4"/>
                <w:tag w:val="A.4"/>
                <w:id w:val="4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2"/>
            <w:r>
              <w:rPr>
                <w:sz w:val="17"/>
                <w:szCs w:val="17"/>
              </w:rPr>
              <w:t xml:space="preserve"> A.4   </w:t>
            </w:r>
            <w:permStart w:id="293" w:edGrp="everyone"/>
            <w:sdt>
              <w:sdtPr>
                <w:alias w:val="A.5"/>
                <w:tag w:val="A.5"/>
                <w:id w:val="4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3"/>
            <w:r>
              <w:rPr>
                <w:sz w:val="17"/>
                <w:szCs w:val="17"/>
              </w:rPr>
              <w:t xml:space="preserve"> A.5   </w:t>
            </w:r>
            <w:permStart w:id="294" w:edGrp="everyone"/>
            <w:sdt>
              <w:sdtPr>
                <w:alias w:val="B"/>
                <w:tag w:val="B"/>
                <w:id w:val="4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4"/>
            <w:r>
              <w:rPr>
                <w:sz w:val="17"/>
                <w:szCs w:val="17"/>
              </w:rPr>
              <w:t xml:space="preserve"> B   </w:t>
            </w:r>
            <w:permStart w:id="295" w:edGrp="everyone"/>
            <w:sdt>
              <w:sdtPr>
                <w:alias w:val="C"/>
                <w:tag w:val="C"/>
                <w:id w:val="4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5"/>
            <w:r>
              <w:rPr>
                <w:sz w:val="17"/>
                <w:szCs w:val="17"/>
              </w:rPr>
              <w:t xml:space="preserve"> C   </w:t>
            </w:r>
            <w:permStart w:id="296" w:edGrp="everyone"/>
            <w:sdt>
              <w:sdtPr>
                <w:alias w:val="D"/>
                <w:tag w:val="D"/>
                <w:id w:val="4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6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297" w:edGrp="everyone"/>
            <w:sdt>
              <w:sdtPr>
                <w:alias w:val="Planla"/>
                <w:tag w:val="Planla"/>
                <w:id w:val="4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7"/>
            <w:r>
              <w:rPr>
                <w:sz w:val="17"/>
                <w:szCs w:val="17"/>
              </w:rPr>
              <w:t xml:space="preserve"> Planla   </w:t>
            </w:r>
            <w:permStart w:id="298" w:edGrp="everyone"/>
            <w:sdt>
              <w:sdtPr>
                <w:alias w:val="Uygula"/>
                <w:tag w:val="Uygula"/>
                <w:id w:val="4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8"/>
            <w:r>
              <w:rPr>
                <w:sz w:val="17"/>
                <w:szCs w:val="17"/>
              </w:rPr>
              <w:t xml:space="preserve"> Uygula   </w:t>
            </w:r>
            <w:permStart w:id="299" w:edGrp="everyone"/>
            <w:sdt>
              <w:sdtPr>
                <w:alias w:val="Kontrol Et"/>
                <w:tag w:val="Kontrol Et"/>
                <w:id w:val="4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99"/>
            <w:r>
              <w:rPr>
                <w:sz w:val="17"/>
                <w:szCs w:val="17"/>
              </w:rPr>
              <w:t xml:space="preserve"> Kontrol Et   </w:t>
            </w:r>
            <w:permStart w:id="300" w:edGrp="everyone"/>
            <w:sdt>
              <w:sdtPr>
                <w:alias w:val="Önlem Al"/>
                <w:tag w:val="Önlem Al"/>
                <w:id w:val="4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300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301" w:edGrp="everyone"/>
            <w:sdt>
              <w:sdtPr>
                <w:alias w:val="Sonraki toplantı tarihi"/>
                <w:tag w:val="Sonraki toplantı tarihi"/>
                <w:id w:val="4130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301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302" w:edGrp="everyone"/>
            <w:sdt>
              <w:sdtPr>
                <w:alias w:val="EBYS karar no"/>
                <w:tag w:val="EBYS karar no"/>
                <w:id w:val="413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302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303" w:edGrp="everyone"/>
            <w:sdt>
              <w:sdtPr>
                <w:alias w:val="Kalite Komisyonuna iletim tarihi"/>
                <w:tag w:val="Kalite Komisyonuna iletim tarihi"/>
                <w:id w:val="413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303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304" w:edGrp="everyone"/>
            <w:sdt>
              <w:sdtPr>
                <w:alias w:val="Evet"/>
                <w:tag w:val="Evet"/>
                <w:id w:val="4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304"/>
            <w:r>
              <w:rPr>
                <w:sz w:val="17"/>
                <w:szCs w:val="17"/>
              </w:rPr>
              <w:t xml:space="preserve"> Evet   </w:t>
            </w:r>
            <w:permStart w:id="305" w:edGrp="everyone"/>
            <w:sdt>
              <w:sdtPr>
                <w:alias w:val="Hayır"/>
                <w:tag w:val="Hayır"/>
                <w:id w:val="4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305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Komisyon Başkanı (Birim Kalite Sorumlusu)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306" w:edGrp="everyone"/>
            <w:sdt>
              <w:sdtPr>
                <w:alias w:val="Komisyon Başkanı (Birim Kalite Sorumlusu) Adı Soyadı"/>
                <w:tag w:val="Komisyon Başkanı (Birim Kalite Sorumlusu) Adı Soyadı"/>
                <w:id w:val="413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06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307" w:edGrp="everyone"/>
            <w:sdt>
              <w:sdtPr>
                <w:alias w:val="Raportör Adı Soyadı"/>
                <w:tag w:val="Raportör Adı Soyadı"/>
                <w:id w:val="413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07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Birim Kalite Komisyonu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308" w:edGrp="everyone"/>
            <w:sdt>
              <w:sdtPr>
                <w:alias w:val="Devam toplantı no"/>
                <w:tag w:val="Devam toplantı no"/>
                <w:id w:val="413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308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309" w:edGrp="everyone"/>
            <w:sdt>
              <w:sdtPr>
                <w:alias w:val="Devam toplantı tarihi"/>
                <w:tag w:val="Devam toplantı tarihi"/>
                <w:id w:val="4130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30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10" w:edGrp="everyone"/>
            <w:sdt>
              <w:sdtPr>
                <w:alias w:val="Katılımcı 11"/>
                <w:tag w:val="Katılımcı 11"/>
                <w:id w:val="413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1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11" w:edGrp="everyone"/>
            <w:sdt>
              <w:sdtPr>
                <w:alias w:val="Görev 11"/>
                <w:tag w:val="Görev 11"/>
                <w:id w:val="413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2" w:edGrp="everyone"/>
            <w:sdt>
              <w:sdtPr>
                <w:alias w:val="Katılım 11"/>
                <w:tag w:val="Katılım 11"/>
                <w:id w:val="4131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13" w:edGrp="everyone"/>
            <w:sdt>
              <w:sdtPr>
                <w:alias w:val="Katılımcı 12"/>
                <w:tag w:val="Katılımcı 12"/>
                <w:id w:val="413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14" w:edGrp="everyone"/>
            <w:sdt>
              <w:sdtPr>
                <w:alias w:val="Görev 12"/>
                <w:tag w:val="Görev 12"/>
                <w:id w:val="413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5" w:edGrp="everyone"/>
            <w:sdt>
              <w:sdtPr>
                <w:alias w:val="Katılım 12"/>
                <w:tag w:val="Katılım 12"/>
                <w:id w:val="413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16" w:edGrp="everyone"/>
            <w:sdt>
              <w:sdtPr>
                <w:alias w:val="Katılımcı 13"/>
                <w:tag w:val="Katılımcı 13"/>
                <w:id w:val="413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17" w:edGrp="everyone"/>
            <w:sdt>
              <w:sdtPr>
                <w:alias w:val="Görev 13"/>
                <w:tag w:val="Görev 13"/>
                <w:id w:val="413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8" w:edGrp="everyone"/>
            <w:sdt>
              <w:sdtPr>
                <w:alias w:val="Katılım 13"/>
                <w:tag w:val="Katılım 13"/>
                <w:id w:val="413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19" w:edGrp="everyone"/>
            <w:sdt>
              <w:sdtPr>
                <w:alias w:val="Katılımcı 14"/>
                <w:tag w:val="Katılımcı 14"/>
                <w:id w:val="413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1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20" w:edGrp="everyone"/>
            <w:sdt>
              <w:sdtPr>
                <w:alias w:val="Görev 14"/>
                <w:tag w:val="Görev 14"/>
                <w:id w:val="413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1" w:edGrp="everyone"/>
            <w:sdt>
              <w:sdtPr>
                <w:alias w:val="Katılım 14"/>
                <w:tag w:val="Katılım 14"/>
                <w:id w:val="4132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2" w:edGrp="everyone"/>
            <w:sdt>
              <w:sdtPr>
                <w:alias w:val="Katılımcı 15"/>
                <w:tag w:val="Katılımcı 15"/>
                <w:id w:val="413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2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23" w:edGrp="everyone"/>
            <w:sdt>
              <w:sdtPr>
                <w:alias w:val="Görev 15"/>
                <w:tag w:val="Görev 15"/>
                <w:id w:val="413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4" w:edGrp="everyone"/>
            <w:sdt>
              <w:sdtPr>
                <w:alias w:val="Katılım 15"/>
                <w:tag w:val="Katılım 15"/>
                <w:id w:val="4132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5" w:edGrp="everyone"/>
            <w:sdt>
              <w:sdtPr>
                <w:alias w:val="Katılımcı 16"/>
                <w:tag w:val="Katılımcı 16"/>
                <w:id w:val="413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2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26" w:edGrp="everyone"/>
            <w:sdt>
              <w:sdtPr>
                <w:alias w:val="Görev 16"/>
                <w:tag w:val="Görev 16"/>
                <w:id w:val="413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2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7" w:edGrp="everyone"/>
            <w:sdt>
              <w:sdtPr>
                <w:alias w:val="Katılım 16"/>
                <w:tag w:val="Katılım 16"/>
                <w:id w:val="4132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8" w:edGrp="everyone"/>
            <w:sdt>
              <w:sdtPr>
                <w:alias w:val="Katılımcı 17"/>
                <w:tag w:val="Katılımcı 17"/>
                <w:id w:val="413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2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29" w:edGrp="everyone"/>
            <w:sdt>
              <w:sdtPr>
                <w:alias w:val="Görev 17"/>
                <w:tag w:val="Görev 17"/>
                <w:id w:val="413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2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0" w:edGrp="everyone"/>
            <w:sdt>
              <w:sdtPr>
                <w:alias w:val="Katılım 17"/>
                <w:tag w:val="Katılım 17"/>
                <w:id w:val="4132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31" w:edGrp="everyone"/>
            <w:sdt>
              <w:sdtPr>
                <w:alias w:val="Katılımcı 18"/>
                <w:tag w:val="Katılımcı 18"/>
                <w:id w:val="413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3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32" w:edGrp="everyone"/>
            <w:sdt>
              <w:sdtPr>
                <w:alias w:val="Görev 18"/>
                <w:tag w:val="Görev 18"/>
                <w:id w:val="413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3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3" w:edGrp="everyone"/>
            <w:sdt>
              <w:sdtPr>
                <w:alias w:val="Katılım 18"/>
                <w:tag w:val="Katılım 18"/>
                <w:id w:val="4133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34" w:edGrp="everyone"/>
            <w:sdt>
              <w:sdtPr>
                <w:alias w:val="Katılımcı 19"/>
                <w:tag w:val="Katılımcı 19"/>
                <w:id w:val="413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3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35" w:edGrp="everyone"/>
            <w:sdt>
              <w:sdtPr>
                <w:alias w:val="Görev 19"/>
                <w:tag w:val="Görev 19"/>
                <w:id w:val="413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6" w:edGrp="everyone"/>
            <w:sdt>
              <w:sdtPr>
                <w:alias w:val="Katılım 19"/>
                <w:tag w:val="Katılım 19"/>
                <w:id w:val="4133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37" w:edGrp="everyone"/>
            <w:sdt>
              <w:sdtPr>
                <w:alias w:val="Katılımcı 20"/>
                <w:tag w:val="Katılımcı 20"/>
                <w:id w:val="413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3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38" w:edGrp="everyone"/>
            <w:sdt>
              <w:sdtPr>
                <w:alias w:val="Görev 20"/>
                <w:tag w:val="Görev 20"/>
                <w:id w:val="413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3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9" w:edGrp="everyone"/>
            <w:sdt>
              <w:sdtPr>
                <w:alias w:val="Katılım 20"/>
                <w:tag w:val="Katılım 20"/>
                <w:id w:val="4133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0" w:edGrp="everyone"/>
            <w:sdt>
              <w:sdtPr>
                <w:alias w:val="Katılımcı 21"/>
                <w:tag w:val="Katılımcı 21"/>
                <w:id w:val="413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4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41" w:edGrp="everyone"/>
            <w:sdt>
              <w:sdtPr>
                <w:alias w:val="Görev 21"/>
                <w:tag w:val="Görev 21"/>
                <w:id w:val="413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4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2" w:edGrp="everyone"/>
            <w:sdt>
              <w:sdtPr>
                <w:alias w:val="Katılım 21"/>
                <w:tag w:val="Katılım 21"/>
                <w:id w:val="4134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3" w:edGrp="everyone"/>
            <w:sdt>
              <w:sdtPr>
                <w:alias w:val="Katılımcı 22"/>
                <w:tag w:val="Katılımcı 22"/>
                <w:id w:val="413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4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44" w:edGrp="everyone"/>
            <w:sdt>
              <w:sdtPr>
                <w:alias w:val="Görev 22"/>
                <w:tag w:val="Görev 22"/>
                <w:id w:val="413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4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5" w:edGrp="everyone"/>
            <w:sdt>
              <w:sdtPr>
                <w:alias w:val="Katılım 22"/>
                <w:tag w:val="Katılım 22"/>
                <w:id w:val="4134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6" w:edGrp="everyone"/>
            <w:sdt>
              <w:sdtPr>
                <w:alias w:val="Katılımcı 23"/>
                <w:tag w:val="Katılımcı 23"/>
                <w:id w:val="413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4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47" w:edGrp="everyone"/>
            <w:sdt>
              <w:sdtPr>
                <w:alias w:val="Görev 23"/>
                <w:tag w:val="Görev 23"/>
                <w:id w:val="413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4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8" w:edGrp="everyone"/>
            <w:sdt>
              <w:sdtPr>
                <w:alias w:val="Katılım 23"/>
                <w:tag w:val="Katılım 23"/>
                <w:id w:val="4134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9" w:edGrp="everyone"/>
            <w:sdt>
              <w:sdtPr>
                <w:alias w:val="Katılımcı 24"/>
                <w:tag w:val="Katılımcı 24"/>
                <w:id w:val="413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4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50" w:edGrp="everyone"/>
            <w:sdt>
              <w:sdtPr>
                <w:alias w:val="Görev 24"/>
                <w:tag w:val="Görev 24"/>
                <w:id w:val="413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1" w:edGrp="everyone"/>
            <w:sdt>
              <w:sdtPr>
                <w:alias w:val="Katılım 24"/>
                <w:tag w:val="Katılım 24"/>
                <w:id w:val="4135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52" w:edGrp="everyone"/>
            <w:sdt>
              <w:sdtPr>
                <w:alias w:val="Katılımcı 25"/>
                <w:tag w:val="Katılımcı 25"/>
                <w:id w:val="413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5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53" w:edGrp="everyone"/>
            <w:sdt>
              <w:sdtPr>
                <w:alias w:val="Görev 25"/>
                <w:tag w:val="Görev 25"/>
                <w:id w:val="413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5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4" w:edGrp="everyone"/>
            <w:sdt>
              <w:sdtPr>
                <w:alias w:val="Katılım 25"/>
                <w:tag w:val="Katılım 25"/>
                <w:id w:val="4135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55" w:edGrp="everyone"/>
            <w:sdt>
              <w:sdtPr>
                <w:alias w:val="Katılımcı 26"/>
                <w:tag w:val="Katılımcı 26"/>
                <w:id w:val="413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5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56" w:edGrp="everyone"/>
            <w:sdt>
              <w:sdtPr>
                <w:alias w:val="Görev 26"/>
                <w:tag w:val="Görev 26"/>
                <w:id w:val="413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5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7" w:edGrp="everyone"/>
            <w:sdt>
              <w:sdtPr>
                <w:alias w:val="Katılım 26"/>
                <w:tag w:val="Katılım 26"/>
                <w:id w:val="4135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58" w:edGrp="everyone"/>
            <w:sdt>
              <w:sdtPr>
                <w:alias w:val="Katılımcı 27"/>
                <w:tag w:val="Katılımcı 27"/>
                <w:id w:val="413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5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59" w:edGrp="everyone"/>
            <w:sdt>
              <w:sdtPr>
                <w:alias w:val="Görev 27"/>
                <w:tag w:val="Görev 27"/>
                <w:id w:val="413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5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0" w:edGrp="everyone"/>
            <w:sdt>
              <w:sdtPr>
                <w:alias w:val="Katılım 27"/>
                <w:tag w:val="Katılım 27"/>
                <w:id w:val="4135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61" w:edGrp="everyone"/>
            <w:sdt>
              <w:sdtPr>
                <w:alias w:val="Katılımcı 28"/>
                <w:tag w:val="Katılımcı 28"/>
                <w:id w:val="413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6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62" w:edGrp="everyone"/>
            <w:sdt>
              <w:sdtPr>
                <w:alias w:val="Görev 28"/>
                <w:tag w:val="Görev 28"/>
                <w:id w:val="413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6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3" w:edGrp="everyone"/>
            <w:sdt>
              <w:sdtPr>
                <w:alias w:val="Katılım 28"/>
                <w:tag w:val="Katılım 28"/>
                <w:id w:val="4136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64" w:edGrp="everyone"/>
            <w:sdt>
              <w:sdtPr>
                <w:alias w:val="Katılımcı 29"/>
                <w:tag w:val="Katılımcı 29"/>
                <w:id w:val="413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6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65" w:edGrp="everyone"/>
            <w:sdt>
              <w:sdtPr>
                <w:alias w:val="Görev 29"/>
                <w:tag w:val="Görev 29"/>
                <w:id w:val="413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6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6" w:edGrp="everyone"/>
            <w:sdt>
              <w:sdtPr>
                <w:alias w:val="Katılım 29"/>
                <w:tag w:val="Katılım 29"/>
                <w:id w:val="4136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67" w:edGrp="everyone"/>
            <w:sdt>
              <w:sdtPr>
                <w:alias w:val="Katılımcı 30"/>
                <w:tag w:val="Katılımcı 30"/>
                <w:id w:val="413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6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68" w:edGrp="everyone"/>
            <w:sdt>
              <w:sdtPr>
                <w:alias w:val="Görev 30"/>
                <w:tag w:val="Görev 30"/>
                <w:id w:val="413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6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9" w:edGrp="everyone"/>
            <w:sdt>
              <w:sdtPr>
                <w:alias w:val="Katılım 30"/>
                <w:tag w:val="Katılım 30"/>
                <w:id w:val="4136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70" w:edGrp="everyone"/>
            <w:sdt>
              <w:sdtPr>
                <w:alias w:val="Katılımcı 31"/>
                <w:tag w:val="Katılımcı 31"/>
                <w:id w:val="413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7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71" w:edGrp="everyone"/>
            <w:sdt>
              <w:sdtPr>
                <w:alias w:val="Görev 31"/>
                <w:tag w:val="Görev 31"/>
                <w:id w:val="413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7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2" w:edGrp="everyone"/>
            <w:sdt>
              <w:sdtPr>
                <w:alias w:val="Katılım 31"/>
                <w:tag w:val="Katılım 31"/>
                <w:id w:val="4137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73" w:edGrp="everyone"/>
            <w:sdt>
              <w:sdtPr>
                <w:alias w:val="Katılımcı 32"/>
                <w:tag w:val="Katılımcı 32"/>
                <w:id w:val="413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7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74" w:edGrp="everyone"/>
            <w:sdt>
              <w:sdtPr>
                <w:alias w:val="Görev 32"/>
                <w:tag w:val="Görev 32"/>
                <w:id w:val="413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7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5" w:edGrp="everyone"/>
            <w:sdt>
              <w:sdtPr>
                <w:alias w:val="Katılım 32"/>
                <w:tag w:val="Katılım 32"/>
                <w:id w:val="4137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76" w:edGrp="everyone"/>
            <w:sdt>
              <w:sdtPr>
                <w:alias w:val="Katılımcı 33"/>
                <w:tag w:val="Katılımcı 33"/>
                <w:id w:val="413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7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77" w:edGrp="everyone"/>
            <w:sdt>
              <w:sdtPr>
                <w:alias w:val="Görev 33"/>
                <w:tag w:val="Görev 33"/>
                <w:id w:val="413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7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8" w:edGrp="everyone"/>
            <w:sdt>
              <w:sdtPr>
                <w:alias w:val="Katılım 33"/>
                <w:tag w:val="Katılım 33"/>
                <w:id w:val="4137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79" w:edGrp="everyone"/>
            <w:sdt>
              <w:sdtPr>
                <w:alias w:val="Katılımcı 34"/>
                <w:tag w:val="Katılımcı 34"/>
                <w:id w:val="413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7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80" w:edGrp="everyone"/>
            <w:sdt>
              <w:sdtPr>
                <w:alias w:val="Görev 34"/>
                <w:tag w:val="Görev 34"/>
                <w:id w:val="413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8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1" w:edGrp="everyone"/>
            <w:sdt>
              <w:sdtPr>
                <w:alias w:val="Katılım 34"/>
                <w:tag w:val="Katılım 34"/>
                <w:id w:val="4138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HTMYO-KFRM-302  |  Birim Kalite Komisyonu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Birim Kalite Komisyonu Toplantı Tutanağı</dc:title>
  <dc:subject>HTMYO-KFRM-302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