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40" w:line="240" w:lineRule="auto"/>
        <w:jc w:val="center"/>
      </w:pPr>
      <w:r>
        <w:rPr>
          <w:b/>
          <w:bCs/>
          <w:sz w:val="28"/>
          <w:szCs w:val="28"/>
        </w:rPr>
        <w:t xml:space="preserve">PROGRAM DANIŞMA KURULU TOPLANTI TUTANAĞI</w:t>
      </w:r>
    </w:p>
    <w:p>
      <w:pPr>
        <w:spacing w:before="0" w:after="160" w:line="240" w:lineRule="auto"/>
        <w:jc w:val="center"/>
      </w:pPr>
      <w:r>
        <w:rPr>
          <w:sz w:val="19"/>
          <w:szCs w:val="19"/>
        </w:rPr>
        <w:t xml:space="preserve">Program çıktıları ve sektör beklentilerinin değerlendirilmesi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814"/>
        <w:gridCol w:w="3004"/>
        <w:gridCol w:w="1927"/>
        <w:gridCol w:w="2891"/>
      </w:tblGrid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Kurul / Komisyon</w:t>
            </w:r>
          </w:p>
        </w:tc>
        <w:tc>
          <w:tcPr>
            <w:tcW w:type="dxa" w:w="782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787" w:edGrp="everyone"/>
            <w:sdt>
              <w:sdtPr>
                <w:alias w:val="Program adı"/>
                <w:tag w:val="Program adı"/>
                <w:id w:val="4178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787"/>
            <w:r>
              <w:rPr>
                <w:sz w:val="18"/>
                <w:szCs w:val="18"/>
              </w:rPr>
              <w:t xml:space="preserve"> Programı Danışma Kurulu</w:t>
            </w:r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No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788" w:edGrp="everyone"/>
            <w:sdt>
              <w:sdtPr>
                <w:alias w:val="Toplantı No"/>
                <w:tag w:val="Toplantı No"/>
                <w:id w:val="4178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788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Tarihi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789" w:edGrp="everyone"/>
            <w:sdt>
              <w:sdtPr>
                <w:alias w:val="Toplantı Tarihi"/>
                <w:tag w:val="Toplantı Tarihi"/>
                <w:id w:val="41788"/>
              </w:sdtPr>
              <w:sdtContent>
                <w:r>
                  <w:rPr>
                    <w:sz w:val="18"/>
                    <w:szCs w:val="18"/>
                  </w:rPr>
                  <w:fldChar w:fldCharType="begin"/>
                </w:r>
                <w:r>
                  <w:rPr>
                    <w:sz w:val="18"/>
                    <w:szCs w:val="18"/>
                  </w:rPr>
                  <w:instrText xml:space="preserve"> DATE \@ "dd.MM.yyyy" </w:instrText>
                </w:r>
                <w:r>
                  <w:rPr>
                    <w:sz w:val="18"/>
                    <w:szCs w:val="18"/>
                  </w:rPr>
                  <w:fldChar w:fldCharType="separate"/>
                </w:r>
                <w:r>
                  <w:rPr>
                    <w:sz w:val="18"/>
                    <w:szCs w:val="18"/>
                  </w:rPr>
                  <w:t>05.10.2026</w:t>
                </w:r>
                <w:r>
                  <w:rPr>
                    <w:sz w:val="18"/>
                    <w:szCs w:val="18"/>
                  </w:rPr>
                  <w:fldChar w:fldCharType="end"/>
                </w:r>
              </w:sdtContent>
            </w:sdt>
            <w:permEnd w:id="789"/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Yeri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790" w:edGrp="everyone"/>
            <w:sdt>
              <w:sdtPr>
                <w:alias w:val="Toplantı yeri"/>
                <w:tag w:val="Toplantı yeri"/>
                <w:id w:val="4178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790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Başlama / Bitiş Saati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791" w:edGrp="everyone"/>
            <w:sdt>
              <w:sdtPr>
                <w:alias w:val="Başlama saati"/>
                <w:tag w:val="Başlama saati"/>
                <w:id w:val="4179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791"/>
            <w:r>
              <w:rPr>
                <w:sz w:val="18"/>
                <w:szCs w:val="18"/>
              </w:rPr>
              <w:t xml:space="preserve">  /  </w:t>
            </w:r>
            <w:permStart w:id="792" w:edGrp="everyone"/>
            <w:sdt>
              <w:sdtPr>
                <w:alias w:val="Bitiş saati"/>
                <w:tag w:val="Bitiş saati"/>
                <w:id w:val="4179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792"/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Toplantıyı Yöneten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793" w:edGrp="everyone"/>
            <w:sdt>
              <w:sdtPr>
                <w:alias w:val="Toplantıyı yöneten"/>
                <w:tag w:val="Toplantıyı yöneten"/>
                <w:id w:val="4179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793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Tutanağı Yazan (Raportör)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794" w:edGrp="everyone"/>
            <w:sdt>
              <w:sdtPr>
                <w:alias w:val="Raportör"/>
                <w:tag w:val="Raportör"/>
                <w:id w:val="4179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794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KATILIMCILAR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2834"/>
        <w:gridCol w:w="2607"/>
        <w:gridCol w:w="1474"/>
        <w:gridCol w:w="2154"/>
      </w:tblGrid>
      <w:tr>
        <w:trPr>
          <w:trHeight w:val="328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Adı Soyadı</w:t>
            </w:r>
          </w:p>
        </w:tc>
        <w:tc>
          <w:tcPr>
            <w:tcW w:type="dxa" w:w="260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Unvan / Görev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Katılım</w:t>
            </w:r>
          </w:p>
        </w:tc>
        <w:tc>
          <w:tcPr>
            <w:tcW w:type="dxa" w:w="215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İmza</w:t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95" w:edGrp="everyone"/>
            <w:sdt>
              <w:sdtPr>
                <w:alias w:val="Katılımcı 1"/>
                <w:tag w:val="Katılımcı 1"/>
                <w:id w:val="4179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79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796" w:edGrp="everyone"/>
            <w:sdt>
              <w:sdtPr>
                <w:alias w:val="Görev 1"/>
                <w:tag w:val="Görev 1"/>
                <w:id w:val="4179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79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97" w:edGrp="everyone"/>
            <w:sdt>
              <w:sdtPr>
                <w:alias w:val="Katılım 1"/>
                <w:tag w:val="Katılım 1"/>
                <w:id w:val="4179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79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98" w:edGrp="everyone"/>
            <w:sdt>
              <w:sdtPr>
                <w:alias w:val="Katılımcı 2"/>
                <w:tag w:val="Katılımcı 2"/>
                <w:id w:val="4179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79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799" w:edGrp="everyone"/>
            <w:sdt>
              <w:sdtPr>
                <w:alias w:val="Görev 2"/>
                <w:tag w:val="Görev 2"/>
                <w:id w:val="4179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79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800" w:edGrp="everyone"/>
            <w:sdt>
              <w:sdtPr>
                <w:alias w:val="Katılım 2"/>
                <w:tag w:val="Katılım 2"/>
                <w:id w:val="4179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80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801" w:edGrp="everyone"/>
            <w:sdt>
              <w:sdtPr>
                <w:alias w:val="Katılımcı 3"/>
                <w:tag w:val="Katılımcı 3"/>
                <w:id w:val="4180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80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802" w:edGrp="everyone"/>
            <w:sdt>
              <w:sdtPr>
                <w:alias w:val="Görev 3"/>
                <w:tag w:val="Görev 3"/>
                <w:id w:val="4180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80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803" w:edGrp="everyone"/>
            <w:sdt>
              <w:sdtPr>
                <w:alias w:val="Katılım 3"/>
                <w:tag w:val="Katılım 3"/>
                <w:id w:val="4180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80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804" w:edGrp="everyone"/>
            <w:sdt>
              <w:sdtPr>
                <w:alias w:val="Katılımcı 4"/>
                <w:tag w:val="Katılımcı 4"/>
                <w:id w:val="4180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80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805" w:edGrp="everyone"/>
            <w:sdt>
              <w:sdtPr>
                <w:alias w:val="Görev 4"/>
                <w:tag w:val="Görev 4"/>
                <w:id w:val="4180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80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806" w:edGrp="everyone"/>
            <w:sdt>
              <w:sdtPr>
                <w:alias w:val="Katılım 4"/>
                <w:tag w:val="Katılım 4"/>
                <w:id w:val="4180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80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807" w:edGrp="everyone"/>
            <w:sdt>
              <w:sdtPr>
                <w:alias w:val="Katılımcı 5"/>
                <w:tag w:val="Katılımcı 5"/>
                <w:id w:val="4180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80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808" w:edGrp="everyone"/>
            <w:sdt>
              <w:sdtPr>
                <w:alias w:val="Görev 5"/>
                <w:tag w:val="Görev 5"/>
                <w:id w:val="4180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80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809" w:edGrp="everyone"/>
            <w:sdt>
              <w:sdtPr>
                <w:alias w:val="Katılım 5"/>
                <w:tag w:val="Katılım 5"/>
                <w:id w:val="4180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80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810" w:edGrp="everyone"/>
            <w:sdt>
              <w:sdtPr>
                <w:alias w:val="Katılımcı 6"/>
                <w:tag w:val="Katılımcı 6"/>
                <w:id w:val="4180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81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811" w:edGrp="everyone"/>
            <w:sdt>
              <w:sdtPr>
                <w:alias w:val="Görev 6"/>
                <w:tag w:val="Görev 6"/>
                <w:id w:val="4181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81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812" w:edGrp="everyone"/>
            <w:sdt>
              <w:sdtPr>
                <w:alias w:val="Katılım 6"/>
                <w:tag w:val="Katılım 6"/>
                <w:id w:val="4181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81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813" w:edGrp="everyone"/>
            <w:sdt>
              <w:sdtPr>
                <w:alias w:val="Katılımcı 7"/>
                <w:tag w:val="Katılımcı 7"/>
                <w:id w:val="4181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81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814" w:edGrp="everyone"/>
            <w:sdt>
              <w:sdtPr>
                <w:alias w:val="Görev 7"/>
                <w:tag w:val="Görev 7"/>
                <w:id w:val="418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81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815" w:edGrp="everyone"/>
            <w:sdt>
              <w:sdtPr>
                <w:alias w:val="Katılım 7"/>
                <w:tag w:val="Katılım 7"/>
                <w:id w:val="4181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81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816" w:edGrp="everyone"/>
            <w:sdt>
              <w:sdtPr>
                <w:alias w:val="Katılımcı 8"/>
                <w:tag w:val="Katılımcı 8"/>
                <w:id w:val="4181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81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817" w:edGrp="everyone"/>
            <w:sdt>
              <w:sdtPr>
                <w:alias w:val="Görev 8"/>
                <w:tag w:val="Görev 8"/>
                <w:id w:val="4181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81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818" w:edGrp="everyone"/>
            <w:sdt>
              <w:sdtPr>
                <w:alias w:val="Katılım 8"/>
                <w:tag w:val="Katılım 8"/>
                <w:id w:val="4181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81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819" w:edGrp="everyone"/>
            <w:sdt>
              <w:sdtPr>
                <w:alias w:val="Katılımcı 9"/>
                <w:tag w:val="Katılımcı 9"/>
                <w:id w:val="418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81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820" w:edGrp="everyone"/>
            <w:sdt>
              <w:sdtPr>
                <w:alias w:val="Görev 9"/>
                <w:tag w:val="Görev 9"/>
                <w:id w:val="418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82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821" w:edGrp="everyone"/>
            <w:sdt>
              <w:sdtPr>
                <w:alias w:val="Katılım 9"/>
                <w:tag w:val="Katılım 9"/>
                <w:id w:val="4182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82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822" w:edGrp="everyone"/>
            <w:sdt>
              <w:sdtPr>
                <w:alias w:val="Katılımcı 10"/>
                <w:tag w:val="Katılımcı 10"/>
                <w:id w:val="4182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82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823" w:edGrp="everyone"/>
            <w:sdt>
              <w:sdtPr>
                <w:alias w:val="Görev 10"/>
                <w:tag w:val="Görev 10"/>
                <w:id w:val="4182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82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824" w:edGrp="everyone"/>
            <w:sdt>
              <w:sdtPr>
                <w:alias w:val="Katılım 10"/>
                <w:tag w:val="Katılım 10"/>
                <w:id w:val="4182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82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040"/>
        <w:gridCol w:w="1247"/>
        <w:gridCol w:w="2040"/>
        <w:gridCol w:w="1247"/>
        <w:gridCol w:w="2040"/>
        <w:gridCol w:w="1020"/>
      </w:tblGrid>
      <w:tr>
        <w:trPr>
          <w:trHeight w:val="311" w:hRule="atLeast"/>
          <w:cantSplit/>
        </w:trPr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Toplam Üye Sayısı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825" w:edGrp="everyone"/>
            <w:sdt>
              <w:sdtPr>
                <w:alias w:val="Toplam üye"/>
                <w:tag w:val="Toplam üye"/>
                <w:id w:val="418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825"/>
          </w:p>
        </w:tc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Toplantıya Katılan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826" w:edGrp="everyone"/>
            <w:sdt>
              <w:sdtPr>
                <w:alias w:val="Katılan"/>
                <w:tag w:val="Katılan"/>
                <w:id w:val="4182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826"/>
          </w:p>
        </w:tc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Toplantı Yeter Sayısı</w:t>
            </w:r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827" w:edGrp="everyone"/>
            <w:sdt>
              <w:sdtPr>
                <w:alias w:val="Yeter sayı"/>
                <w:tag w:val="Yeter sayı"/>
                <w:id w:val="41826"/>
                <w:showingPlcHdr/>
                <w:dropDownList>
                  <w:listItem w:displayText="Sağlandı" w:value="Sağlandı"/>
                  <w:listItem w:displayText="Sağlanamadı" w:value="Sağlana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827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ÖNCEKİ TOPLANTI KARARLARININ DURUMU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020"/>
        <w:gridCol w:w="4195"/>
        <w:gridCol w:w="1474"/>
        <w:gridCol w:w="2948"/>
      </w:tblGrid>
      <w:tr>
        <w:trPr>
          <w:trHeight w:val="328" w:hRule="atLeast"/>
          <w:cantSplit/>
        </w:trPr>
        <w:tc>
          <w:tcPr>
            <w:tcW w:type="dxa" w:w="102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Karar No</w:t>
            </w:r>
          </w:p>
        </w:tc>
        <w:tc>
          <w:tcPr>
            <w:tcW w:type="dxa" w:w="419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Karar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Durum</w:t>
            </w:r>
          </w:p>
        </w:tc>
        <w:tc>
          <w:tcPr>
            <w:tcW w:type="dxa" w:w="294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Açıklama</w:t>
            </w:r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828" w:edGrp="everyone"/>
            <w:sdt>
              <w:sdtPr>
                <w:alias w:val="Önceki karar no 1"/>
                <w:tag w:val="Önceki karar no 1"/>
                <w:id w:val="4182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828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829" w:edGrp="everyone"/>
            <w:sdt>
              <w:sdtPr>
                <w:alias w:val="Önceki karar 1"/>
                <w:tag w:val="Önceki karar 1"/>
                <w:id w:val="4182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82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830" w:edGrp="everyone"/>
            <w:sdt>
              <w:sdtPr>
                <w:alias w:val="Durum 1"/>
                <w:tag w:val="Durum 1"/>
                <w:id w:val="41829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830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831" w:edGrp="everyone"/>
            <w:sdt>
              <w:sdtPr>
                <w:alias w:val="Açıklama 1"/>
                <w:tag w:val="Açıklama 1"/>
                <w:id w:val="4183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831"/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832" w:edGrp="everyone"/>
            <w:sdt>
              <w:sdtPr>
                <w:alias w:val="Önceki karar no 2"/>
                <w:tag w:val="Önceki karar no 2"/>
                <w:id w:val="4183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832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833" w:edGrp="everyone"/>
            <w:sdt>
              <w:sdtPr>
                <w:alias w:val="Önceki karar 2"/>
                <w:tag w:val="Önceki karar 2"/>
                <w:id w:val="4183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83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834" w:edGrp="everyone"/>
            <w:sdt>
              <w:sdtPr>
                <w:alias w:val="Durum 2"/>
                <w:tag w:val="Durum 2"/>
                <w:id w:val="41833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834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835" w:edGrp="everyone"/>
            <w:sdt>
              <w:sdtPr>
                <w:alias w:val="Açıklama 2"/>
                <w:tag w:val="Açıklama 2"/>
                <w:id w:val="4183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835"/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836" w:edGrp="everyone"/>
            <w:sdt>
              <w:sdtPr>
                <w:alias w:val="Önceki karar no 3"/>
                <w:tag w:val="Önceki karar no 3"/>
                <w:id w:val="4183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836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837" w:edGrp="everyone"/>
            <w:sdt>
              <w:sdtPr>
                <w:alias w:val="Önceki karar 3"/>
                <w:tag w:val="Önceki karar 3"/>
                <w:id w:val="4183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83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838" w:edGrp="everyone"/>
            <w:sdt>
              <w:sdtPr>
                <w:alias w:val="Durum 3"/>
                <w:tag w:val="Durum 3"/>
                <w:id w:val="41837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838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839" w:edGrp="everyone"/>
            <w:sdt>
              <w:sdtPr>
                <w:alias w:val="Açıklama 3"/>
                <w:tag w:val="Açıklama 3"/>
                <w:id w:val="4183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839"/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840" w:edGrp="everyone"/>
            <w:sdt>
              <w:sdtPr>
                <w:alias w:val="Önceki karar no 4"/>
                <w:tag w:val="Önceki karar no 4"/>
                <w:id w:val="4183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840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841" w:edGrp="everyone"/>
            <w:sdt>
              <w:sdtPr>
                <w:alias w:val="Önceki karar 4"/>
                <w:tag w:val="Önceki karar 4"/>
                <w:id w:val="4184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84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842" w:edGrp="everyone"/>
            <w:sdt>
              <w:sdtPr>
                <w:alias w:val="Durum 4"/>
                <w:tag w:val="Durum 4"/>
                <w:id w:val="41841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842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843" w:edGrp="everyone"/>
            <w:sdt>
              <w:sdtPr>
                <w:alias w:val="Açıklama 4"/>
                <w:tag w:val="Açıklama 4"/>
                <w:id w:val="4184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843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GÜNDEM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9070"/>
      </w:tblGrid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844" w:edGrp="everyone"/>
            <w:sdt>
              <w:sdtPr>
                <w:alias w:val="Gündem maddesi 1"/>
                <w:tag w:val="Gündem maddesi 1"/>
                <w:id w:val="4184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844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845" w:edGrp="everyone"/>
            <w:sdt>
              <w:sdtPr>
                <w:alias w:val="Gündem maddesi 2"/>
                <w:tag w:val="Gündem maddesi 2"/>
                <w:id w:val="4184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845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846" w:edGrp="everyone"/>
            <w:sdt>
              <w:sdtPr>
                <w:alias w:val="Gündem maddesi 3"/>
                <w:tag w:val="Gündem maddesi 3"/>
                <w:id w:val="4184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846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847" w:edGrp="everyone"/>
            <w:sdt>
              <w:sdtPr>
                <w:alias w:val="Gündem maddesi 4"/>
                <w:tag w:val="Gündem maddesi 4"/>
                <w:id w:val="4184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847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848" w:edGrp="everyone"/>
            <w:sdt>
              <w:sdtPr>
                <w:alias w:val="Gündem maddesi 5"/>
                <w:tag w:val="Gündem maddesi 5"/>
                <w:id w:val="4184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848"/>
          </w:p>
        </w:tc>
      </w:tr>
    </w:tbl>
    <w:p>
      <w:pPr>
        <w:spacing w:before="0" w:after="0" w:line="80" w:lineRule="exact"/>
        <w:jc w:val="left"/>
      </w:pPr>
    </w:p>
    <w:p>
      <w:pPr>
        <w:keepNext/>
        <w:pageBreakBefore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PAYDAŞ GÖRÜŞ VE ÖNERİLERİ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267"/>
        <w:gridCol w:w="3685"/>
        <w:gridCol w:w="3685"/>
      </w:tblGrid>
      <w:tr>
        <w:trPr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Paydaş</w:t>
            </w:r>
          </w:p>
        </w:tc>
        <w:tc>
          <w:tcPr>
            <w:tcW w:type="dxa" w:w="368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Görüş / Öneri</w:t>
            </w:r>
          </w:p>
        </w:tc>
        <w:tc>
          <w:tcPr>
            <w:tcW w:type="dxa" w:w="368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Program / Birime Etkisi ve Alınacak Aksiyon</w:t>
            </w:r>
          </w:p>
        </w:tc>
      </w:tr>
      <w:tr>
        <w:trPr>
          <w:trHeight w:val="737" w:hRule="atLeast"/>
          <w:cantSplit/>
        </w:trPr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permStart w:id="849" w:edGrp="everyone"/>
            <w:sdt>
              <w:sdtPr>
                <w:alias w:val="Paydaş türü 1"/>
                <w:tag w:val="Paydaş türü 1"/>
                <w:id w:val="41848"/>
                <w:showingPlcHdr/>
                <w:dropDownList>
                  <w:listItem w:displayText="STK temsilcisi" w:value="STK temsilcisi"/>
                  <w:listItem w:displayText="Özel sektör temsilcisi" w:value="Özel sektör temsilcisi"/>
                  <w:listItem w:displayText="Kamu temsilcisi" w:value="Kamu temsilcisi"/>
                  <w:listItem w:displayText="Mezun" w:value="Mezun"/>
                  <w:listItem w:displayText="Öğrenci temsilcisi" w:value="Öğrenci temsilcisi"/>
                  <w:listItem w:displayText="Akademik personel" w:value="Akademik persone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849"/>
          </w:p>
          <w:p>
            <w:pPr>
              <w:spacing w:before="0" w:after="0" w:line="240" w:lineRule="auto"/>
              <w:jc w:val="left"/>
            </w:pPr>
            <w:permStart w:id="850" w:edGrp="everyone"/>
            <w:sdt>
              <w:sdtPr>
                <w:alias w:val="Paydaş adı 1"/>
                <w:tag w:val="Paydaş adı 1"/>
                <w:id w:val="4184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850"/>
          </w:p>
        </w:tc>
        <w:tc>
          <w:tcPr>
            <w:tcW w:type="dxa" w:w="3685"/>
            <w:vAlign w:val="top"/>
          </w:tcPr>
          <w:p>
            <w:pPr>
              <w:spacing w:before="0" w:after="0" w:line="240" w:lineRule="auto"/>
              <w:jc w:val="left"/>
            </w:pPr>
            <w:permStart w:id="851" w:edGrp="everyone"/>
            <w:sdt>
              <w:sdtPr>
                <w:alias w:val="Görüş öneri 1"/>
                <w:tag w:val="Görüş öneri 1"/>
                <w:id w:val="41850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851"/>
          </w:p>
        </w:tc>
        <w:tc>
          <w:tcPr>
            <w:tcW w:type="dxa" w:w="3685"/>
            <w:vAlign w:val="top"/>
          </w:tcPr>
          <w:p>
            <w:pPr>
              <w:spacing w:before="0" w:after="0" w:line="240" w:lineRule="auto"/>
              <w:jc w:val="left"/>
            </w:pPr>
            <w:permStart w:id="852" w:edGrp="everyone"/>
            <w:sdt>
              <w:sdtPr>
                <w:alias w:val="Aksiyon 1"/>
                <w:tag w:val="Aksiyon 1"/>
                <w:id w:val="41851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852"/>
          </w:p>
        </w:tc>
      </w:tr>
      <w:tr>
        <w:trPr>
          <w:trHeight w:val="737" w:hRule="atLeast"/>
          <w:cantSplit/>
        </w:trPr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permStart w:id="853" w:edGrp="everyone"/>
            <w:sdt>
              <w:sdtPr>
                <w:alias w:val="Paydaş türü 2"/>
                <w:tag w:val="Paydaş türü 2"/>
                <w:id w:val="41852"/>
                <w:showingPlcHdr/>
                <w:dropDownList>
                  <w:listItem w:displayText="STK temsilcisi" w:value="STK temsilcisi"/>
                  <w:listItem w:displayText="Özel sektör temsilcisi" w:value="Özel sektör temsilcisi"/>
                  <w:listItem w:displayText="Kamu temsilcisi" w:value="Kamu temsilcisi"/>
                  <w:listItem w:displayText="Mezun" w:value="Mezun"/>
                  <w:listItem w:displayText="Öğrenci temsilcisi" w:value="Öğrenci temsilcisi"/>
                  <w:listItem w:displayText="Akademik personel" w:value="Akademik persone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853"/>
          </w:p>
          <w:p>
            <w:pPr>
              <w:spacing w:before="0" w:after="0" w:line="240" w:lineRule="auto"/>
              <w:jc w:val="left"/>
            </w:pPr>
            <w:permStart w:id="854" w:edGrp="everyone"/>
            <w:sdt>
              <w:sdtPr>
                <w:alias w:val="Paydaş adı 2"/>
                <w:tag w:val="Paydaş adı 2"/>
                <w:id w:val="4185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854"/>
          </w:p>
        </w:tc>
        <w:tc>
          <w:tcPr>
            <w:tcW w:type="dxa" w:w="3685"/>
            <w:vAlign w:val="top"/>
          </w:tcPr>
          <w:p>
            <w:pPr>
              <w:spacing w:before="0" w:after="0" w:line="240" w:lineRule="auto"/>
              <w:jc w:val="left"/>
            </w:pPr>
            <w:permStart w:id="855" w:edGrp="everyone"/>
            <w:sdt>
              <w:sdtPr>
                <w:alias w:val="Görüş öneri 2"/>
                <w:tag w:val="Görüş öneri 2"/>
                <w:id w:val="41854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855"/>
          </w:p>
        </w:tc>
        <w:tc>
          <w:tcPr>
            <w:tcW w:type="dxa" w:w="3685"/>
            <w:vAlign w:val="top"/>
          </w:tcPr>
          <w:p>
            <w:pPr>
              <w:spacing w:before="0" w:after="0" w:line="240" w:lineRule="auto"/>
              <w:jc w:val="left"/>
            </w:pPr>
            <w:permStart w:id="856" w:edGrp="everyone"/>
            <w:sdt>
              <w:sdtPr>
                <w:alias w:val="Aksiyon 2"/>
                <w:tag w:val="Aksiyon 2"/>
                <w:id w:val="41855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856"/>
          </w:p>
        </w:tc>
      </w:tr>
      <w:tr>
        <w:trPr>
          <w:trHeight w:val="737" w:hRule="atLeast"/>
          <w:cantSplit/>
        </w:trPr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permStart w:id="857" w:edGrp="everyone"/>
            <w:sdt>
              <w:sdtPr>
                <w:alias w:val="Paydaş türü 3"/>
                <w:tag w:val="Paydaş türü 3"/>
                <w:id w:val="41856"/>
                <w:showingPlcHdr/>
                <w:dropDownList>
                  <w:listItem w:displayText="STK temsilcisi" w:value="STK temsilcisi"/>
                  <w:listItem w:displayText="Özel sektör temsilcisi" w:value="Özel sektör temsilcisi"/>
                  <w:listItem w:displayText="Kamu temsilcisi" w:value="Kamu temsilcisi"/>
                  <w:listItem w:displayText="Mezun" w:value="Mezun"/>
                  <w:listItem w:displayText="Öğrenci temsilcisi" w:value="Öğrenci temsilcisi"/>
                  <w:listItem w:displayText="Akademik personel" w:value="Akademik persone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857"/>
          </w:p>
          <w:p>
            <w:pPr>
              <w:spacing w:before="0" w:after="0" w:line="240" w:lineRule="auto"/>
              <w:jc w:val="left"/>
            </w:pPr>
            <w:permStart w:id="858" w:edGrp="everyone"/>
            <w:sdt>
              <w:sdtPr>
                <w:alias w:val="Paydaş adı 3"/>
                <w:tag w:val="Paydaş adı 3"/>
                <w:id w:val="4185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858"/>
          </w:p>
        </w:tc>
        <w:tc>
          <w:tcPr>
            <w:tcW w:type="dxa" w:w="3685"/>
            <w:vAlign w:val="top"/>
          </w:tcPr>
          <w:p>
            <w:pPr>
              <w:spacing w:before="0" w:after="0" w:line="240" w:lineRule="auto"/>
              <w:jc w:val="left"/>
            </w:pPr>
            <w:permStart w:id="859" w:edGrp="everyone"/>
            <w:sdt>
              <w:sdtPr>
                <w:alias w:val="Görüş öneri 3"/>
                <w:tag w:val="Görüş öneri 3"/>
                <w:id w:val="41858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859"/>
          </w:p>
        </w:tc>
        <w:tc>
          <w:tcPr>
            <w:tcW w:type="dxa" w:w="3685"/>
            <w:vAlign w:val="top"/>
          </w:tcPr>
          <w:p>
            <w:pPr>
              <w:spacing w:before="0" w:after="0" w:line="240" w:lineRule="auto"/>
              <w:jc w:val="left"/>
            </w:pPr>
            <w:permStart w:id="860" w:edGrp="everyone"/>
            <w:sdt>
              <w:sdtPr>
                <w:alias w:val="Aksiyon 3"/>
                <w:tag w:val="Aksiyon 3"/>
                <w:id w:val="41859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860"/>
          </w:p>
        </w:tc>
      </w:tr>
      <w:tr>
        <w:trPr>
          <w:trHeight w:val="737" w:hRule="atLeast"/>
          <w:cantSplit/>
        </w:trPr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permStart w:id="861" w:edGrp="everyone"/>
            <w:sdt>
              <w:sdtPr>
                <w:alias w:val="Paydaş türü 4"/>
                <w:tag w:val="Paydaş türü 4"/>
                <w:id w:val="41860"/>
                <w:showingPlcHdr/>
                <w:dropDownList>
                  <w:listItem w:displayText="STK temsilcisi" w:value="STK temsilcisi"/>
                  <w:listItem w:displayText="Özel sektör temsilcisi" w:value="Özel sektör temsilcisi"/>
                  <w:listItem w:displayText="Kamu temsilcisi" w:value="Kamu temsilcisi"/>
                  <w:listItem w:displayText="Mezun" w:value="Mezun"/>
                  <w:listItem w:displayText="Öğrenci temsilcisi" w:value="Öğrenci temsilcisi"/>
                  <w:listItem w:displayText="Akademik personel" w:value="Akademik persone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861"/>
          </w:p>
          <w:p>
            <w:pPr>
              <w:spacing w:before="0" w:after="0" w:line="240" w:lineRule="auto"/>
              <w:jc w:val="left"/>
            </w:pPr>
            <w:permStart w:id="862" w:edGrp="everyone"/>
            <w:sdt>
              <w:sdtPr>
                <w:alias w:val="Paydaş adı 4"/>
                <w:tag w:val="Paydaş adı 4"/>
                <w:id w:val="4186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862"/>
          </w:p>
        </w:tc>
        <w:tc>
          <w:tcPr>
            <w:tcW w:type="dxa" w:w="3685"/>
            <w:vAlign w:val="top"/>
          </w:tcPr>
          <w:p>
            <w:pPr>
              <w:spacing w:before="0" w:after="0" w:line="240" w:lineRule="auto"/>
              <w:jc w:val="left"/>
            </w:pPr>
            <w:permStart w:id="863" w:edGrp="everyone"/>
            <w:sdt>
              <w:sdtPr>
                <w:alias w:val="Görüş öneri 4"/>
                <w:tag w:val="Görüş öneri 4"/>
                <w:id w:val="41862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863"/>
          </w:p>
        </w:tc>
        <w:tc>
          <w:tcPr>
            <w:tcW w:type="dxa" w:w="3685"/>
            <w:vAlign w:val="top"/>
          </w:tcPr>
          <w:p>
            <w:pPr>
              <w:spacing w:before="0" w:after="0" w:line="240" w:lineRule="auto"/>
              <w:jc w:val="left"/>
            </w:pPr>
            <w:permStart w:id="864" w:edGrp="everyone"/>
            <w:sdt>
              <w:sdtPr>
                <w:alias w:val="Aksiyon 4"/>
                <w:tag w:val="Aksiyon 4"/>
                <w:id w:val="41863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864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GÖRÜŞMELER VE ALINAN KARARLAR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850"/>
        <w:gridCol w:w="3118"/>
        <w:gridCol w:w="2948"/>
        <w:gridCol w:w="1474"/>
        <w:gridCol w:w="1247"/>
      </w:tblGrid>
      <w:tr>
        <w:trPr>
          <w:cantSplit/>
        </w:trPr>
        <w:tc>
          <w:tcPr>
            <w:tcW w:type="dxa" w:w="85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Gündem No</w:t>
            </w:r>
          </w:p>
        </w:tc>
        <w:tc>
          <w:tcPr>
            <w:tcW w:type="dxa" w:w="311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Görüşme Özeti</w:t>
            </w:r>
          </w:p>
        </w:tc>
        <w:tc>
          <w:tcPr>
            <w:tcW w:type="dxa" w:w="294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Karar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Sorumlu</w:t>
            </w:r>
          </w:p>
        </w:tc>
        <w:tc>
          <w:tcPr>
            <w:tcW w:type="dxa" w:w="12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Termin</w:t>
            </w:r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865" w:edGrp="everyone"/>
            <w:sdt>
              <w:sdtPr>
                <w:alias w:val="Gündem no 1"/>
                <w:tag w:val="Gündem no 1"/>
                <w:id w:val="4186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865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866" w:edGrp="everyone"/>
            <w:sdt>
              <w:sdtPr>
                <w:alias w:val="Görüşme özeti 1"/>
                <w:tag w:val="Görüşme özeti 1"/>
                <w:id w:val="41865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866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867" w:edGrp="everyone"/>
            <w:sdt>
              <w:sdtPr>
                <w:alias w:val="Karar 1"/>
                <w:tag w:val="Karar 1"/>
                <w:id w:val="41866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867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868" w:edGrp="everyone"/>
            <w:sdt>
              <w:sdtPr>
                <w:alias w:val="Sorumlu 1"/>
                <w:tag w:val="Sorumlu 1"/>
                <w:id w:val="4186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868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869" w:edGrp="everyone"/>
            <w:sdt>
              <w:sdtPr>
                <w:alias w:val="Termin 1"/>
                <w:tag w:val="Termin 1"/>
                <w:id w:val="4186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869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870" w:edGrp="everyone"/>
            <w:sdt>
              <w:sdtPr>
                <w:alias w:val="Gündem no 2"/>
                <w:tag w:val="Gündem no 2"/>
                <w:id w:val="4186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870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871" w:edGrp="everyone"/>
            <w:sdt>
              <w:sdtPr>
                <w:alias w:val="Görüşme özeti 2"/>
                <w:tag w:val="Görüşme özeti 2"/>
                <w:id w:val="41870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871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872" w:edGrp="everyone"/>
            <w:sdt>
              <w:sdtPr>
                <w:alias w:val="Karar 2"/>
                <w:tag w:val="Karar 2"/>
                <w:id w:val="41871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872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873" w:edGrp="everyone"/>
            <w:sdt>
              <w:sdtPr>
                <w:alias w:val="Sorumlu 2"/>
                <w:tag w:val="Sorumlu 2"/>
                <w:id w:val="4187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873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874" w:edGrp="everyone"/>
            <w:sdt>
              <w:sdtPr>
                <w:alias w:val="Termin 2"/>
                <w:tag w:val="Termin 2"/>
                <w:id w:val="4187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874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875" w:edGrp="everyone"/>
            <w:sdt>
              <w:sdtPr>
                <w:alias w:val="Gündem no 3"/>
                <w:tag w:val="Gündem no 3"/>
                <w:id w:val="4187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875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876" w:edGrp="everyone"/>
            <w:sdt>
              <w:sdtPr>
                <w:alias w:val="Görüşme özeti 3"/>
                <w:tag w:val="Görüşme özeti 3"/>
                <w:id w:val="41875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876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877" w:edGrp="everyone"/>
            <w:sdt>
              <w:sdtPr>
                <w:alias w:val="Karar 3"/>
                <w:tag w:val="Karar 3"/>
                <w:id w:val="41876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877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878" w:edGrp="everyone"/>
            <w:sdt>
              <w:sdtPr>
                <w:alias w:val="Sorumlu 3"/>
                <w:tag w:val="Sorumlu 3"/>
                <w:id w:val="4187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878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879" w:edGrp="everyone"/>
            <w:sdt>
              <w:sdtPr>
                <w:alias w:val="Termin 3"/>
                <w:tag w:val="Termin 3"/>
                <w:id w:val="4187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879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880" w:edGrp="everyone"/>
            <w:sdt>
              <w:sdtPr>
                <w:alias w:val="Gündem no 4"/>
                <w:tag w:val="Gündem no 4"/>
                <w:id w:val="4187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880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881" w:edGrp="everyone"/>
            <w:sdt>
              <w:sdtPr>
                <w:alias w:val="Görüşme özeti 4"/>
                <w:tag w:val="Görüşme özeti 4"/>
                <w:id w:val="41880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881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882" w:edGrp="everyone"/>
            <w:sdt>
              <w:sdtPr>
                <w:alias w:val="Karar 4"/>
                <w:tag w:val="Karar 4"/>
                <w:id w:val="41881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882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883" w:edGrp="everyone"/>
            <w:sdt>
              <w:sdtPr>
                <w:alias w:val="Sorumlu 4"/>
                <w:tag w:val="Sorumlu 4"/>
                <w:id w:val="4188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883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884" w:edGrp="everyone"/>
            <w:sdt>
              <w:sdtPr>
                <w:alias w:val="Termin 4"/>
                <w:tag w:val="Termin 4"/>
                <w:id w:val="4188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884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885" w:edGrp="everyone"/>
            <w:sdt>
              <w:sdtPr>
                <w:alias w:val="Gündem no 5"/>
                <w:tag w:val="Gündem no 5"/>
                <w:id w:val="4188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885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886" w:edGrp="everyone"/>
            <w:sdt>
              <w:sdtPr>
                <w:alias w:val="Görüşme özeti 5"/>
                <w:tag w:val="Görüşme özeti 5"/>
                <w:id w:val="41885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886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887" w:edGrp="everyone"/>
            <w:sdt>
              <w:sdtPr>
                <w:alias w:val="Karar 5"/>
                <w:tag w:val="Karar 5"/>
                <w:id w:val="41886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887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888" w:edGrp="everyone"/>
            <w:sdt>
              <w:sdtPr>
                <w:alias w:val="Sorumlu 5"/>
                <w:tag w:val="Sorumlu 5"/>
                <w:id w:val="4188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888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889" w:edGrp="everyone"/>
            <w:sdt>
              <w:sdtPr>
                <w:alias w:val="Termin 5"/>
                <w:tag w:val="Termin 5"/>
                <w:id w:val="4188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889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7937"/>
      </w:tblGrid>
      <w:tr>
        <w:trPr>
          <w:trHeight w:val="680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Ek / Devamı</w:t>
            </w:r>
          </w:p>
        </w:tc>
        <w:tc>
          <w:tcPr>
            <w:tcW w:type="dxa" w:w="7937"/>
            <w:vAlign w:val="top"/>
          </w:tcPr>
          <w:p>
            <w:pPr>
              <w:spacing w:before="0" w:after="0" w:line="240" w:lineRule="auto"/>
              <w:jc w:val="left"/>
            </w:pPr>
            <w:permStart w:id="890" w:edGrp="everyone"/>
            <w:sdt>
              <w:sdtPr>
                <w:alias w:val="Ek / Devamı"/>
                <w:tag w:val="Ek / Devamı"/>
                <w:id w:val="41889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890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KALİTE BAĞLANTISI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8163"/>
      </w:tblGrid>
      <w:tr>
        <w:trPr>
          <w:trHeight w:val="31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YÖKAK alanı</w:t>
            </w:r>
          </w:p>
        </w:tc>
        <w:tc>
          <w:tcPr>
            <w:tcW w:type="dxa" w:w="8164"/>
            <w:vAlign w:val="center"/>
          </w:tcPr>
          <w:p>
            <w:pPr>
              <w:spacing w:before="0" w:after="0" w:line="240" w:lineRule="auto"/>
              <w:jc w:val="left"/>
            </w:pPr>
            <w:permStart w:id="891" w:edGrp="everyone"/>
            <w:sdt>
              <w:sdtPr>
                <w:alias w:val="A.1"/>
                <w:tag w:val="A.1"/>
                <w:id w:val="41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891"/>
            <w:r>
              <w:rPr>
                <w:sz w:val="17"/>
                <w:szCs w:val="17"/>
              </w:rPr>
              <w:t xml:space="preserve"> A.1   </w:t>
            </w:r>
            <w:permStart w:id="892" w:edGrp="everyone"/>
            <w:sdt>
              <w:sdtPr>
                <w:alias w:val="A.2"/>
                <w:tag w:val="A.2"/>
                <w:id w:val="41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892"/>
            <w:r>
              <w:rPr>
                <w:sz w:val="17"/>
                <w:szCs w:val="17"/>
              </w:rPr>
              <w:t xml:space="preserve"> A.2   </w:t>
            </w:r>
            <w:permStart w:id="893" w:edGrp="everyone"/>
            <w:sdt>
              <w:sdtPr>
                <w:alias w:val="A.3"/>
                <w:tag w:val="A.3"/>
                <w:id w:val="41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893"/>
            <w:r>
              <w:rPr>
                <w:sz w:val="17"/>
                <w:szCs w:val="17"/>
              </w:rPr>
              <w:t xml:space="preserve"> A.3   </w:t>
            </w:r>
            <w:permStart w:id="894" w:edGrp="everyone"/>
            <w:sdt>
              <w:sdtPr>
                <w:alias w:val="A.4"/>
                <w:tag w:val="A.4"/>
                <w:id w:val="41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894"/>
            <w:r>
              <w:rPr>
                <w:sz w:val="17"/>
                <w:szCs w:val="17"/>
              </w:rPr>
              <w:t xml:space="preserve"> A.4   </w:t>
            </w:r>
            <w:permStart w:id="895" w:edGrp="everyone"/>
            <w:sdt>
              <w:sdtPr>
                <w:alias w:val="A.5"/>
                <w:tag w:val="A.5"/>
                <w:id w:val="41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895"/>
            <w:r>
              <w:rPr>
                <w:sz w:val="17"/>
                <w:szCs w:val="17"/>
              </w:rPr>
              <w:t xml:space="preserve"> A.5   </w:t>
            </w:r>
            <w:permStart w:id="896" w:edGrp="everyone"/>
            <w:sdt>
              <w:sdtPr>
                <w:alias w:val="B"/>
                <w:tag w:val="B"/>
                <w:id w:val="41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896"/>
            <w:r>
              <w:rPr>
                <w:sz w:val="17"/>
                <w:szCs w:val="17"/>
              </w:rPr>
              <w:t xml:space="preserve"> B   </w:t>
            </w:r>
            <w:permStart w:id="897" w:edGrp="everyone"/>
            <w:sdt>
              <w:sdtPr>
                <w:alias w:val="C"/>
                <w:tag w:val="C"/>
                <w:id w:val="41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897"/>
            <w:r>
              <w:rPr>
                <w:sz w:val="17"/>
                <w:szCs w:val="17"/>
              </w:rPr>
              <w:t xml:space="preserve"> C   </w:t>
            </w:r>
            <w:permStart w:id="898" w:edGrp="everyone"/>
            <w:sdt>
              <w:sdtPr>
                <w:alias w:val="D"/>
                <w:tag w:val="D"/>
                <w:id w:val="41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898"/>
            <w:r>
              <w:rPr>
                <w:sz w:val="17"/>
                <w:szCs w:val="17"/>
              </w:rPr>
              <w:t xml:space="preserve"> D   </w:t>
            </w:r>
          </w:p>
        </w:tc>
      </w:tr>
      <w:tr>
        <w:trPr>
          <w:trHeight w:val="31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PUKÖ aşaması</w:t>
            </w:r>
          </w:p>
        </w:tc>
        <w:tc>
          <w:tcPr>
            <w:tcW w:type="dxa" w:w="8164"/>
            <w:vAlign w:val="center"/>
          </w:tcPr>
          <w:p>
            <w:pPr>
              <w:spacing w:before="0" w:after="0" w:line="240" w:lineRule="auto"/>
              <w:jc w:val="left"/>
            </w:pPr>
            <w:permStart w:id="899" w:edGrp="everyone"/>
            <w:sdt>
              <w:sdtPr>
                <w:alias w:val="Planla"/>
                <w:tag w:val="Planla"/>
                <w:id w:val="41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899"/>
            <w:r>
              <w:rPr>
                <w:sz w:val="17"/>
                <w:szCs w:val="17"/>
              </w:rPr>
              <w:t xml:space="preserve"> Planla   </w:t>
            </w:r>
            <w:permStart w:id="900" w:edGrp="everyone"/>
            <w:sdt>
              <w:sdtPr>
                <w:alias w:val="Uygula"/>
                <w:tag w:val="Uygula"/>
                <w:id w:val="41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900"/>
            <w:r>
              <w:rPr>
                <w:sz w:val="17"/>
                <w:szCs w:val="17"/>
              </w:rPr>
              <w:t xml:space="preserve"> Uygula   </w:t>
            </w:r>
            <w:permStart w:id="901" w:edGrp="everyone"/>
            <w:sdt>
              <w:sdtPr>
                <w:alias w:val="Kontrol Et"/>
                <w:tag w:val="Kontrol Et"/>
                <w:id w:val="4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901"/>
            <w:r>
              <w:rPr>
                <w:sz w:val="17"/>
                <w:szCs w:val="17"/>
              </w:rPr>
              <w:t xml:space="preserve"> Kontrol Et   </w:t>
            </w:r>
            <w:permStart w:id="902" w:edGrp="everyone"/>
            <w:sdt>
              <w:sdtPr>
                <w:alias w:val="Önlem Al"/>
                <w:tag w:val="Önlem Al"/>
                <w:id w:val="41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902"/>
            <w:r>
              <w:rPr>
                <w:sz w:val="17"/>
                <w:szCs w:val="17"/>
              </w:rPr>
              <w:t xml:space="preserve"> Önlem Al   </w:t>
            </w:r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381"/>
        <w:gridCol w:w="2437"/>
        <w:gridCol w:w="2381"/>
        <w:gridCol w:w="2437"/>
      </w:tblGrid>
      <w:tr>
        <w:trPr>
          <w:trHeight w:val="340" w:hRule="atLeast"/>
          <w:cantSplit/>
        </w:trPr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Bir Sonraki Toplantı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903" w:edGrp="everyone"/>
            <w:sdt>
              <w:sdtPr>
                <w:alias w:val="Sonraki toplantı tarihi"/>
                <w:tag w:val="Sonraki toplantı tarihi"/>
                <w:id w:val="4190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903"/>
          </w:p>
        </w:tc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EBYS / Karar No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904" w:edGrp="everyone"/>
            <w:sdt>
              <w:sdtPr>
                <w:alias w:val="EBYS karar no"/>
                <w:tag w:val="EBYS karar no"/>
                <w:id w:val="4190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</w:t>
                </w:r>
              </w:sdtContent>
            </w:sdt>
            <w:permEnd w:id="904"/>
          </w:p>
        </w:tc>
      </w:tr>
      <w:tr>
        <w:trPr>
          <w:trHeight w:val="340" w:hRule="atLeast"/>
          <w:cantSplit/>
        </w:trPr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Tutanak Kalite Komisyonuna İletildi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905" w:edGrp="everyone"/>
            <w:sdt>
              <w:sdtPr>
                <w:alias w:val="Kalite Komisyonuna iletim tarihi"/>
                <w:tag w:val="Kalite Komisyonuna iletim tarihi"/>
                <w:id w:val="4190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905"/>
          </w:p>
        </w:tc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Web Sitesinde Yayımlandı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906" w:edGrp="everyone"/>
            <w:sdt>
              <w:sdtPr>
                <w:alias w:val="Evet"/>
                <w:tag w:val="Evet"/>
                <w:id w:val="41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906"/>
            <w:r>
              <w:rPr>
                <w:sz w:val="17"/>
                <w:szCs w:val="17"/>
              </w:rPr>
              <w:t xml:space="preserve"> Evet   </w:t>
            </w:r>
            <w:permStart w:id="907" w:edGrp="everyone"/>
            <w:sdt>
              <w:sdtPr>
                <w:alias w:val="Hayır"/>
                <w:tag w:val="Hayır"/>
                <w:id w:val="41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907"/>
            <w:r>
              <w:rPr>
                <w:sz w:val="17"/>
                <w:szCs w:val="17"/>
              </w:rPr>
              <w:t xml:space="preserve"> Hayır   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5"/>
          <w:szCs w:val="15"/>
        </w:rPr>
        <w:t xml:space="preserve">Tutanak, toplantı tarihinden itibaren en geç 7 iş günü içinde düzenlenir, katılımcılarca imzalanır, EBYS'ye işlenir ve Birim Kalite Sorumlusuna iletilir. Kişisel verileri içeren bölümler web sitesinde yayımlanmaz (KVKK).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Kurul Başkanı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Raportör</w:t>
            </w:r>
          </w:p>
        </w:tc>
      </w:tr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908" w:edGrp="everyone"/>
            <w:sdt>
              <w:sdtPr>
                <w:alias w:val="Kurul Başkanı Adı Soyadı"/>
                <w:tag w:val="Kurul Başkanı Adı Soyadı"/>
                <w:id w:val="4190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908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909" w:edGrp="everyone"/>
            <w:sdt>
              <w:sdtPr>
                <w:alias w:val="Raportör Adı Soyadı"/>
                <w:tag w:val="Raportör Adı Soyadı"/>
                <w:id w:val="4190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909"/>
          </w:p>
        </w:tc>
      </w:tr>
      <w:tr>
        <w:trPr>
          <w:trHeight w:val="850" w:hRule="atLeast"/>
          <w:cantSplit/>
        </w:trPr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pageBreakBefore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KATILIMCILAR DEVAM SAYFASI (Katılımcı sayısı ilk sayfadaki satırları aşarsa kullanılır)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814"/>
        <w:gridCol w:w="3004"/>
        <w:gridCol w:w="1927"/>
        <w:gridCol w:w="2891"/>
      </w:tblGrid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Kurul / Komisyon</w:t>
            </w:r>
          </w:p>
        </w:tc>
        <w:tc>
          <w:tcPr>
            <w:tcW w:type="dxa" w:w="782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910" w:edGrp="everyone"/>
            <w:sdt>
              <w:sdtPr>
                <w:alias w:val="Program adı"/>
                <w:tag w:val="Program adı"/>
                <w:id w:val="4190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910"/>
            <w:r>
              <w:rPr>
                <w:sz w:val="18"/>
                <w:szCs w:val="18"/>
              </w:rPr>
              <w:t xml:space="preserve"> Programı Danışma Kurulu</w:t>
            </w:r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No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911" w:edGrp="everyone"/>
            <w:sdt>
              <w:sdtPr>
                <w:alias w:val="Devam toplantı no"/>
                <w:tag w:val="Devam toplantı no"/>
                <w:id w:val="4191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911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Tarihi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912" w:edGrp="everyone"/>
            <w:sdt>
              <w:sdtPr>
                <w:alias w:val="Devam toplantı tarihi"/>
                <w:tag w:val="Devam toplantı tarihi"/>
                <w:id w:val="4191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912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KATILIMCILAR (DEVAM)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2834"/>
        <w:gridCol w:w="2607"/>
        <w:gridCol w:w="1474"/>
        <w:gridCol w:w="2154"/>
      </w:tblGrid>
      <w:tr>
        <w:trPr>
          <w:trHeight w:val="453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Adı Soyadı</w:t>
            </w:r>
          </w:p>
        </w:tc>
        <w:tc>
          <w:tcPr>
            <w:tcW w:type="dxa" w:w="260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Unvan / Görev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Katılım</w:t>
            </w:r>
          </w:p>
        </w:tc>
        <w:tc>
          <w:tcPr>
            <w:tcW w:type="dxa" w:w="215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İmza</w:t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13" w:edGrp="everyone"/>
            <w:sdt>
              <w:sdtPr>
                <w:alias w:val="Katılımcı 11"/>
                <w:tag w:val="Katılımcı 11"/>
                <w:id w:val="4191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91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914" w:edGrp="everyone"/>
            <w:sdt>
              <w:sdtPr>
                <w:alias w:val="Görev 11"/>
                <w:tag w:val="Görev 11"/>
                <w:id w:val="419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91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915" w:edGrp="everyone"/>
            <w:sdt>
              <w:sdtPr>
                <w:alias w:val="Katılım 11"/>
                <w:tag w:val="Katılım 11"/>
                <w:id w:val="4191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1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16" w:edGrp="everyone"/>
            <w:sdt>
              <w:sdtPr>
                <w:alias w:val="Katılımcı 12"/>
                <w:tag w:val="Katılımcı 12"/>
                <w:id w:val="4191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91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917" w:edGrp="everyone"/>
            <w:sdt>
              <w:sdtPr>
                <w:alias w:val="Görev 12"/>
                <w:tag w:val="Görev 12"/>
                <w:id w:val="4191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91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918" w:edGrp="everyone"/>
            <w:sdt>
              <w:sdtPr>
                <w:alias w:val="Katılım 12"/>
                <w:tag w:val="Katılım 12"/>
                <w:id w:val="4191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1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19" w:edGrp="everyone"/>
            <w:sdt>
              <w:sdtPr>
                <w:alias w:val="Katılımcı 13"/>
                <w:tag w:val="Katılımcı 13"/>
                <w:id w:val="419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91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920" w:edGrp="everyone"/>
            <w:sdt>
              <w:sdtPr>
                <w:alias w:val="Görev 13"/>
                <w:tag w:val="Görev 13"/>
                <w:id w:val="419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92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921" w:edGrp="everyone"/>
            <w:sdt>
              <w:sdtPr>
                <w:alias w:val="Katılım 13"/>
                <w:tag w:val="Katılım 13"/>
                <w:id w:val="4192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2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22" w:edGrp="everyone"/>
            <w:sdt>
              <w:sdtPr>
                <w:alias w:val="Katılımcı 14"/>
                <w:tag w:val="Katılımcı 14"/>
                <w:id w:val="4192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92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923" w:edGrp="everyone"/>
            <w:sdt>
              <w:sdtPr>
                <w:alias w:val="Görev 14"/>
                <w:tag w:val="Görev 14"/>
                <w:id w:val="4192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92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924" w:edGrp="everyone"/>
            <w:sdt>
              <w:sdtPr>
                <w:alias w:val="Katılım 14"/>
                <w:tag w:val="Katılım 14"/>
                <w:id w:val="4192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2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25" w:edGrp="everyone"/>
            <w:sdt>
              <w:sdtPr>
                <w:alias w:val="Katılımcı 15"/>
                <w:tag w:val="Katılımcı 15"/>
                <w:id w:val="419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92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926" w:edGrp="everyone"/>
            <w:sdt>
              <w:sdtPr>
                <w:alias w:val="Görev 15"/>
                <w:tag w:val="Görev 15"/>
                <w:id w:val="4192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92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927" w:edGrp="everyone"/>
            <w:sdt>
              <w:sdtPr>
                <w:alias w:val="Katılım 15"/>
                <w:tag w:val="Katılım 15"/>
                <w:id w:val="4192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2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28" w:edGrp="everyone"/>
            <w:sdt>
              <w:sdtPr>
                <w:alias w:val="Katılımcı 16"/>
                <w:tag w:val="Katılımcı 16"/>
                <w:id w:val="4192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92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929" w:edGrp="everyone"/>
            <w:sdt>
              <w:sdtPr>
                <w:alias w:val="Görev 16"/>
                <w:tag w:val="Görev 16"/>
                <w:id w:val="4192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92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930" w:edGrp="everyone"/>
            <w:sdt>
              <w:sdtPr>
                <w:alias w:val="Katılım 16"/>
                <w:tag w:val="Katılım 16"/>
                <w:id w:val="4192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3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31" w:edGrp="everyone"/>
            <w:sdt>
              <w:sdtPr>
                <w:alias w:val="Katılımcı 17"/>
                <w:tag w:val="Katılımcı 17"/>
                <w:id w:val="4193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93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932" w:edGrp="everyone"/>
            <w:sdt>
              <w:sdtPr>
                <w:alias w:val="Görev 17"/>
                <w:tag w:val="Görev 17"/>
                <w:id w:val="4193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93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933" w:edGrp="everyone"/>
            <w:sdt>
              <w:sdtPr>
                <w:alias w:val="Katılım 17"/>
                <w:tag w:val="Katılım 17"/>
                <w:id w:val="4193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3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34" w:edGrp="everyone"/>
            <w:sdt>
              <w:sdtPr>
                <w:alias w:val="Katılımcı 18"/>
                <w:tag w:val="Katılımcı 18"/>
                <w:id w:val="4193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93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935" w:edGrp="everyone"/>
            <w:sdt>
              <w:sdtPr>
                <w:alias w:val="Görev 18"/>
                <w:tag w:val="Görev 18"/>
                <w:id w:val="4193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93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936" w:edGrp="everyone"/>
            <w:sdt>
              <w:sdtPr>
                <w:alias w:val="Katılım 18"/>
                <w:tag w:val="Katılım 18"/>
                <w:id w:val="4193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3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37" w:edGrp="everyone"/>
            <w:sdt>
              <w:sdtPr>
                <w:alias w:val="Katılımcı 19"/>
                <w:tag w:val="Katılımcı 19"/>
                <w:id w:val="4193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93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938" w:edGrp="everyone"/>
            <w:sdt>
              <w:sdtPr>
                <w:alias w:val="Görev 19"/>
                <w:tag w:val="Görev 19"/>
                <w:id w:val="4193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93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939" w:edGrp="everyone"/>
            <w:sdt>
              <w:sdtPr>
                <w:alias w:val="Katılım 19"/>
                <w:tag w:val="Katılım 19"/>
                <w:id w:val="4193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3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40" w:edGrp="everyone"/>
            <w:sdt>
              <w:sdtPr>
                <w:alias w:val="Katılımcı 20"/>
                <w:tag w:val="Katılımcı 20"/>
                <w:id w:val="4193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94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941" w:edGrp="everyone"/>
            <w:sdt>
              <w:sdtPr>
                <w:alias w:val="Görev 20"/>
                <w:tag w:val="Görev 20"/>
                <w:id w:val="4194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94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942" w:edGrp="everyone"/>
            <w:sdt>
              <w:sdtPr>
                <w:alias w:val="Katılım 20"/>
                <w:tag w:val="Katılım 20"/>
                <w:id w:val="4194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4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43" w:edGrp="everyone"/>
            <w:sdt>
              <w:sdtPr>
                <w:alias w:val="Katılımcı 21"/>
                <w:tag w:val="Katılımcı 21"/>
                <w:id w:val="4194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94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944" w:edGrp="everyone"/>
            <w:sdt>
              <w:sdtPr>
                <w:alias w:val="Görev 21"/>
                <w:tag w:val="Görev 21"/>
                <w:id w:val="4194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94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945" w:edGrp="everyone"/>
            <w:sdt>
              <w:sdtPr>
                <w:alias w:val="Katılım 21"/>
                <w:tag w:val="Katılım 21"/>
                <w:id w:val="4194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4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46" w:edGrp="everyone"/>
            <w:sdt>
              <w:sdtPr>
                <w:alias w:val="Katılımcı 22"/>
                <w:tag w:val="Katılımcı 22"/>
                <w:id w:val="4194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94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947" w:edGrp="everyone"/>
            <w:sdt>
              <w:sdtPr>
                <w:alias w:val="Görev 22"/>
                <w:tag w:val="Görev 22"/>
                <w:id w:val="4194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94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948" w:edGrp="everyone"/>
            <w:sdt>
              <w:sdtPr>
                <w:alias w:val="Katılım 22"/>
                <w:tag w:val="Katılım 22"/>
                <w:id w:val="4194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4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49" w:edGrp="everyone"/>
            <w:sdt>
              <w:sdtPr>
                <w:alias w:val="Katılımcı 23"/>
                <w:tag w:val="Katılımcı 23"/>
                <w:id w:val="4194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94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950" w:edGrp="everyone"/>
            <w:sdt>
              <w:sdtPr>
                <w:alias w:val="Görev 23"/>
                <w:tag w:val="Görev 23"/>
                <w:id w:val="4194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95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951" w:edGrp="everyone"/>
            <w:sdt>
              <w:sdtPr>
                <w:alias w:val="Katılım 23"/>
                <w:tag w:val="Katılım 23"/>
                <w:id w:val="4195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5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52" w:edGrp="everyone"/>
            <w:sdt>
              <w:sdtPr>
                <w:alias w:val="Katılımcı 24"/>
                <w:tag w:val="Katılımcı 24"/>
                <w:id w:val="4195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95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953" w:edGrp="everyone"/>
            <w:sdt>
              <w:sdtPr>
                <w:alias w:val="Görev 24"/>
                <w:tag w:val="Görev 24"/>
                <w:id w:val="4195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95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954" w:edGrp="everyone"/>
            <w:sdt>
              <w:sdtPr>
                <w:alias w:val="Katılım 24"/>
                <w:tag w:val="Katılım 24"/>
                <w:id w:val="4195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5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55" w:edGrp="everyone"/>
            <w:sdt>
              <w:sdtPr>
                <w:alias w:val="Katılımcı 25"/>
                <w:tag w:val="Katılımcı 25"/>
                <w:id w:val="4195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95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956" w:edGrp="everyone"/>
            <w:sdt>
              <w:sdtPr>
                <w:alias w:val="Görev 25"/>
                <w:tag w:val="Görev 25"/>
                <w:id w:val="4195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95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957" w:edGrp="everyone"/>
            <w:sdt>
              <w:sdtPr>
                <w:alias w:val="Katılım 25"/>
                <w:tag w:val="Katılım 25"/>
                <w:id w:val="4195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5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58" w:edGrp="everyone"/>
            <w:sdt>
              <w:sdtPr>
                <w:alias w:val="Katılımcı 26"/>
                <w:tag w:val="Katılımcı 26"/>
                <w:id w:val="4195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95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959" w:edGrp="everyone"/>
            <w:sdt>
              <w:sdtPr>
                <w:alias w:val="Görev 26"/>
                <w:tag w:val="Görev 26"/>
                <w:id w:val="4195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95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960" w:edGrp="everyone"/>
            <w:sdt>
              <w:sdtPr>
                <w:alias w:val="Katılım 26"/>
                <w:tag w:val="Katılım 26"/>
                <w:id w:val="4195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6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61" w:edGrp="everyone"/>
            <w:sdt>
              <w:sdtPr>
                <w:alias w:val="Katılımcı 27"/>
                <w:tag w:val="Katılımcı 27"/>
                <w:id w:val="4196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96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962" w:edGrp="everyone"/>
            <w:sdt>
              <w:sdtPr>
                <w:alias w:val="Görev 27"/>
                <w:tag w:val="Görev 27"/>
                <w:id w:val="4196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96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963" w:edGrp="everyone"/>
            <w:sdt>
              <w:sdtPr>
                <w:alias w:val="Katılım 27"/>
                <w:tag w:val="Katılım 27"/>
                <w:id w:val="4196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6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64" w:edGrp="everyone"/>
            <w:sdt>
              <w:sdtPr>
                <w:alias w:val="Katılımcı 28"/>
                <w:tag w:val="Katılımcı 28"/>
                <w:id w:val="4196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96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965" w:edGrp="everyone"/>
            <w:sdt>
              <w:sdtPr>
                <w:alias w:val="Görev 28"/>
                <w:tag w:val="Görev 28"/>
                <w:id w:val="4196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96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966" w:edGrp="everyone"/>
            <w:sdt>
              <w:sdtPr>
                <w:alias w:val="Katılım 28"/>
                <w:tag w:val="Katılım 28"/>
                <w:id w:val="4196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6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67" w:edGrp="everyone"/>
            <w:sdt>
              <w:sdtPr>
                <w:alias w:val="Katılımcı 29"/>
                <w:tag w:val="Katılımcı 29"/>
                <w:id w:val="4196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96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968" w:edGrp="everyone"/>
            <w:sdt>
              <w:sdtPr>
                <w:alias w:val="Görev 29"/>
                <w:tag w:val="Görev 29"/>
                <w:id w:val="4196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96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969" w:edGrp="everyone"/>
            <w:sdt>
              <w:sdtPr>
                <w:alias w:val="Katılım 29"/>
                <w:tag w:val="Katılım 29"/>
                <w:id w:val="4196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6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70" w:edGrp="everyone"/>
            <w:sdt>
              <w:sdtPr>
                <w:alias w:val="Katılımcı 30"/>
                <w:tag w:val="Katılımcı 30"/>
                <w:id w:val="4196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97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971" w:edGrp="everyone"/>
            <w:sdt>
              <w:sdtPr>
                <w:alias w:val="Görev 30"/>
                <w:tag w:val="Görev 30"/>
                <w:id w:val="4197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97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972" w:edGrp="everyone"/>
            <w:sdt>
              <w:sdtPr>
                <w:alias w:val="Katılım 30"/>
                <w:tag w:val="Katılım 30"/>
                <w:id w:val="4197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7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73" w:edGrp="everyone"/>
            <w:sdt>
              <w:sdtPr>
                <w:alias w:val="Katılımcı 31"/>
                <w:tag w:val="Katılımcı 31"/>
                <w:id w:val="4197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97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974" w:edGrp="everyone"/>
            <w:sdt>
              <w:sdtPr>
                <w:alias w:val="Görev 31"/>
                <w:tag w:val="Görev 31"/>
                <w:id w:val="4197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97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975" w:edGrp="everyone"/>
            <w:sdt>
              <w:sdtPr>
                <w:alias w:val="Katılım 31"/>
                <w:tag w:val="Katılım 31"/>
                <w:id w:val="4197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7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76" w:edGrp="everyone"/>
            <w:sdt>
              <w:sdtPr>
                <w:alias w:val="Katılımcı 32"/>
                <w:tag w:val="Katılımcı 32"/>
                <w:id w:val="4197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97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977" w:edGrp="everyone"/>
            <w:sdt>
              <w:sdtPr>
                <w:alias w:val="Görev 32"/>
                <w:tag w:val="Görev 32"/>
                <w:id w:val="4197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97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978" w:edGrp="everyone"/>
            <w:sdt>
              <w:sdtPr>
                <w:alias w:val="Katılım 32"/>
                <w:tag w:val="Katılım 32"/>
                <w:id w:val="4197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7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79" w:edGrp="everyone"/>
            <w:sdt>
              <w:sdtPr>
                <w:alias w:val="Katılımcı 33"/>
                <w:tag w:val="Katılımcı 33"/>
                <w:id w:val="4197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97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980" w:edGrp="everyone"/>
            <w:sdt>
              <w:sdtPr>
                <w:alias w:val="Görev 33"/>
                <w:tag w:val="Görev 33"/>
                <w:id w:val="4197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98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981" w:edGrp="everyone"/>
            <w:sdt>
              <w:sdtPr>
                <w:alias w:val="Katılım 33"/>
                <w:tag w:val="Katılım 33"/>
                <w:id w:val="4198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8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82" w:edGrp="everyone"/>
            <w:sdt>
              <w:sdtPr>
                <w:alias w:val="Katılımcı 34"/>
                <w:tag w:val="Katılımcı 34"/>
                <w:id w:val="4198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98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983" w:edGrp="everyone"/>
            <w:sdt>
              <w:sdtPr>
                <w:alias w:val="Görev 34"/>
                <w:tag w:val="Görev 34"/>
                <w:id w:val="4198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98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984" w:edGrp="everyone"/>
            <w:sdt>
              <w:sdtPr>
                <w:alias w:val="Katılım 34"/>
                <w:tag w:val="Katılım 34"/>
                <w:id w:val="4198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8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5"/>
          <w:szCs w:val="15"/>
        </w:rPr>
        <w:t xml:space="preserve">Bu sayfa, ilk sayfadaki katılımcı tablosunun devamıdır ve tutanağın ayrılmaz parçasıdır. Gerekirse bu sayfa çoğaltılarak kullanılır. Toplam üye sayısı ve toplantı yeter sayısı ilk sayfadaki alanlara işlenir.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HTMYO-KFRM-305  |  Program Danışma Kurulu Toplantı Tutanağı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HTMYO-KFRM-305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Danışma Kurulu Toplantı Tutanağı</dc:title>
  <dc:subject>HTMYO-KFRM-305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