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KOMISYON VE KOORDINATÖRLÜK TOPLANTI TUTANAĞI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169" w:edGrp="everyone"/>
            <w:sdt>
              <w:sdtPr>
                <w:alias w:val="Komisyon"/>
                <w:tag w:val="Komisyon"/>
                <w:id w:val="42168"/>
                <w:showingPlcHdr/>
                <w:dropDownList>
                  <w:listItem w:displayText="Birim Ar-Ge Komisyonu" w:value="Birim Ar-Ge Komisyonu"/>
                  <w:listItem w:displayText="Maddi Hata İnceleme Komisyonu" w:value="Maddi Hata İnceleme Komisyonu"/>
                  <w:listItem w:displayText="Mezuniyet Komisyonu" w:value="Mezuniyet Komisyonu"/>
                  <w:listItem w:displayText="Muafiyet ve İntibak Komisyonu" w:value="Muafiyet ve İntibak Komisyonu"/>
                  <w:listItem w:displayText="Staj Komisyonu" w:value="Staj Komisyonu"/>
                  <w:listItem w:displayText="Akademik Teşvik Başvuru ve İzleme Komisyonu" w:value="Akademik Teşvik Başvuru ve İzleme Komisyonu"/>
                  <w:listItem w:displayText="AKTS Koordinatörlüğü" w:value="AKTS Koordinatörlüğü"/>
                  <w:listItem w:displayText="Burs Komisyonu" w:value="Burs Komisyonu"/>
                  <w:listItem w:displayText="Bağımlılıkla Mücadele Komisyonu" w:value="Bağımlılıkla Mücadele Komisyonu"/>
                  <w:listItem w:displayText="Diğer komisyon / koordinatörlük" w:value="Diğer komisyon / koordinatörlük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169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170" w:edGrp="everyone"/>
            <w:sdt>
              <w:sdtPr>
                <w:alias w:val="Toplantı No"/>
                <w:tag w:val="Toplantı No"/>
                <w:id w:val="421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170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171" w:edGrp="everyone"/>
            <w:sdt>
              <w:sdtPr>
                <w:alias w:val="Toplantı Tarihi"/>
                <w:tag w:val="Toplantı Tarihi"/>
                <w:id w:val="42170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1171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Yeri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172" w:edGrp="everyone"/>
            <w:sdt>
              <w:sdtPr>
                <w:alias w:val="Toplantı yeri"/>
                <w:tag w:val="Toplantı yeri"/>
                <w:id w:val="4217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72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Başlama / Bitiş Saati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173" w:edGrp="everyone"/>
            <w:sdt>
              <w:sdtPr>
                <w:alias w:val="Başlama saati"/>
                <w:tag w:val="Başlama saati"/>
                <w:id w:val="4217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173"/>
            <w:r>
              <w:rPr>
                <w:sz w:val="18"/>
                <w:szCs w:val="18"/>
              </w:rPr>
              <w:t xml:space="preserve">  /  </w:t>
            </w:r>
            <w:permStart w:id="1174" w:edGrp="everyone"/>
            <w:sdt>
              <w:sdtPr>
                <w:alias w:val="Bitiş saati"/>
                <w:tag w:val="Bitiş saati"/>
                <w:id w:val="4217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174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Toplantıyı Yöneten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175" w:edGrp="everyone"/>
            <w:sdt>
              <w:sdtPr>
                <w:alias w:val="Toplantıyı yöneten"/>
                <w:tag w:val="Toplantıyı yöneten"/>
                <w:id w:val="4217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75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Tutanağı Yazan (Raportör)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176" w:edGrp="everyone"/>
            <w:sdt>
              <w:sdtPr>
                <w:alias w:val="Raportör"/>
                <w:tag w:val="Raportör"/>
                <w:id w:val="4217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76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328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77" w:edGrp="everyone"/>
            <w:sdt>
              <w:sdtPr>
                <w:alias w:val="Katılımcı 1"/>
                <w:tag w:val="Katılımcı 1"/>
                <w:id w:val="421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7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78" w:edGrp="everyone"/>
            <w:sdt>
              <w:sdtPr>
                <w:alias w:val="Görev 1"/>
                <w:tag w:val="Görev 1"/>
                <w:id w:val="421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7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79" w:edGrp="everyone"/>
            <w:sdt>
              <w:sdtPr>
                <w:alias w:val="Katılım 1"/>
                <w:tag w:val="Katılım 1"/>
                <w:id w:val="4217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7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80" w:edGrp="everyone"/>
            <w:sdt>
              <w:sdtPr>
                <w:alias w:val="Katılımcı 2"/>
                <w:tag w:val="Katılımcı 2"/>
                <w:id w:val="421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8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81" w:edGrp="everyone"/>
            <w:sdt>
              <w:sdtPr>
                <w:alias w:val="Görev 2"/>
                <w:tag w:val="Görev 2"/>
                <w:id w:val="421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8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82" w:edGrp="everyone"/>
            <w:sdt>
              <w:sdtPr>
                <w:alias w:val="Katılım 2"/>
                <w:tag w:val="Katılım 2"/>
                <w:id w:val="4218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8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83" w:edGrp="everyone"/>
            <w:sdt>
              <w:sdtPr>
                <w:alias w:val="Katılımcı 3"/>
                <w:tag w:val="Katılımcı 3"/>
                <w:id w:val="421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8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84" w:edGrp="everyone"/>
            <w:sdt>
              <w:sdtPr>
                <w:alias w:val="Görev 3"/>
                <w:tag w:val="Görev 3"/>
                <w:id w:val="421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8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85" w:edGrp="everyone"/>
            <w:sdt>
              <w:sdtPr>
                <w:alias w:val="Katılım 3"/>
                <w:tag w:val="Katılım 3"/>
                <w:id w:val="4218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8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86" w:edGrp="everyone"/>
            <w:sdt>
              <w:sdtPr>
                <w:alias w:val="Katılımcı 4"/>
                <w:tag w:val="Katılımcı 4"/>
                <w:id w:val="421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8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87" w:edGrp="everyone"/>
            <w:sdt>
              <w:sdtPr>
                <w:alias w:val="Görev 4"/>
                <w:tag w:val="Görev 4"/>
                <w:id w:val="421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8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88" w:edGrp="everyone"/>
            <w:sdt>
              <w:sdtPr>
                <w:alias w:val="Katılım 4"/>
                <w:tag w:val="Katılım 4"/>
                <w:id w:val="4218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8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89" w:edGrp="everyone"/>
            <w:sdt>
              <w:sdtPr>
                <w:alias w:val="Katılımcı 5"/>
                <w:tag w:val="Katılımcı 5"/>
                <w:id w:val="421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8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90" w:edGrp="everyone"/>
            <w:sdt>
              <w:sdtPr>
                <w:alias w:val="Görev 5"/>
                <w:tag w:val="Görev 5"/>
                <w:id w:val="421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9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91" w:edGrp="everyone"/>
            <w:sdt>
              <w:sdtPr>
                <w:alias w:val="Katılım 5"/>
                <w:tag w:val="Katılım 5"/>
                <w:id w:val="4219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9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92" w:edGrp="everyone"/>
            <w:sdt>
              <w:sdtPr>
                <w:alias w:val="Katılımcı 6"/>
                <w:tag w:val="Katılımcı 6"/>
                <w:id w:val="421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9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93" w:edGrp="everyone"/>
            <w:sdt>
              <w:sdtPr>
                <w:alias w:val="Görev 6"/>
                <w:tag w:val="Görev 6"/>
                <w:id w:val="421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9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94" w:edGrp="everyone"/>
            <w:sdt>
              <w:sdtPr>
                <w:alias w:val="Katılım 6"/>
                <w:tag w:val="Katılım 6"/>
                <w:id w:val="4219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9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95" w:edGrp="everyone"/>
            <w:sdt>
              <w:sdtPr>
                <w:alias w:val="Katılımcı 7"/>
                <w:tag w:val="Katılımcı 7"/>
                <w:id w:val="421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9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96" w:edGrp="everyone"/>
            <w:sdt>
              <w:sdtPr>
                <w:alias w:val="Görev 7"/>
                <w:tag w:val="Görev 7"/>
                <w:id w:val="421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9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97" w:edGrp="everyone"/>
            <w:sdt>
              <w:sdtPr>
                <w:alias w:val="Katılım 7"/>
                <w:tag w:val="Katılım 7"/>
                <w:id w:val="4219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9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98" w:edGrp="everyone"/>
            <w:sdt>
              <w:sdtPr>
                <w:alias w:val="Katılımcı 8"/>
                <w:tag w:val="Katılımcı 8"/>
                <w:id w:val="421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9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99" w:edGrp="everyone"/>
            <w:sdt>
              <w:sdtPr>
                <w:alias w:val="Görev 8"/>
                <w:tag w:val="Görev 8"/>
                <w:id w:val="421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9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200" w:edGrp="everyone"/>
            <w:sdt>
              <w:sdtPr>
                <w:alias w:val="Katılım 8"/>
                <w:tag w:val="Katılım 8"/>
                <w:id w:val="4219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0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040"/>
        <w:gridCol w:w="1247"/>
        <w:gridCol w:w="2040"/>
        <w:gridCol w:w="1247"/>
        <w:gridCol w:w="2040"/>
        <w:gridCol w:w="1020"/>
      </w:tblGrid>
      <w:tr>
        <w:trPr>
          <w:trHeight w:val="311" w:hRule="atLeast"/>
          <w:cantSplit/>
        </w:trPr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Toplam Üye Sayısı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201" w:edGrp="everyone"/>
            <w:sdt>
              <w:sdtPr>
                <w:alias w:val="Toplam üye"/>
                <w:tag w:val="Toplam üye"/>
                <w:id w:val="422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01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Toplantıya Katılan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202" w:edGrp="everyone"/>
            <w:sdt>
              <w:sdtPr>
                <w:alias w:val="Katılan"/>
                <w:tag w:val="Katılan"/>
                <w:id w:val="422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02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 Yeter Sayısı</w:t>
            </w:r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203" w:edGrp="everyone"/>
            <w:sdt>
              <w:sdtPr>
                <w:alias w:val="Yeter sayı"/>
                <w:tag w:val="Yeter sayı"/>
                <w:id w:val="42202"/>
                <w:showingPlcHdr/>
                <w:dropDownList>
                  <w:listItem w:displayText="Sağlandı" w:value="Sağlandı"/>
                  <w:listItem w:displayText="Sağlanamadı" w:value="Sağlana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03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ÖNCEKİ TOPLANTI KARARLARININ DURUMU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020"/>
        <w:gridCol w:w="4195"/>
        <w:gridCol w:w="1474"/>
        <w:gridCol w:w="2948"/>
      </w:tblGrid>
      <w:tr>
        <w:trPr>
          <w:trHeight w:val="328" w:hRule="atLeast"/>
          <w:cantSplit/>
        </w:trPr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 No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Durum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204" w:edGrp="everyone"/>
            <w:sdt>
              <w:sdtPr>
                <w:alias w:val="Önceki karar no 1"/>
                <w:tag w:val="Önceki karar no 1"/>
                <w:id w:val="422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0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205" w:edGrp="everyone"/>
            <w:sdt>
              <w:sdtPr>
                <w:alias w:val="Önceki karar 1"/>
                <w:tag w:val="Önceki karar 1"/>
                <w:id w:val="422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0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206" w:edGrp="everyone"/>
            <w:sdt>
              <w:sdtPr>
                <w:alias w:val="Durum 1"/>
                <w:tag w:val="Durum 1"/>
                <w:id w:val="42205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06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207" w:edGrp="everyone"/>
            <w:sdt>
              <w:sdtPr>
                <w:alias w:val="Açıklama 1"/>
                <w:tag w:val="Açıklama 1"/>
                <w:id w:val="422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07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208" w:edGrp="everyone"/>
            <w:sdt>
              <w:sdtPr>
                <w:alias w:val="Önceki karar no 2"/>
                <w:tag w:val="Önceki karar no 2"/>
                <w:id w:val="422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08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209" w:edGrp="everyone"/>
            <w:sdt>
              <w:sdtPr>
                <w:alias w:val="Önceki karar 2"/>
                <w:tag w:val="Önceki karar 2"/>
                <w:id w:val="422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0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210" w:edGrp="everyone"/>
            <w:sdt>
              <w:sdtPr>
                <w:alias w:val="Durum 2"/>
                <w:tag w:val="Durum 2"/>
                <w:id w:val="42209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10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211" w:edGrp="everyone"/>
            <w:sdt>
              <w:sdtPr>
                <w:alias w:val="Açıklama 2"/>
                <w:tag w:val="Açıklama 2"/>
                <w:id w:val="422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11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212" w:edGrp="everyone"/>
            <w:sdt>
              <w:sdtPr>
                <w:alias w:val="Önceki karar no 3"/>
                <w:tag w:val="Önceki karar no 3"/>
                <w:id w:val="422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1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213" w:edGrp="everyone"/>
            <w:sdt>
              <w:sdtPr>
                <w:alias w:val="Önceki karar 3"/>
                <w:tag w:val="Önceki karar 3"/>
                <w:id w:val="422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1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214" w:edGrp="everyone"/>
            <w:sdt>
              <w:sdtPr>
                <w:alias w:val="Durum 3"/>
                <w:tag w:val="Durum 3"/>
                <w:id w:val="42213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14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215" w:edGrp="everyone"/>
            <w:sdt>
              <w:sdtPr>
                <w:alias w:val="Açıklama 3"/>
                <w:tag w:val="Açıklama 3"/>
                <w:id w:val="422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15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216" w:edGrp="everyone"/>
            <w:sdt>
              <w:sdtPr>
                <w:alias w:val="Önceki karar no 4"/>
                <w:tag w:val="Önceki karar no 4"/>
                <w:id w:val="422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16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217" w:edGrp="everyone"/>
            <w:sdt>
              <w:sdtPr>
                <w:alias w:val="Önceki karar 4"/>
                <w:tag w:val="Önceki karar 4"/>
                <w:id w:val="422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1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218" w:edGrp="everyone"/>
            <w:sdt>
              <w:sdtPr>
                <w:alias w:val="Durum 4"/>
                <w:tag w:val="Durum 4"/>
                <w:id w:val="42217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18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219" w:edGrp="everyone"/>
            <w:sdt>
              <w:sdtPr>
                <w:alias w:val="Açıklama 4"/>
                <w:tag w:val="Açıklama 4"/>
                <w:id w:val="422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19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GÜNDEM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9070"/>
      </w:tblGrid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220" w:edGrp="everyone"/>
            <w:sdt>
              <w:sdtPr>
                <w:alias w:val="Gündem maddesi 1"/>
                <w:tag w:val="Gündem maddesi 1"/>
                <w:id w:val="422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220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221" w:edGrp="everyone"/>
            <w:sdt>
              <w:sdtPr>
                <w:alias w:val="Gündem maddesi 2"/>
                <w:tag w:val="Gündem maddesi 2"/>
                <w:id w:val="4222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221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222" w:edGrp="everyone"/>
            <w:sdt>
              <w:sdtPr>
                <w:alias w:val="Gündem maddesi 3"/>
                <w:tag w:val="Gündem maddesi 3"/>
                <w:id w:val="4222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222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223" w:edGrp="everyone"/>
            <w:sdt>
              <w:sdtPr>
                <w:alias w:val="Gündem maddesi 4"/>
                <w:tag w:val="Gündem maddesi 4"/>
                <w:id w:val="4222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223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224" w:edGrp="everyone"/>
            <w:sdt>
              <w:sdtPr>
                <w:alias w:val="Gündem maddesi 5"/>
                <w:tag w:val="Gündem maddesi 5"/>
                <w:id w:val="4222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224"/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GÖRÜŞMELER VE ALINAN KARARLAR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850"/>
        <w:gridCol w:w="3118"/>
        <w:gridCol w:w="2948"/>
        <w:gridCol w:w="1474"/>
        <w:gridCol w:w="1247"/>
      </w:tblGrid>
      <w:tr>
        <w:trPr>
          <w:cantSplit/>
        </w:trPr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Gündem No</w:t>
            </w:r>
          </w:p>
        </w:tc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Görüşme Özeti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Sorumlu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trHeight w:val="1077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225" w:edGrp="everyone"/>
            <w:sdt>
              <w:sdtPr>
                <w:alias w:val="Gündem no 1"/>
                <w:tag w:val="Gündem no 1"/>
                <w:id w:val="422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25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226" w:edGrp="everyone"/>
            <w:sdt>
              <w:sdtPr>
                <w:alias w:val="Görüşme özeti 1"/>
                <w:tag w:val="Görüşme özeti 1"/>
                <w:id w:val="4222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26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227" w:edGrp="everyone"/>
            <w:sdt>
              <w:sdtPr>
                <w:alias w:val="Karar 1"/>
                <w:tag w:val="Karar 1"/>
                <w:id w:val="4222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27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228" w:edGrp="everyone"/>
            <w:sdt>
              <w:sdtPr>
                <w:alias w:val="Sorumlu 1"/>
                <w:tag w:val="Sorumlu 1"/>
                <w:id w:val="422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28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229" w:edGrp="everyone"/>
            <w:sdt>
              <w:sdtPr>
                <w:alias w:val="Termin 1"/>
                <w:tag w:val="Termin 1"/>
                <w:id w:val="4222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229"/>
          </w:p>
        </w:tc>
      </w:tr>
      <w:tr>
        <w:trPr>
          <w:trHeight w:val="1077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230" w:edGrp="everyone"/>
            <w:sdt>
              <w:sdtPr>
                <w:alias w:val="Gündem no 2"/>
                <w:tag w:val="Gündem no 2"/>
                <w:id w:val="422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30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231" w:edGrp="everyone"/>
            <w:sdt>
              <w:sdtPr>
                <w:alias w:val="Görüşme özeti 2"/>
                <w:tag w:val="Görüşme özeti 2"/>
                <w:id w:val="4223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31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232" w:edGrp="everyone"/>
            <w:sdt>
              <w:sdtPr>
                <w:alias w:val="Karar 2"/>
                <w:tag w:val="Karar 2"/>
                <w:id w:val="4223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32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233" w:edGrp="everyone"/>
            <w:sdt>
              <w:sdtPr>
                <w:alias w:val="Sorumlu 2"/>
                <w:tag w:val="Sorumlu 2"/>
                <w:id w:val="422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33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234" w:edGrp="everyone"/>
            <w:sdt>
              <w:sdtPr>
                <w:alias w:val="Termin 2"/>
                <w:tag w:val="Termin 2"/>
                <w:id w:val="4223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234"/>
          </w:p>
        </w:tc>
      </w:tr>
      <w:tr>
        <w:trPr>
          <w:trHeight w:val="1077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235" w:edGrp="everyone"/>
            <w:sdt>
              <w:sdtPr>
                <w:alias w:val="Gündem no 3"/>
                <w:tag w:val="Gündem no 3"/>
                <w:id w:val="422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35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236" w:edGrp="everyone"/>
            <w:sdt>
              <w:sdtPr>
                <w:alias w:val="Görüşme özeti 3"/>
                <w:tag w:val="Görüşme özeti 3"/>
                <w:id w:val="4223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36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237" w:edGrp="everyone"/>
            <w:sdt>
              <w:sdtPr>
                <w:alias w:val="Karar 3"/>
                <w:tag w:val="Karar 3"/>
                <w:id w:val="4223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37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238" w:edGrp="everyone"/>
            <w:sdt>
              <w:sdtPr>
                <w:alias w:val="Sorumlu 3"/>
                <w:tag w:val="Sorumlu 3"/>
                <w:id w:val="422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38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239" w:edGrp="everyone"/>
            <w:sdt>
              <w:sdtPr>
                <w:alias w:val="Termin 3"/>
                <w:tag w:val="Termin 3"/>
                <w:id w:val="4223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239"/>
          </w:p>
        </w:tc>
      </w:tr>
      <w:tr>
        <w:trPr>
          <w:trHeight w:val="1077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240" w:edGrp="everyone"/>
            <w:sdt>
              <w:sdtPr>
                <w:alias w:val="Gündem no 4"/>
                <w:tag w:val="Gündem no 4"/>
                <w:id w:val="422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40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241" w:edGrp="everyone"/>
            <w:sdt>
              <w:sdtPr>
                <w:alias w:val="Görüşme özeti 4"/>
                <w:tag w:val="Görüşme özeti 4"/>
                <w:id w:val="4224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41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242" w:edGrp="everyone"/>
            <w:sdt>
              <w:sdtPr>
                <w:alias w:val="Karar 4"/>
                <w:tag w:val="Karar 4"/>
                <w:id w:val="4224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42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243" w:edGrp="everyone"/>
            <w:sdt>
              <w:sdtPr>
                <w:alias w:val="Sorumlu 4"/>
                <w:tag w:val="Sorumlu 4"/>
                <w:id w:val="422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43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244" w:edGrp="everyone"/>
            <w:sdt>
              <w:sdtPr>
                <w:alias w:val="Termin 4"/>
                <w:tag w:val="Termin 4"/>
                <w:id w:val="4224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244"/>
          </w:p>
        </w:tc>
      </w:tr>
      <w:tr>
        <w:trPr>
          <w:trHeight w:val="1077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245" w:edGrp="everyone"/>
            <w:sdt>
              <w:sdtPr>
                <w:alias w:val="Gündem no 5"/>
                <w:tag w:val="Gündem no 5"/>
                <w:id w:val="422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45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246" w:edGrp="everyone"/>
            <w:sdt>
              <w:sdtPr>
                <w:alias w:val="Görüşme özeti 5"/>
                <w:tag w:val="Görüşme özeti 5"/>
                <w:id w:val="4224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46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247" w:edGrp="everyone"/>
            <w:sdt>
              <w:sdtPr>
                <w:alias w:val="Karar 5"/>
                <w:tag w:val="Karar 5"/>
                <w:id w:val="4224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47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248" w:edGrp="everyone"/>
            <w:sdt>
              <w:sdtPr>
                <w:alias w:val="Sorumlu 5"/>
                <w:tag w:val="Sorumlu 5"/>
                <w:id w:val="422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48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249" w:edGrp="everyone"/>
            <w:sdt>
              <w:sdtPr>
                <w:alias w:val="Termin 5"/>
                <w:tag w:val="Termin 5"/>
                <w:id w:val="4224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249"/>
          </w:p>
        </w:tc>
      </w:tr>
      <w:tr>
        <w:trPr>
          <w:trHeight w:val="1077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250" w:edGrp="everyone"/>
            <w:sdt>
              <w:sdtPr>
                <w:alias w:val="Gündem no 6"/>
                <w:tag w:val="Gündem no 6"/>
                <w:id w:val="422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50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251" w:edGrp="everyone"/>
            <w:sdt>
              <w:sdtPr>
                <w:alias w:val="Görüşme özeti 6"/>
                <w:tag w:val="Görüşme özeti 6"/>
                <w:id w:val="4225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51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252" w:edGrp="everyone"/>
            <w:sdt>
              <w:sdtPr>
                <w:alias w:val="Karar 6"/>
                <w:tag w:val="Karar 6"/>
                <w:id w:val="4225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52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253" w:edGrp="everyone"/>
            <w:sdt>
              <w:sdtPr>
                <w:alias w:val="Sorumlu 6"/>
                <w:tag w:val="Sorumlu 6"/>
                <w:id w:val="422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53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254" w:edGrp="everyone"/>
            <w:sdt>
              <w:sdtPr>
                <w:alias w:val="Termin 6"/>
                <w:tag w:val="Termin 6"/>
                <w:id w:val="4225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254"/>
          </w:p>
        </w:tc>
      </w:tr>
      <w:tr>
        <w:trPr>
          <w:trHeight w:val="1077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255" w:edGrp="everyone"/>
            <w:sdt>
              <w:sdtPr>
                <w:alias w:val="Gündem no 7"/>
                <w:tag w:val="Gündem no 7"/>
                <w:id w:val="422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55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256" w:edGrp="everyone"/>
            <w:sdt>
              <w:sdtPr>
                <w:alias w:val="Görüşme özeti 7"/>
                <w:tag w:val="Görüşme özeti 7"/>
                <w:id w:val="4225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56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257" w:edGrp="everyone"/>
            <w:sdt>
              <w:sdtPr>
                <w:alias w:val="Karar 7"/>
                <w:tag w:val="Karar 7"/>
                <w:id w:val="4225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257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258" w:edGrp="everyone"/>
            <w:sdt>
              <w:sdtPr>
                <w:alias w:val="Sorumlu 7"/>
                <w:tag w:val="Sorumlu 7"/>
                <w:id w:val="422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58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259" w:edGrp="everyone"/>
            <w:sdt>
              <w:sdtPr>
                <w:alias w:val="Termin 7"/>
                <w:tag w:val="Termin 7"/>
                <w:id w:val="4225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25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7937"/>
      </w:tblGrid>
      <w:tr>
        <w:trPr>
          <w:trHeight w:val="680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Ek / Devamı</w:t>
            </w:r>
          </w:p>
        </w:tc>
        <w:tc>
          <w:tcPr>
            <w:tcW w:type="dxa" w:w="7937"/>
            <w:vAlign w:val="top"/>
          </w:tcPr>
          <w:p>
            <w:pPr>
              <w:spacing w:before="0" w:after="0" w:line="240" w:lineRule="auto"/>
              <w:jc w:val="left"/>
            </w:pPr>
            <w:permStart w:id="1260" w:edGrp="everyone"/>
            <w:sdt>
              <w:sdtPr>
                <w:alias w:val="Ek / Devamı"/>
                <w:tag w:val="Ek / Devamı"/>
                <w:id w:val="4225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6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KALİTE BAĞLANTISI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8163"/>
      </w:tblGrid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YÖKAK alanı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261" w:edGrp="everyone"/>
            <w:sdt>
              <w:sdtPr>
                <w:alias w:val="A.1"/>
                <w:tag w:val="A.1"/>
                <w:id w:val="42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61"/>
            <w:r>
              <w:rPr>
                <w:sz w:val="17"/>
                <w:szCs w:val="17"/>
              </w:rPr>
              <w:t xml:space="preserve"> A.1   </w:t>
            </w:r>
            <w:permStart w:id="1262" w:edGrp="everyone"/>
            <w:sdt>
              <w:sdtPr>
                <w:alias w:val="A.2"/>
                <w:tag w:val="A.2"/>
                <w:id w:val="4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62"/>
            <w:r>
              <w:rPr>
                <w:sz w:val="17"/>
                <w:szCs w:val="17"/>
              </w:rPr>
              <w:t xml:space="preserve"> A.2   </w:t>
            </w:r>
            <w:permStart w:id="1263" w:edGrp="everyone"/>
            <w:sdt>
              <w:sdtPr>
                <w:alias w:val="A.3"/>
                <w:tag w:val="A.3"/>
                <w:id w:val="4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63"/>
            <w:r>
              <w:rPr>
                <w:sz w:val="17"/>
                <w:szCs w:val="17"/>
              </w:rPr>
              <w:t xml:space="preserve"> A.3   </w:t>
            </w:r>
            <w:permStart w:id="1264" w:edGrp="everyone"/>
            <w:sdt>
              <w:sdtPr>
                <w:alias w:val="A.4"/>
                <w:tag w:val="A.4"/>
                <w:id w:val="42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64"/>
            <w:r>
              <w:rPr>
                <w:sz w:val="17"/>
                <w:szCs w:val="17"/>
              </w:rPr>
              <w:t xml:space="preserve"> A.4   </w:t>
            </w:r>
            <w:permStart w:id="1265" w:edGrp="everyone"/>
            <w:sdt>
              <w:sdtPr>
                <w:alias w:val="A.5"/>
                <w:tag w:val="A.5"/>
                <w:id w:val="42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65"/>
            <w:r>
              <w:rPr>
                <w:sz w:val="17"/>
                <w:szCs w:val="17"/>
              </w:rPr>
              <w:t xml:space="preserve"> A.5   </w:t>
            </w:r>
            <w:permStart w:id="1266" w:edGrp="everyone"/>
            <w:sdt>
              <w:sdtPr>
                <w:alias w:val="B"/>
                <w:tag w:val="B"/>
                <w:id w:val="4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66"/>
            <w:r>
              <w:rPr>
                <w:sz w:val="17"/>
                <w:szCs w:val="17"/>
              </w:rPr>
              <w:t xml:space="preserve"> B   </w:t>
            </w:r>
            <w:permStart w:id="1267" w:edGrp="everyone"/>
            <w:sdt>
              <w:sdtPr>
                <w:alias w:val="C"/>
                <w:tag w:val="C"/>
                <w:id w:val="4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67"/>
            <w:r>
              <w:rPr>
                <w:sz w:val="17"/>
                <w:szCs w:val="17"/>
              </w:rPr>
              <w:t xml:space="preserve"> C   </w:t>
            </w:r>
            <w:permStart w:id="1268" w:edGrp="everyone"/>
            <w:sdt>
              <w:sdtPr>
                <w:alias w:val="D"/>
                <w:tag w:val="D"/>
                <w:id w:val="4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68"/>
            <w:r>
              <w:rPr>
                <w:sz w:val="17"/>
                <w:szCs w:val="17"/>
              </w:rPr>
              <w:t xml:space="preserve"> D   </w:t>
            </w:r>
          </w:p>
        </w:tc>
      </w:tr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PUKÖ aşaması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269" w:edGrp="everyone"/>
            <w:sdt>
              <w:sdtPr>
                <w:alias w:val="Planla"/>
                <w:tag w:val="Planla"/>
                <w:id w:val="4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69"/>
            <w:r>
              <w:rPr>
                <w:sz w:val="17"/>
                <w:szCs w:val="17"/>
              </w:rPr>
              <w:t xml:space="preserve"> Planla   </w:t>
            </w:r>
            <w:permStart w:id="1270" w:edGrp="everyone"/>
            <w:sdt>
              <w:sdtPr>
                <w:alias w:val="Uygula"/>
                <w:tag w:val="Uygula"/>
                <w:id w:val="4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70"/>
            <w:r>
              <w:rPr>
                <w:sz w:val="17"/>
                <w:szCs w:val="17"/>
              </w:rPr>
              <w:t xml:space="preserve"> Uygula   </w:t>
            </w:r>
            <w:permStart w:id="1271" w:edGrp="everyone"/>
            <w:sdt>
              <w:sdtPr>
                <w:alias w:val="Kontrol Et"/>
                <w:tag w:val="Kontrol Et"/>
                <w:id w:val="4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71"/>
            <w:r>
              <w:rPr>
                <w:sz w:val="17"/>
                <w:szCs w:val="17"/>
              </w:rPr>
              <w:t xml:space="preserve"> Kontrol Et   </w:t>
            </w:r>
            <w:permStart w:id="1272" w:edGrp="everyone"/>
            <w:sdt>
              <w:sdtPr>
                <w:alias w:val="Önlem Al"/>
                <w:tag w:val="Önlem Al"/>
                <w:id w:val="42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72"/>
            <w:r>
              <w:rPr>
                <w:sz w:val="17"/>
                <w:szCs w:val="17"/>
              </w:rPr>
              <w:t xml:space="preserve"> Önlem Al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2437"/>
        <w:gridCol w:w="2381"/>
        <w:gridCol w:w="2437"/>
      </w:tblGrid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Bir Sonraki Toplantı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273" w:edGrp="everyone"/>
            <w:sdt>
              <w:sdtPr>
                <w:alias w:val="Sonraki toplantı tarihi"/>
                <w:tag w:val="Sonraki toplantı tarihi"/>
                <w:id w:val="4227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273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EBYS / Karar No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274" w:edGrp="everyone"/>
            <w:sdt>
              <w:sdtPr>
                <w:alias w:val="EBYS karar no"/>
                <w:tag w:val="EBYS karar no"/>
                <w:id w:val="422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1274"/>
          </w:p>
        </w:tc>
      </w:tr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Tutanak Kalite Komisyonuna İletildi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275" w:edGrp="everyone"/>
            <w:sdt>
              <w:sdtPr>
                <w:alias w:val="Kalite Komisyonuna iletim tarihi"/>
                <w:tag w:val="Kalite Komisyonuna iletim tarihi"/>
                <w:id w:val="4227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275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Web Sitesinde Yayımlandı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276" w:edGrp="everyone"/>
            <w:sdt>
              <w:sdtPr>
                <w:alias w:val="Evet"/>
                <w:tag w:val="Evet"/>
                <w:id w:val="42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76"/>
            <w:r>
              <w:rPr>
                <w:sz w:val="17"/>
                <w:szCs w:val="17"/>
              </w:rPr>
              <w:t xml:space="preserve"> Evet   </w:t>
            </w:r>
            <w:permStart w:id="1277" w:edGrp="everyone"/>
            <w:sdt>
              <w:sdtPr>
                <w:alias w:val="Hayır"/>
                <w:tag w:val="Hayır"/>
                <w:id w:val="42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277"/>
            <w:r>
              <w:rPr>
                <w:sz w:val="17"/>
                <w:szCs w:val="17"/>
              </w:rPr>
              <w:t xml:space="preserve"> Hayır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Tutanak, toplantı tarihinden itibaren en geç 7 iş günü içinde düzenlenir, katılımcılarca imzalanır, EBYS'ye işlenir ve Birim Kalite Sorumlusuna iletilir. Kişisel verileri içeren bölümler web sitesinde yayımlanmaz (KVKK).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Komisyon Başkanı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Raportör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278" w:edGrp="everyone"/>
            <w:sdt>
              <w:sdtPr>
                <w:alias w:val="Komisyon Başkanı Adı Soyadı"/>
                <w:tag w:val="Komisyon Başkanı Adı Soyadı"/>
                <w:id w:val="4227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278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279" w:edGrp="everyone"/>
            <w:sdt>
              <w:sdtPr>
                <w:alias w:val="Raportör Adı Soyadı"/>
                <w:tag w:val="Raportör Adı Soyadı"/>
                <w:id w:val="4227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279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DEVAM SAYFASI (Katılımcı sayısı ilk sayfadaki satırları aşarsa kullanılır)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280" w:edGrp="everyone"/>
            <w:sdt>
              <w:sdtPr>
                <w:alias w:val="Komisyon"/>
                <w:tag w:val="Komisyon"/>
                <w:id w:val="42279"/>
                <w:showingPlcHdr/>
                <w:dropDownList>
                  <w:listItem w:displayText="Birim Ar-Ge Komisyonu" w:value="Birim Ar-Ge Komisyonu"/>
                  <w:listItem w:displayText="Maddi Hata İnceleme Komisyonu" w:value="Maddi Hata İnceleme Komisyonu"/>
                  <w:listItem w:displayText="Mezuniyet Komisyonu" w:value="Mezuniyet Komisyonu"/>
                  <w:listItem w:displayText="Muafiyet ve İntibak Komisyonu" w:value="Muafiyet ve İntibak Komisyonu"/>
                  <w:listItem w:displayText="Staj Komisyonu" w:value="Staj Komisyonu"/>
                  <w:listItem w:displayText="Akademik Teşvik Başvuru ve İzleme Komisyonu" w:value="Akademik Teşvik Başvuru ve İzleme Komisyonu"/>
                  <w:listItem w:displayText="AKTS Koordinatörlüğü" w:value="AKTS Koordinatörlüğü"/>
                  <w:listItem w:displayText="Burs Komisyonu" w:value="Burs Komisyonu"/>
                  <w:listItem w:displayText="Bağımlılıkla Mücadele Komisyonu" w:value="Bağımlılıkla Mücadele Komisyonu"/>
                  <w:listItem w:displayText="Diğer komisyon / koordinatörlük" w:value="Diğer komisyon / koordinatörlük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280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281" w:edGrp="everyone"/>
            <w:sdt>
              <w:sdtPr>
                <w:alias w:val="Devam toplantı no"/>
                <w:tag w:val="Devam toplantı no"/>
                <w:id w:val="4228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281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282" w:edGrp="everyone"/>
            <w:sdt>
              <w:sdtPr>
                <w:alias w:val="Devam toplantı tarihi"/>
                <w:tag w:val="Devam toplantı tarihi"/>
                <w:id w:val="4228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28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(DEVAM)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453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283" w:edGrp="everyone"/>
            <w:sdt>
              <w:sdtPr>
                <w:alias w:val="Katılımcı 9"/>
                <w:tag w:val="Katılımcı 9"/>
                <w:id w:val="422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28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284" w:edGrp="everyone"/>
            <w:sdt>
              <w:sdtPr>
                <w:alias w:val="Görev 9"/>
                <w:tag w:val="Görev 9"/>
                <w:id w:val="422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8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285" w:edGrp="everyone"/>
            <w:sdt>
              <w:sdtPr>
                <w:alias w:val="Katılım 9"/>
                <w:tag w:val="Katılım 9"/>
                <w:id w:val="4228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8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286" w:edGrp="everyone"/>
            <w:sdt>
              <w:sdtPr>
                <w:alias w:val="Katılımcı 10"/>
                <w:tag w:val="Katılımcı 10"/>
                <w:id w:val="422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28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287" w:edGrp="everyone"/>
            <w:sdt>
              <w:sdtPr>
                <w:alias w:val="Görev 10"/>
                <w:tag w:val="Görev 10"/>
                <w:id w:val="422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8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288" w:edGrp="everyone"/>
            <w:sdt>
              <w:sdtPr>
                <w:alias w:val="Katılım 10"/>
                <w:tag w:val="Katılım 10"/>
                <w:id w:val="4228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8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289" w:edGrp="everyone"/>
            <w:sdt>
              <w:sdtPr>
                <w:alias w:val="Katılımcı 11"/>
                <w:tag w:val="Katılımcı 11"/>
                <w:id w:val="422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28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290" w:edGrp="everyone"/>
            <w:sdt>
              <w:sdtPr>
                <w:alias w:val="Görev 11"/>
                <w:tag w:val="Görev 11"/>
                <w:id w:val="422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9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291" w:edGrp="everyone"/>
            <w:sdt>
              <w:sdtPr>
                <w:alias w:val="Katılım 11"/>
                <w:tag w:val="Katılım 11"/>
                <w:id w:val="4229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9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292" w:edGrp="everyone"/>
            <w:sdt>
              <w:sdtPr>
                <w:alias w:val="Katılımcı 12"/>
                <w:tag w:val="Katılımcı 12"/>
                <w:id w:val="422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29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293" w:edGrp="everyone"/>
            <w:sdt>
              <w:sdtPr>
                <w:alias w:val="Görev 12"/>
                <w:tag w:val="Görev 12"/>
                <w:id w:val="422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9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294" w:edGrp="everyone"/>
            <w:sdt>
              <w:sdtPr>
                <w:alias w:val="Katılım 12"/>
                <w:tag w:val="Katılım 12"/>
                <w:id w:val="4229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9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295" w:edGrp="everyone"/>
            <w:sdt>
              <w:sdtPr>
                <w:alias w:val="Katılımcı 13"/>
                <w:tag w:val="Katılımcı 13"/>
                <w:id w:val="422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29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296" w:edGrp="everyone"/>
            <w:sdt>
              <w:sdtPr>
                <w:alias w:val="Görev 13"/>
                <w:tag w:val="Görev 13"/>
                <w:id w:val="422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9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297" w:edGrp="everyone"/>
            <w:sdt>
              <w:sdtPr>
                <w:alias w:val="Katılım 13"/>
                <w:tag w:val="Katılım 13"/>
                <w:id w:val="4229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29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298" w:edGrp="everyone"/>
            <w:sdt>
              <w:sdtPr>
                <w:alias w:val="Katılımcı 14"/>
                <w:tag w:val="Katılımcı 14"/>
                <w:id w:val="422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29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299" w:edGrp="everyone"/>
            <w:sdt>
              <w:sdtPr>
                <w:alias w:val="Görev 14"/>
                <w:tag w:val="Görev 14"/>
                <w:id w:val="422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9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00" w:edGrp="everyone"/>
            <w:sdt>
              <w:sdtPr>
                <w:alias w:val="Katılım 14"/>
                <w:tag w:val="Katılım 14"/>
                <w:id w:val="4229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0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01" w:edGrp="everyone"/>
            <w:sdt>
              <w:sdtPr>
                <w:alias w:val="Katılımcı 15"/>
                <w:tag w:val="Katılımcı 15"/>
                <w:id w:val="423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0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02" w:edGrp="everyone"/>
            <w:sdt>
              <w:sdtPr>
                <w:alias w:val="Görev 15"/>
                <w:tag w:val="Görev 15"/>
                <w:id w:val="423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0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03" w:edGrp="everyone"/>
            <w:sdt>
              <w:sdtPr>
                <w:alias w:val="Katılım 15"/>
                <w:tag w:val="Katılım 15"/>
                <w:id w:val="4230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0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04" w:edGrp="everyone"/>
            <w:sdt>
              <w:sdtPr>
                <w:alias w:val="Katılımcı 16"/>
                <w:tag w:val="Katılımcı 16"/>
                <w:id w:val="423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0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05" w:edGrp="everyone"/>
            <w:sdt>
              <w:sdtPr>
                <w:alias w:val="Görev 16"/>
                <w:tag w:val="Görev 16"/>
                <w:id w:val="423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0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06" w:edGrp="everyone"/>
            <w:sdt>
              <w:sdtPr>
                <w:alias w:val="Katılım 16"/>
                <w:tag w:val="Katılım 16"/>
                <w:id w:val="4230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0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07" w:edGrp="everyone"/>
            <w:sdt>
              <w:sdtPr>
                <w:alias w:val="Katılımcı 17"/>
                <w:tag w:val="Katılımcı 17"/>
                <w:id w:val="423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0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08" w:edGrp="everyone"/>
            <w:sdt>
              <w:sdtPr>
                <w:alias w:val="Görev 17"/>
                <w:tag w:val="Görev 17"/>
                <w:id w:val="423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0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09" w:edGrp="everyone"/>
            <w:sdt>
              <w:sdtPr>
                <w:alias w:val="Katılım 17"/>
                <w:tag w:val="Katılım 17"/>
                <w:id w:val="4230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0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10" w:edGrp="everyone"/>
            <w:sdt>
              <w:sdtPr>
                <w:alias w:val="Katılımcı 18"/>
                <w:tag w:val="Katılımcı 18"/>
                <w:id w:val="423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1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11" w:edGrp="everyone"/>
            <w:sdt>
              <w:sdtPr>
                <w:alias w:val="Görev 18"/>
                <w:tag w:val="Görev 18"/>
                <w:id w:val="423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1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12" w:edGrp="everyone"/>
            <w:sdt>
              <w:sdtPr>
                <w:alias w:val="Katılım 18"/>
                <w:tag w:val="Katılım 18"/>
                <w:id w:val="4231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1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13" w:edGrp="everyone"/>
            <w:sdt>
              <w:sdtPr>
                <w:alias w:val="Katılımcı 19"/>
                <w:tag w:val="Katılımcı 19"/>
                <w:id w:val="423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1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14" w:edGrp="everyone"/>
            <w:sdt>
              <w:sdtPr>
                <w:alias w:val="Görev 19"/>
                <w:tag w:val="Görev 19"/>
                <w:id w:val="423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1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15" w:edGrp="everyone"/>
            <w:sdt>
              <w:sdtPr>
                <w:alias w:val="Katılım 19"/>
                <w:tag w:val="Katılım 19"/>
                <w:id w:val="4231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1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16" w:edGrp="everyone"/>
            <w:sdt>
              <w:sdtPr>
                <w:alias w:val="Katılımcı 20"/>
                <w:tag w:val="Katılımcı 20"/>
                <w:id w:val="423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1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17" w:edGrp="everyone"/>
            <w:sdt>
              <w:sdtPr>
                <w:alias w:val="Görev 20"/>
                <w:tag w:val="Görev 20"/>
                <w:id w:val="423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1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18" w:edGrp="everyone"/>
            <w:sdt>
              <w:sdtPr>
                <w:alias w:val="Katılım 20"/>
                <w:tag w:val="Katılım 20"/>
                <w:id w:val="4231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1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19" w:edGrp="everyone"/>
            <w:sdt>
              <w:sdtPr>
                <w:alias w:val="Katılımcı 21"/>
                <w:tag w:val="Katılımcı 21"/>
                <w:id w:val="423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1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20" w:edGrp="everyone"/>
            <w:sdt>
              <w:sdtPr>
                <w:alias w:val="Görev 21"/>
                <w:tag w:val="Görev 21"/>
                <w:id w:val="423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2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21" w:edGrp="everyone"/>
            <w:sdt>
              <w:sdtPr>
                <w:alias w:val="Katılım 21"/>
                <w:tag w:val="Katılım 21"/>
                <w:id w:val="4232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2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22" w:edGrp="everyone"/>
            <w:sdt>
              <w:sdtPr>
                <w:alias w:val="Katılımcı 22"/>
                <w:tag w:val="Katılımcı 22"/>
                <w:id w:val="423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2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23" w:edGrp="everyone"/>
            <w:sdt>
              <w:sdtPr>
                <w:alias w:val="Görev 22"/>
                <w:tag w:val="Görev 22"/>
                <w:id w:val="423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2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24" w:edGrp="everyone"/>
            <w:sdt>
              <w:sdtPr>
                <w:alias w:val="Katılım 22"/>
                <w:tag w:val="Katılım 22"/>
                <w:id w:val="4232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2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25" w:edGrp="everyone"/>
            <w:sdt>
              <w:sdtPr>
                <w:alias w:val="Katılımcı 23"/>
                <w:tag w:val="Katılımcı 23"/>
                <w:id w:val="423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2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26" w:edGrp="everyone"/>
            <w:sdt>
              <w:sdtPr>
                <w:alias w:val="Görev 23"/>
                <w:tag w:val="Görev 23"/>
                <w:id w:val="423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2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27" w:edGrp="everyone"/>
            <w:sdt>
              <w:sdtPr>
                <w:alias w:val="Katılım 23"/>
                <w:tag w:val="Katılım 23"/>
                <w:id w:val="4232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2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28" w:edGrp="everyone"/>
            <w:sdt>
              <w:sdtPr>
                <w:alias w:val="Katılımcı 24"/>
                <w:tag w:val="Katılımcı 24"/>
                <w:id w:val="423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2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29" w:edGrp="everyone"/>
            <w:sdt>
              <w:sdtPr>
                <w:alias w:val="Görev 24"/>
                <w:tag w:val="Görev 24"/>
                <w:id w:val="423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2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30" w:edGrp="everyone"/>
            <w:sdt>
              <w:sdtPr>
                <w:alias w:val="Katılım 24"/>
                <w:tag w:val="Katılım 24"/>
                <w:id w:val="4232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3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31" w:edGrp="everyone"/>
            <w:sdt>
              <w:sdtPr>
                <w:alias w:val="Katılımcı 25"/>
                <w:tag w:val="Katılımcı 25"/>
                <w:id w:val="423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3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32" w:edGrp="everyone"/>
            <w:sdt>
              <w:sdtPr>
                <w:alias w:val="Görev 25"/>
                <w:tag w:val="Görev 25"/>
                <w:id w:val="423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3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33" w:edGrp="everyone"/>
            <w:sdt>
              <w:sdtPr>
                <w:alias w:val="Katılım 25"/>
                <w:tag w:val="Katılım 25"/>
                <w:id w:val="4233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3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34" w:edGrp="everyone"/>
            <w:sdt>
              <w:sdtPr>
                <w:alias w:val="Katılımcı 26"/>
                <w:tag w:val="Katılımcı 26"/>
                <w:id w:val="423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3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35" w:edGrp="everyone"/>
            <w:sdt>
              <w:sdtPr>
                <w:alias w:val="Görev 26"/>
                <w:tag w:val="Görev 26"/>
                <w:id w:val="423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3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36" w:edGrp="everyone"/>
            <w:sdt>
              <w:sdtPr>
                <w:alias w:val="Katılım 26"/>
                <w:tag w:val="Katılım 26"/>
                <w:id w:val="4233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3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37" w:edGrp="everyone"/>
            <w:sdt>
              <w:sdtPr>
                <w:alias w:val="Katılımcı 27"/>
                <w:tag w:val="Katılımcı 27"/>
                <w:id w:val="423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3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38" w:edGrp="everyone"/>
            <w:sdt>
              <w:sdtPr>
                <w:alias w:val="Görev 27"/>
                <w:tag w:val="Görev 27"/>
                <w:id w:val="423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3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39" w:edGrp="everyone"/>
            <w:sdt>
              <w:sdtPr>
                <w:alias w:val="Katılım 27"/>
                <w:tag w:val="Katılım 27"/>
                <w:id w:val="4233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3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40" w:edGrp="everyone"/>
            <w:sdt>
              <w:sdtPr>
                <w:alias w:val="Katılımcı 28"/>
                <w:tag w:val="Katılımcı 28"/>
                <w:id w:val="423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4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41" w:edGrp="everyone"/>
            <w:sdt>
              <w:sdtPr>
                <w:alias w:val="Görev 28"/>
                <w:tag w:val="Görev 28"/>
                <w:id w:val="423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4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42" w:edGrp="everyone"/>
            <w:sdt>
              <w:sdtPr>
                <w:alias w:val="Katılım 28"/>
                <w:tag w:val="Katılım 28"/>
                <w:id w:val="4234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4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43" w:edGrp="everyone"/>
            <w:sdt>
              <w:sdtPr>
                <w:alias w:val="Katılımcı 29"/>
                <w:tag w:val="Katılımcı 29"/>
                <w:id w:val="423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4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44" w:edGrp="everyone"/>
            <w:sdt>
              <w:sdtPr>
                <w:alias w:val="Görev 29"/>
                <w:tag w:val="Görev 29"/>
                <w:id w:val="423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4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45" w:edGrp="everyone"/>
            <w:sdt>
              <w:sdtPr>
                <w:alias w:val="Katılım 29"/>
                <w:tag w:val="Katılım 29"/>
                <w:id w:val="4234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4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46" w:edGrp="everyone"/>
            <w:sdt>
              <w:sdtPr>
                <w:alias w:val="Katılımcı 30"/>
                <w:tag w:val="Katılımcı 30"/>
                <w:id w:val="423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4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47" w:edGrp="everyone"/>
            <w:sdt>
              <w:sdtPr>
                <w:alias w:val="Görev 30"/>
                <w:tag w:val="Görev 30"/>
                <w:id w:val="423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4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48" w:edGrp="everyone"/>
            <w:sdt>
              <w:sdtPr>
                <w:alias w:val="Katılım 30"/>
                <w:tag w:val="Katılım 30"/>
                <w:id w:val="4234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4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49" w:edGrp="everyone"/>
            <w:sdt>
              <w:sdtPr>
                <w:alias w:val="Katılımcı 31"/>
                <w:tag w:val="Katılımcı 31"/>
                <w:id w:val="423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4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50" w:edGrp="everyone"/>
            <w:sdt>
              <w:sdtPr>
                <w:alias w:val="Görev 31"/>
                <w:tag w:val="Görev 31"/>
                <w:id w:val="423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5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51" w:edGrp="everyone"/>
            <w:sdt>
              <w:sdtPr>
                <w:alias w:val="Katılım 31"/>
                <w:tag w:val="Katılım 31"/>
                <w:id w:val="4235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5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352" w:edGrp="everyone"/>
            <w:sdt>
              <w:sdtPr>
                <w:alias w:val="Katılımcı 32"/>
                <w:tag w:val="Katılımcı 32"/>
                <w:id w:val="423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5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353" w:edGrp="everyone"/>
            <w:sdt>
              <w:sdtPr>
                <w:alias w:val="Görev 32"/>
                <w:tag w:val="Görev 32"/>
                <w:id w:val="423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35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354" w:edGrp="everyone"/>
            <w:sdt>
              <w:sdtPr>
                <w:alias w:val="Katılım 32"/>
                <w:tag w:val="Katılım 32"/>
                <w:id w:val="4235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5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Bu sayfa, ilk sayfadaki katılımcı tablosunun devamıdır ve tutanağın ayrılmaz parçasıdır. Gerekirse bu sayfa çoğaltılarak kullanılır. Toplam üye sayısı ve toplantı yeter sayısı ilk sayfadaki alanlara işlenir.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HTMYO-KFRM-307  |  Komisyon ve Koordinatörlük Toplantı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HTMYO-KFRM-307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Komisyon ve Koordinatörlük Toplantı Tutanağı</dc:title>
  <dc:subject>HTMYO-KFRM-307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