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YÖNETIMIN GÖZDEN GEÇIRME TOPLANTISI TUTANAĞI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Yüksekokul Müdürü başkanlığında yılda en az bir kez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Yönetimin Gözden Geçirme Toplantısı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563" w:edGrp="everyone"/>
            <w:sdt>
              <w:sdtPr>
                <w:alias w:val="Toplantı No"/>
                <w:tag w:val="Toplantı No"/>
                <w:id w:val="425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563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564" w:edGrp="everyone"/>
            <w:sdt>
              <w:sdtPr>
                <w:alias w:val="Toplantı Tarihi"/>
                <w:tag w:val="Toplantı Tarihi"/>
                <w:id w:val="42563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564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565" w:edGrp="everyone"/>
            <w:sdt>
              <w:sdtPr>
                <w:alias w:val="Toplantı yeri"/>
                <w:tag w:val="Toplantı yeri"/>
                <w:id w:val="425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6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566" w:edGrp="everyone"/>
            <w:sdt>
              <w:sdtPr>
                <w:alias w:val="Başlama saati"/>
                <w:tag w:val="Başlama saati"/>
                <w:id w:val="425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566"/>
            <w:r>
              <w:rPr>
                <w:sz w:val="18"/>
                <w:szCs w:val="18"/>
              </w:rPr>
              <w:t xml:space="preserve">  /  </w:t>
            </w:r>
            <w:permStart w:id="1567" w:edGrp="everyone"/>
            <w:sdt>
              <w:sdtPr>
                <w:alias w:val="Bitiş saati"/>
                <w:tag w:val="Bitiş saati"/>
                <w:id w:val="425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567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568" w:edGrp="everyone"/>
            <w:sdt>
              <w:sdtPr>
                <w:alias w:val="Toplantıyı yöneten"/>
                <w:tag w:val="Toplantıyı yöneten"/>
                <w:id w:val="425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68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569" w:edGrp="everyone"/>
            <w:sdt>
              <w:sdtPr>
                <w:alias w:val="Raportör"/>
                <w:tag w:val="Raportör"/>
                <w:id w:val="425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6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70" w:edGrp="everyone"/>
            <w:sdt>
              <w:sdtPr>
                <w:alias w:val="Katılımcı 1"/>
                <w:tag w:val="Katılımcı 1"/>
                <w:id w:val="425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7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71" w:edGrp="everyone"/>
            <w:sdt>
              <w:sdtPr>
                <w:alias w:val="Görev 1"/>
                <w:tag w:val="Görev 1"/>
                <w:id w:val="425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7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72" w:edGrp="everyone"/>
            <w:sdt>
              <w:sdtPr>
                <w:alias w:val="Katılım 1"/>
                <w:tag w:val="Katılım 1"/>
                <w:id w:val="4257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7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73" w:edGrp="everyone"/>
            <w:sdt>
              <w:sdtPr>
                <w:alias w:val="Katılımcı 2"/>
                <w:tag w:val="Katılımcı 2"/>
                <w:id w:val="425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7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74" w:edGrp="everyone"/>
            <w:sdt>
              <w:sdtPr>
                <w:alias w:val="Görev 2"/>
                <w:tag w:val="Görev 2"/>
                <w:id w:val="425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7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75" w:edGrp="everyone"/>
            <w:sdt>
              <w:sdtPr>
                <w:alias w:val="Katılım 2"/>
                <w:tag w:val="Katılım 2"/>
                <w:id w:val="4257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7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76" w:edGrp="everyone"/>
            <w:sdt>
              <w:sdtPr>
                <w:alias w:val="Katılımcı 3"/>
                <w:tag w:val="Katılımcı 3"/>
                <w:id w:val="425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7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77" w:edGrp="everyone"/>
            <w:sdt>
              <w:sdtPr>
                <w:alias w:val="Görev 3"/>
                <w:tag w:val="Görev 3"/>
                <w:id w:val="425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7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78" w:edGrp="everyone"/>
            <w:sdt>
              <w:sdtPr>
                <w:alias w:val="Katılım 3"/>
                <w:tag w:val="Katılım 3"/>
                <w:id w:val="4257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7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79" w:edGrp="everyone"/>
            <w:sdt>
              <w:sdtPr>
                <w:alias w:val="Katılımcı 4"/>
                <w:tag w:val="Katılımcı 4"/>
                <w:id w:val="425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7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80" w:edGrp="everyone"/>
            <w:sdt>
              <w:sdtPr>
                <w:alias w:val="Görev 4"/>
                <w:tag w:val="Görev 4"/>
                <w:id w:val="425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8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81" w:edGrp="everyone"/>
            <w:sdt>
              <w:sdtPr>
                <w:alias w:val="Katılım 4"/>
                <w:tag w:val="Katılım 4"/>
                <w:id w:val="4258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8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82" w:edGrp="everyone"/>
            <w:sdt>
              <w:sdtPr>
                <w:alias w:val="Katılımcı 5"/>
                <w:tag w:val="Katılımcı 5"/>
                <w:id w:val="425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8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83" w:edGrp="everyone"/>
            <w:sdt>
              <w:sdtPr>
                <w:alias w:val="Görev 5"/>
                <w:tag w:val="Görev 5"/>
                <w:id w:val="425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8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84" w:edGrp="everyone"/>
            <w:sdt>
              <w:sdtPr>
                <w:alias w:val="Katılım 5"/>
                <w:tag w:val="Katılım 5"/>
                <w:id w:val="4258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8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85" w:edGrp="everyone"/>
            <w:sdt>
              <w:sdtPr>
                <w:alias w:val="Katılımcı 6"/>
                <w:tag w:val="Katılımcı 6"/>
                <w:id w:val="425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8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86" w:edGrp="everyone"/>
            <w:sdt>
              <w:sdtPr>
                <w:alias w:val="Görev 6"/>
                <w:tag w:val="Görev 6"/>
                <w:id w:val="425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8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87" w:edGrp="everyone"/>
            <w:sdt>
              <w:sdtPr>
                <w:alias w:val="Katılım 6"/>
                <w:tag w:val="Katılım 6"/>
                <w:id w:val="4258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8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88" w:edGrp="everyone"/>
            <w:sdt>
              <w:sdtPr>
                <w:alias w:val="Katılımcı 7"/>
                <w:tag w:val="Katılımcı 7"/>
                <w:id w:val="425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8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89" w:edGrp="everyone"/>
            <w:sdt>
              <w:sdtPr>
                <w:alias w:val="Görev 7"/>
                <w:tag w:val="Görev 7"/>
                <w:id w:val="425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8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90" w:edGrp="everyone"/>
            <w:sdt>
              <w:sdtPr>
                <w:alias w:val="Katılım 7"/>
                <w:tag w:val="Katılım 7"/>
                <w:id w:val="4258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9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91" w:edGrp="everyone"/>
            <w:sdt>
              <w:sdtPr>
                <w:alias w:val="Katılımcı 8"/>
                <w:tag w:val="Katılımcı 8"/>
                <w:id w:val="425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9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92" w:edGrp="everyone"/>
            <w:sdt>
              <w:sdtPr>
                <w:alias w:val="Görev 8"/>
                <w:tag w:val="Görev 8"/>
                <w:id w:val="425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9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93" w:edGrp="everyone"/>
            <w:sdt>
              <w:sdtPr>
                <w:alias w:val="Katılım 8"/>
                <w:tag w:val="Katılım 8"/>
                <w:id w:val="4259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9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94" w:edGrp="everyone"/>
            <w:sdt>
              <w:sdtPr>
                <w:alias w:val="Katılımcı 9"/>
                <w:tag w:val="Katılımcı 9"/>
                <w:id w:val="425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9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95" w:edGrp="everyone"/>
            <w:sdt>
              <w:sdtPr>
                <w:alias w:val="Görev 9"/>
                <w:tag w:val="Görev 9"/>
                <w:id w:val="425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9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96" w:edGrp="everyone"/>
            <w:sdt>
              <w:sdtPr>
                <w:alias w:val="Katılım 9"/>
                <w:tag w:val="Katılım 9"/>
                <w:id w:val="4259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9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597" w:edGrp="everyone"/>
            <w:sdt>
              <w:sdtPr>
                <w:alias w:val="Katılımcı 10"/>
                <w:tag w:val="Katılımcı 10"/>
                <w:id w:val="425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9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598" w:edGrp="everyone"/>
            <w:sdt>
              <w:sdtPr>
                <w:alias w:val="Görev 10"/>
                <w:tag w:val="Görev 10"/>
                <w:id w:val="425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599" w:edGrp="everyone"/>
            <w:sdt>
              <w:sdtPr>
                <w:alias w:val="Katılım 10"/>
                <w:tag w:val="Katılım 10"/>
                <w:id w:val="4259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59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00" w:edGrp="everyone"/>
            <w:sdt>
              <w:sdtPr>
                <w:alias w:val="Katılımcı 11"/>
                <w:tag w:val="Katılımcı 11"/>
                <w:id w:val="425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0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01" w:edGrp="everyone"/>
            <w:sdt>
              <w:sdtPr>
                <w:alias w:val="Görev 11"/>
                <w:tag w:val="Görev 11"/>
                <w:id w:val="426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0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02" w:edGrp="everyone"/>
            <w:sdt>
              <w:sdtPr>
                <w:alias w:val="Katılım 11"/>
                <w:tag w:val="Katılım 11"/>
                <w:id w:val="4260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0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03" w:edGrp="everyone"/>
            <w:sdt>
              <w:sdtPr>
                <w:alias w:val="Katılımcı 12"/>
                <w:tag w:val="Katılımcı 12"/>
                <w:id w:val="426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0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04" w:edGrp="everyone"/>
            <w:sdt>
              <w:sdtPr>
                <w:alias w:val="Görev 12"/>
                <w:tag w:val="Görev 12"/>
                <w:id w:val="426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0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05" w:edGrp="everyone"/>
            <w:sdt>
              <w:sdtPr>
                <w:alias w:val="Katılım 12"/>
                <w:tag w:val="Katılım 12"/>
                <w:id w:val="4260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0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606" w:edGrp="everyone"/>
            <w:sdt>
              <w:sdtPr>
                <w:alias w:val="Toplam üye"/>
                <w:tag w:val="Toplam üye"/>
                <w:id w:val="426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06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607" w:edGrp="everyone"/>
            <w:sdt>
              <w:sdtPr>
                <w:alias w:val="Katılan"/>
                <w:tag w:val="Katılan"/>
                <w:id w:val="426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07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608" w:edGrp="everyone"/>
            <w:sdt>
              <w:sdtPr>
                <w:alias w:val="Yeter sayı"/>
                <w:tag w:val="Yeter sayı"/>
                <w:id w:val="42607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0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609" w:edGrp="everyone"/>
            <w:sdt>
              <w:sdtPr>
                <w:alias w:val="Önceki karar no 1"/>
                <w:tag w:val="Önceki karar no 1"/>
                <w:id w:val="426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0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610" w:edGrp="everyone"/>
            <w:sdt>
              <w:sdtPr>
                <w:alias w:val="Önceki karar 1"/>
                <w:tag w:val="Önceki karar 1"/>
                <w:id w:val="426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11" w:edGrp="everyone"/>
            <w:sdt>
              <w:sdtPr>
                <w:alias w:val="Durum 1"/>
                <w:tag w:val="Durum 1"/>
                <w:id w:val="4261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11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612" w:edGrp="everyone"/>
            <w:sdt>
              <w:sdtPr>
                <w:alias w:val="Açıklama 1"/>
                <w:tag w:val="Açıklama 1"/>
                <w:id w:val="426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612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613" w:edGrp="everyone"/>
            <w:sdt>
              <w:sdtPr>
                <w:alias w:val="Önceki karar no 2"/>
                <w:tag w:val="Önceki karar no 2"/>
                <w:id w:val="426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1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614" w:edGrp="everyone"/>
            <w:sdt>
              <w:sdtPr>
                <w:alias w:val="Önceki karar 2"/>
                <w:tag w:val="Önceki karar 2"/>
                <w:id w:val="426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15" w:edGrp="everyone"/>
            <w:sdt>
              <w:sdtPr>
                <w:alias w:val="Durum 2"/>
                <w:tag w:val="Durum 2"/>
                <w:id w:val="4261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15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616" w:edGrp="everyone"/>
            <w:sdt>
              <w:sdtPr>
                <w:alias w:val="Açıklama 2"/>
                <w:tag w:val="Açıklama 2"/>
                <w:id w:val="426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616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617" w:edGrp="everyone"/>
            <w:sdt>
              <w:sdtPr>
                <w:alias w:val="Önceki karar no 3"/>
                <w:tag w:val="Önceki karar no 3"/>
                <w:id w:val="426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1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618" w:edGrp="everyone"/>
            <w:sdt>
              <w:sdtPr>
                <w:alias w:val="Önceki karar 3"/>
                <w:tag w:val="Önceki karar 3"/>
                <w:id w:val="426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19" w:edGrp="everyone"/>
            <w:sdt>
              <w:sdtPr>
                <w:alias w:val="Durum 3"/>
                <w:tag w:val="Durum 3"/>
                <w:id w:val="4261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19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620" w:edGrp="everyone"/>
            <w:sdt>
              <w:sdtPr>
                <w:alias w:val="Açıklama 3"/>
                <w:tag w:val="Açıklama 3"/>
                <w:id w:val="426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620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621" w:edGrp="everyone"/>
            <w:sdt>
              <w:sdtPr>
                <w:alias w:val="Önceki karar no 4"/>
                <w:tag w:val="Önceki karar no 4"/>
                <w:id w:val="426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2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622" w:edGrp="everyone"/>
            <w:sdt>
              <w:sdtPr>
                <w:alias w:val="Önceki karar 4"/>
                <w:tag w:val="Önceki karar 4"/>
                <w:id w:val="426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2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23" w:edGrp="everyone"/>
            <w:sdt>
              <w:sdtPr>
                <w:alias w:val="Durum 4"/>
                <w:tag w:val="Durum 4"/>
                <w:id w:val="4262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23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624" w:edGrp="everyone"/>
            <w:sdt>
              <w:sdtPr>
                <w:alias w:val="Açıklama 4"/>
                <w:tag w:val="Açıklama 4"/>
                <w:id w:val="426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62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625" w:edGrp="everyone"/>
            <w:sdt>
              <w:sdtPr>
                <w:alias w:val="Gündem maddesi 1"/>
                <w:tag w:val="Gündem maddesi 1"/>
                <w:id w:val="426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625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626" w:edGrp="everyone"/>
            <w:sdt>
              <w:sdtPr>
                <w:alias w:val="Gündem maddesi 2"/>
                <w:tag w:val="Gündem maddesi 2"/>
                <w:id w:val="426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626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627" w:edGrp="everyone"/>
            <w:sdt>
              <w:sdtPr>
                <w:alias w:val="Gündem maddesi 3"/>
                <w:tag w:val="Gündem maddesi 3"/>
                <w:id w:val="426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627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628" w:edGrp="everyone"/>
            <w:sdt>
              <w:sdtPr>
                <w:alias w:val="Gündem maddesi 4"/>
                <w:tag w:val="Gündem maddesi 4"/>
                <w:id w:val="426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628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629" w:edGrp="everyone"/>
            <w:sdt>
              <w:sdtPr>
                <w:alias w:val="Gündem maddesi 5"/>
                <w:tag w:val="Gündem maddesi 5"/>
                <w:id w:val="426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629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GÖZDEN GEÇİRME GİRDİLERİ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514"/>
        <w:gridCol w:w="6122"/>
      </w:tblGrid>
      <w:tr>
        <w:trPr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Girdi</w:t>
            </w:r>
          </w:p>
        </w:tc>
        <w:tc>
          <w:tcPr>
            <w:tcW w:type="dxa" w:w="612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Değerlendirme / Sonuç</w:t>
            </w:r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Kalite politikası ve hedeflerin uygunluğu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0" w:edGrp="everyone"/>
            <w:sdt>
              <w:sdtPr>
                <w:alias w:val="Kalite politikası ve hedeflerin uygunluğu"/>
                <w:tag w:val="Kalite politikası ve hedeflerin uygunluğu"/>
                <w:id w:val="4262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0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Hedef kartı göstergelerinin gerçekleşmesi (KFRM-314)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1" w:edGrp="everyone"/>
            <w:sdt>
              <w:sdtPr>
                <w:alias w:val="Hedef kartı göstergelerinin gerçekleşmesi (KFRM-314)"/>
                <w:tag w:val="Hedef kartı göstergelerinin gerçekleşmesi (KFRM-314)"/>
                <w:id w:val="4263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1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İç ve dış değerlendirme sonuçları (BİDR, KİDR, MEDEK vb.)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2" w:edGrp="everyone"/>
            <w:sdt>
              <w:sdtPr>
                <w:alias w:val="İç ve dış değerlendirme sonuçları (BİDR, KİDR, MEDEK vb.)"/>
                <w:tag w:val="İç ve dış değerlendirme sonuçları (BİDR, KİDR, MEDEK vb.)"/>
                <w:id w:val="4263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2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Paydaş geri bildirimleri ve memnuniyet sonuçları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3" w:edGrp="everyone"/>
            <w:sdt>
              <w:sdtPr>
                <w:alias w:val="Paydaş geri bildirimleri ve memnuniyet sonuçları"/>
                <w:tag w:val="Paydaş geri bildirimleri ve memnuniyet sonuçları"/>
                <w:id w:val="4263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3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Düzeltici ve önleyici faaliyetlerin durumu (KFRM-312)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4" w:edGrp="everyone"/>
            <w:sdt>
              <w:sdtPr>
                <w:alias w:val="Düzeltici ve önleyici faaliyetlerin durumu (KFRM-312)"/>
                <w:tag w:val="Düzeltici ve önleyici faaliyetlerin durumu (KFRM-312)"/>
                <w:id w:val="4263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4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Önceki yönetim gözden geçirme kararlarının durumu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5" w:edGrp="everyone"/>
            <w:sdt>
              <w:sdtPr>
                <w:alias w:val="Önceki yönetim gözden geçirme kararlarının durumu"/>
                <w:tag w:val="Önceki yönetim gözden geçirme kararlarının durumu"/>
                <w:id w:val="4263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5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Mevzuat, organizasyon ve süreç değişiklikleri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6" w:edGrp="everyone"/>
            <w:sdt>
              <w:sdtPr>
                <w:alias w:val="Mevzuat, organizasyon ve süreç değişiklikleri"/>
                <w:tag w:val="Mevzuat, organizasyon ve süreç değişiklikleri"/>
                <w:id w:val="4263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6"/>
          </w:p>
        </w:tc>
      </w:tr>
      <w:tr>
        <w:trPr>
          <w:trHeight w:val="538" w:hRule="atLeast"/>
          <w:cantSplit/>
        </w:trPr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Kaynak (insan, mali, fiziki) ihtiyaçları</w:t>
            </w:r>
          </w:p>
        </w:tc>
        <w:tc>
          <w:tcPr>
            <w:tcW w:type="dxa" w:w="6123"/>
            <w:vAlign w:val="top"/>
          </w:tcPr>
          <w:p>
            <w:pPr>
              <w:spacing w:before="0" w:after="0" w:line="240" w:lineRule="auto"/>
              <w:jc w:val="left"/>
            </w:pPr>
            <w:permStart w:id="1637" w:edGrp="everyone"/>
            <w:sdt>
              <w:sdtPr>
                <w:alias w:val="Kaynak (insan, mali, fiziki) ihtiyaçları"/>
                <w:tag w:val="Kaynak (insan, mali, fiziki) ihtiyaçları"/>
                <w:id w:val="4263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638" w:edGrp="everyone"/>
            <w:sdt>
              <w:sdtPr>
                <w:alias w:val="Gündem no 1"/>
                <w:tag w:val="Gündem no 1"/>
                <w:id w:val="426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3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639" w:edGrp="everyone"/>
            <w:sdt>
              <w:sdtPr>
                <w:alias w:val="Görüşme özeti 1"/>
                <w:tag w:val="Görüşme özeti 1"/>
                <w:id w:val="4263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3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640" w:edGrp="everyone"/>
            <w:sdt>
              <w:sdtPr>
                <w:alias w:val="Karar 1"/>
                <w:tag w:val="Karar 1"/>
                <w:id w:val="4263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4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641" w:edGrp="everyone"/>
            <w:sdt>
              <w:sdtPr>
                <w:alias w:val="Sorumlu 1"/>
                <w:tag w:val="Sorumlu 1"/>
                <w:id w:val="426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4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642" w:edGrp="everyone"/>
            <w:sdt>
              <w:sdtPr>
                <w:alias w:val="Termin 1"/>
                <w:tag w:val="Termin 1"/>
                <w:id w:val="426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42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643" w:edGrp="everyone"/>
            <w:sdt>
              <w:sdtPr>
                <w:alias w:val="Gündem no 2"/>
                <w:tag w:val="Gündem no 2"/>
                <w:id w:val="426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43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644" w:edGrp="everyone"/>
            <w:sdt>
              <w:sdtPr>
                <w:alias w:val="Görüşme özeti 2"/>
                <w:tag w:val="Görüşme özeti 2"/>
                <w:id w:val="4264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44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645" w:edGrp="everyone"/>
            <w:sdt>
              <w:sdtPr>
                <w:alias w:val="Karar 2"/>
                <w:tag w:val="Karar 2"/>
                <w:id w:val="4264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45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646" w:edGrp="everyone"/>
            <w:sdt>
              <w:sdtPr>
                <w:alias w:val="Sorumlu 2"/>
                <w:tag w:val="Sorumlu 2"/>
                <w:id w:val="426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46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647" w:edGrp="everyone"/>
            <w:sdt>
              <w:sdtPr>
                <w:alias w:val="Termin 2"/>
                <w:tag w:val="Termin 2"/>
                <w:id w:val="4264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47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648" w:edGrp="everyone"/>
            <w:sdt>
              <w:sdtPr>
                <w:alias w:val="Gündem no 3"/>
                <w:tag w:val="Gündem no 3"/>
                <w:id w:val="426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48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649" w:edGrp="everyone"/>
            <w:sdt>
              <w:sdtPr>
                <w:alias w:val="Görüşme özeti 3"/>
                <w:tag w:val="Görüşme özeti 3"/>
                <w:id w:val="4264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49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650" w:edGrp="everyone"/>
            <w:sdt>
              <w:sdtPr>
                <w:alias w:val="Karar 3"/>
                <w:tag w:val="Karar 3"/>
                <w:id w:val="4264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650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651" w:edGrp="everyone"/>
            <w:sdt>
              <w:sdtPr>
                <w:alias w:val="Sorumlu 3"/>
                <w:tag w:val="Sorumlu 3"/>
                <w:id w:val="426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51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652" w:edGrp="everyone"/>
            <w:sdt>
              <w:sdtPr>
                <w:alias w:val="Termin 3"/>
                <w:tag w:val="Termin 3"/>
                <w:id w:val="426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5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653" w:edGrp="everyone"/>
            <w:sdt>
              <w:sdtPr>
                <w:alias w:val="Ek / Devamı"/>
                <w:tag w:val="Ek / Devamı"/>
                <w:id w:val="4265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5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654" w:edGrp="everyone"/>
            <w:sdt>
              <w:sdtPr>
                <w:alias w:val="A.1"/>
                <w:tag w:val="A.1"/>
                <w:id w:val="4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4"/>
            <w:r>
              <w:rPr>
                <w:sz w:val="17"/>
                <w:szCs w:val="17"/>
              </w:rPr>
              <w:t xml:space="preserve"> A.1   </w:t>
            </w:r>
            <w:permStart w:id="1655" w:edGrp="everyone"/>
            <w:sdt>
              <w:sdtPr>
                <w:alias w:val="A.2"/>
                <w:tag w:val="A.2"/>
                <w:id w:val="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5"/>
            <w:r>
              <w:rPr>
                <w:sz w:val="17"/>
                <w:szCs w:val="17"/>
              </w:rPr>
              <w:t xml:space="preserve"> A.2   </w:t>
            </w:r>
            <w:permStart w:id="1656" w:edGrp="everyone"/>
            <w:sdt>
              <w:sdtPr>
                <w:alias w:val="A.3"/>
                <w:tag w:val="A.3"/>
                <w:id w:val="4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6"/>
            <w:r>
              <w:rPr>
                <w:sz w:val="17"/>
                <w:szCs w:val="17"/>
              </w:rPr>
              <w:t xml:space="preserve"> A.3   </w:t>
            </w:r>
            <w:permStart w:id="1657" w:edGrp="everyone"/>
            <w:sdt>
              <w:sdtPr>
                <w:alias w:val="A.4"/>
                <w:tag w:val="A.4"/>
                <w:id w:val="4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7"/>
            <w:r>
              <w:rPr>
                <w:sz w:val="17"/>
                <w:szCs w:val="17"/>
              </w:rPr>
              <w:t xml:space="preserve"> A.4   </w:t>
            </w:r>
            <w:permStart w:id="1658" w:edGrp="everyone"/>
            <w:sdt>
              <w:sdtPr>
                <w:alias w:val="A.5"/>
                <w:tag w:val="A.5"/>
                <w:id w:val="4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8"/>
            <w:r>
              <w:rPr>
                <w:sz w:val="17"/>
                <w:szCs w:val="17"/>
              </w:rPr>
              <w:t xml:space="preserve"> A.5   </w:t>
            </w:r>
            <w:permStart w:id="1659" w:edGrp="everyone"/>
            <w:sdt>
              <w:sdtPr>
                <w:alias w:val="B"/>
                <w:tag w:val="B"/>
                <w:id w:val="4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59"/>
            <w:r>
              <w:rPr>
                <w:sz w:val="17"/>
                <w:szCs w:val="17"/>
              </w:rPr>
              <w:t xml:space="preserve"> B   </w:t>
            </w:r>
            <w:permStart w:id="1660" w:edGrp="everyone"/>
            <w:sdt>
              <w:sdtPr>
                <w:alias w:val="C"/>
                <w:tag w:val="C"/>
                <w:id w:val="4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0"/>
            <w:r>
              <w:rPr>
                <w:sz w:val="17"/>
                <w:szCs w:val="17"/>
              </w:rPr>
              <w:t xml:space="preserve"> C   </w:t>
            </w:r>
            <w:permStart w:id="1661" w:edGrp="everyone"/>
            <w:sdt>
              <w:sdtPr>
                <w:alias w:val="D"/>
                <w:tag w:val="D"/>
                <w:id w:val="4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1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662" w:edGrp="everyone"/>
            <w:sdt>
              <w:sdtPr>
                <w:alias w:val="Planla"/>
                <w:tag w:val="Planla"/>
                <w:id w:val="4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2"/>
            <w:r>
              <w:rPr>
                <w:sz w:val="17"/>
                <w:szCs w:val="17"/>
              </w:rPr>
              <w:t xml:space="preserve"> Planla   </w:t>
            </w:r>
            <w:permStart w:id="1663" w:edGrp="everyone"/>
            <w:sdt>
              <w:sdtPr>
                <w:alias w:val="Uygula"/>
                <w:tag w:val="Uygula"/>
                <w:id w:val="4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3"/>
            <w:r>
              <w:rPr>
                <w:sz w:val="17"/>
                <w:szCs w:val="17"/>
              </w:rPr>
              <w:t xml:space="preserve"> Uygula   </w:t>
            </w:r>
            <w:permStart w:id="1664" w:edGrp="everyone"/>
            <w:sdt>
              <w:sdtPr>
                <w:alias w:val="Kontrol Et"/>
                <w:tag w:val="Kontrol Et"/>
                <w:id w:val="4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4"/>
            <w:r>
              <w:rPr>
                <w:sz w:val="17"/>
                <w:szCs w:val="17"/>
              </w:rPr>
              <w:t xml:space="preserve"> Kontrol Et   </w:t>
            </w:r>
            <w:permStart w:id="1665" w:edGrp="everyone"/>
            <w:sdt>
              <w:sdtPr>
                <w:alias w:val="Önlem Al"/>
                <w:tag w:val="Önlem Al"/>
                <w:id w:val="4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5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666" w:edGrp="everyone"/>
            <w:sdt>
              <w:sdtPr>
                <w:alias w:val="Sonraki toplantı tarihi"/>
                <w:tag w:val="Sonraki toplantı tarihi"/>
                <w:id w:val="426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66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667" w:edGrp="everyone"/>
            <w:sdt>
              <w:sdtPr>
                <w:alias w:val="EBYS karar no"/>
                <w:tag w:val="EBYS karar no"/>
                <w:id w:val="426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1667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668" w:edGrp="everyone"/>
            <w:sdt>
              <w:sdtPr>
                <w:alias w:val="Kalite Komisyonuna iletim tarihi"/>
                <w:tag w:val="Kalite Komisyonuna iletim tarihi"/>
                <w:id w:val="4266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68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669" w:edGrp="everyone"/>
            <w:sdt>
              <w:sdtPr>
                <w:alias w:val="Evet"/>
                <w:tag w:val="Evet"/>
                <w:id w:val="4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69"/>
            <w:r>
              <w:rPr>
                <w:sz w:val="17"/>
                <w:szCs w:val="17"/>
              </w:rPr>
              <w:t xml:space="preserve"> Evet   </w:t>
            </w:r>
            <w:permStart w:id="1670" w:edGrp="everyone"/>
            <w:sdt>
              <w:sdtPr>
                <w:alias w:val="Hayır"/>
                <w:tag w:val="Hayır"/>
                <w:id w:val="4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670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Yüksekokul Müdürü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671" w:edGrp="everyone"/>
            <w:sdt>
              <w:sdtPr>
                <w:alias w:val="Yüksekokul Müdürü Adı Soyadı"/>
                <w:tag w:val="Yüksekokul Müdürü Adı Soyadı"/>
                <w:id w:val="426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67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672" w:edGrp="everyone"/>
            <w:sdt>
              <w:sdtPr>
                <w:alias w:val="Raportör Adı Soyadı"/>
                <w:tag w:val="Raportör Adı Soyadı"/>
                <w:id w:val="426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67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673" w:edGrp="everyone"/>
            <w:sdt>
              <w:sdtPr>
                <w:alias w:val="Birim Kalite Sorumlusu Adı Soyadı"/>
                <w:tag w:val="Birim Kalite Sorumlusu Adı Soyadı"/>
                <w:id w:val="426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673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Yönetimin Gözden Geçirme Toplantısı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674" w:edGrp="everyone"/>
            <w:sdt>
              <w:sdtPr>
                <w:alias w:val="Devam toplantı no"/>
                <w:tag w:val="Devam toplantı no"/>
                <w:id w:val="426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674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675" w:edGrp="everyone"/>
            <w:sdt>
              <w:sdtPr>
                <w:alias w:val="Devam toplantı tarihi"/>
                <w:tag w:val="Devam toplantı tarihi"/>
                <w:id w:val="426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67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76" w:edGrp="everyone"/>
            <w:sdt>
              <w:sdtPr>
                <w:alias w:val="Katılımcı 13"/>
                <w:tag w:val="Katılımcı 13"/>
                <w:id w:val="426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7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77" w:edGrp="everyone"/>
            <w:sdt>
              <w:sdtPr>
                <w:alias w:val="Görev 13"/>
                <w:tag w:val="Görev 13"/>
                <w:id w:val="426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7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78" w:edGrp="everyone"/>
            <w:sdt>
              <w:sdtPr>
                <w:alias w:val="Katılım 13"/>
                <w:tag w:val="Katılım 13"/>
                <w:id w:val="4267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7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79" w:edGrp="everyone"/>
            <w:sdt>
              <w:sdtPr>
                <w:alias w:val="Katılımcı 14"/>
                <w:tag w:val="Katılımcı 14"/>
                <w:id w:val="426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7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80" w:edGrp="everyone"/>
            <w:sdt>
              <w:sdtPr>
                <w:alias w:val="Görev 14"/>
                <w:tag w:val="Görev 14"/>
                <w:id w:val="426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8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81" w:edGrp="everyone"/>
            <w:sdt>
              <w:sdtPr>
                <w:alias w:val="Katılım 14"/>
                <w:tag w:val="Katılım 14"/>
                <w:id w:val="4268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8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82" w:edGrp="everyone"/>
            <w:sdt>
              <w:sdtPr>
                <w:alias w:val="Katılımcı 15"/>
                <w:tag w:val="Katılımcı 15"/>
                <w:id w:val="426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8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83" w:edGrp="everyone"/>
            <w:sdt>
              <w:sdtPr>
                <w:alias w:val="Görev 15"/>
                <w:tag w:val="Görev 15"/>
                <w:id w:val="426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8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84" w:edGrp="everyone"/>
            <w:sdt>
              <w:sdtPr>
                <w:alias w:val="Katılım 15"/>
                <w:tag w:val="Katılım 15"/>
                <w:id w:val="4268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8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85" w:edGrp="everyone"/>
            <w:sdt>
              <w:sdtPr>
                <w:alias w:val="Katılımcı 16"/>
                <w:tag w:val="Katılımcı 16"/>
                <w:id w:val="426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8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86" w:edGrp="everyone"/>
            <w:sdt>
              <w:sdtPr>
                <w:alias w:val="Görev 16"/>
                <w:tag w:val="Görev 16"/>
                <w:id w:val="426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8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87" w:edGrp="everyone"/>
            <w:sdt>
              <w:sdtPr>
                <w:alias w:val="Katılım 16"/>
                <w:tag w:val="Katılım 16"/>
                <w:id w:val="4268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8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88" w:edGrp="everyone"/>
            <w:sdt>
              <w:sdtPr>
                <w:alias w:val="Katılımcı 17"/>
                <w:tag w:val="Katılımcı 17"/>
                <w:id w:val="426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8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89" w:edGrp="everyone"/>
            <w:sdt>
              <w:sdtPr>
                <w:alias w:val="Görev 17"/>
                <w:tag w:val="Görev 17"/>
                <w:id w:val="426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8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90" w:edGrp="everyone"/>
            <w:sdt>
              <w:sdtPr>
                <w:alias w:val="Katılım 17"/>
                <w:tag w:val="Katılım 17"/>
                <w:id w:val="4268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9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91" w:edGrp="everyone"/>
            <w:sdt>
              <w:sdtPr>
                <w:alias w:val="Katılımcı 18"/>
                <w:tag w:val="Katılımcı 18"/>
                <w:id w:val="426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9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92" w:edGrp="everyone"/>
            <w:sdt>
              <w:sdtPr>
                <w:alias w:val="Görev 18"/>
                <w:tag w:val="Görev 18"/>
                <w:id w:val="426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9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93" w:edGrp="everyone"/>
            <w:sdt>
              <w:sdtPr>
                <w:alias w:val="Katılım 18"/>
                <w:tag w:val="Katılım 18"/>
                <w:id w:val="4269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9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94" w:edGrp="everyone"/>
            <w:sdt>
              <w:sdtPr>
                <w:alias w:val="Katılımcı 19"/>
                <w:tag w:val="Katılımcı 19"/>
                <w:id w:val="426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9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95" w:edGrp="everyone"/>
            <w:sdt>
              <w:sdtPr>
                <w:alias w:val="Görev 19"/>
                <w:tag w:val="Görev 19"/>
                <w:id w:val="426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9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96" w:edGrp="everyone"/>
            <w:sdt>
              <w:sdtPr>
                <w:alias w:val="Katılım 19"/>
                <w:tag w:val="Katılım 19"/>
                <w:id w:val="4269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9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697" w:edGrp="everyone"/>
            <w:sdt>
              <w:sdtPr>
                <w:alias w:val="Katılımcı 20"/>
                <w:tag w:val="Katılımcı 20"/>
                <w:id w:val="426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9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698" w:edGrp="everyone"/>
            <w:sdt>
              <w:sdtPr>
                <w:alias w:val="Görev 20"/>
                <w:tag w:val="Görev 20"/>
                <w:id w:val="426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699" w:edGrp="everyone"/>
            <w:sdt>
              <w:sdtPr>
                <w:alias w:val="Katılım 20"/>
                <w:tag w:val="Katılım 20"/>
                <w:id w:val="4269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69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00" w:edGrp="everyone"/>
            <w:sdt>
              <w:sdtPr>
                <w:alias w:val="Katılımcı 21"/>
                <w:tag w:val="Katılımcı 21"/>
                <w:id w:val="426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0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01" w:edGrp="everyone"/>
            <w:sdt>
              <w:sdtPr>
                <w:alias w:val="Görev 21"/>
                <w:tag w:val="Görev 21"/>
                <w:id w:val="427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0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02" w:edGrp="everyone"/>
            <w:sdt>
              <w:sdtPr>
                <w:alias w:val="Katılım 21"/>
                <w:tag w:val="Katılım 21"/>
                <w:id w:val="4270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0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03" w:edGrp="everyone"/>
            <w:sdt>
              <w:sdtPr>
                <w:alias w:val="Katılımcı 22"/>
                <w:tag w:val="Katılımcı 22"/>
                <w:id w:val="427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0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04" w:edGrp="everyone"/>
            <w:sdt>
              <w:sdtPr>
                <w:alias w:val="Görev 22"/>
                <w:tag w:val="Görev 22"/>
                <w:id w:val="427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0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05" w:edGrp="everyone"/>
            <w:sdt>
              <w:sdtPr>
                <w:alias w:val="Katılım 22"/>
                <w:tag w:val="Katılım 22"/>
                <w:id w:val="4270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0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06" w:edGrp="everyone"/>
            <w:sdt>
              <w:sdtPr>
                <w:alias w:val="Katılımcı 23"/>
                <w:tag w:val="Katılımcı 23"/>
                <w:id w:val="427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0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07" w:edGrp="everyone"/>
            <w:sdt>
              <w:sdtPr>
                <w:alias w:val="Görev 23"/>
                <w:tag w:val="Görev 23"/>
                <w:id w:val="427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0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08" w:edGrp="everyone"/>
            <w:sdt>
              <w:sdtPr>
                <w:alias w:val="Katılım 23"/>
                <w:tag w:val="Katılım 23"/>
                <w:id w:val="4270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0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09" w:edGrp="everyone"/>
            <w:sdt>
              <w:sdtPr>
                <w:alias w:val="Katılımcı 24"/>
                <w:tag w:val="Katılımcı 24"/>
                <w:id w:val="427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0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10" w:edGrp="everyone"/>
            <w:sdt>
              <w:sdtPr>
                <w:alias w:val="Görev 24"/>
                <w:tag w:val="Görev 24"/>
                <w:id w:val="427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11" w:edGrp="everyone"/>
            <w:sdt>
              <w:sdtPr>
                <w:alias w:val="Katılım 24"/>
                <w:tag w:val="Katılım 24"/>
                <w:id w:val="4271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1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12" w:edGrp="everyone"/>
            <w:sdt>
              <w:sdtPr>
                <w:alias w:val="Katılımcı 25"/>
                <w:tag w:val="Katılımcı 25"/>
                <w:id w:val="427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13" w:edGrp="everyone"/>
            <w:sdt>
              <w:sdtPr>
                <w:alias w:val="Görev 25"/>
                <w:tag w:val="Görev 25"/>
                <w:id w:val="427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14" w:edGrp="everyone"/>
            <w:sdt>
              <w:sdtPr>
                <w:alias w:val="Katılım 25"/>
                <w:tag w:val="Katılım 25"/>
                <w:id w:val="4271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1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15" w:edGrp="everyone"/>
            <w:sdt>
              <w:sdtPr>
                <w:alias w:val="Katılımcı 26"/>
                <w:tag w:val="Katılımcı 26"/>
                <w:id w:val="427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16" w:edGrp="everyone"/>
            <w:sdt>
              <w:sdtPr>
                <w:alias w:val="Görev 26"/>
                <w:tag w:val="Görev 26"/>
                <w:id w:val="427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17" w:edGrp="everyone"/>
            <w:sdt>
              <w:sdtPr>
                <w:alias w:val="Katılım 26"/>
                <w:tag w:val="Katılım 26"/>
                <w:id w:val="4271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1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18" w:edGrp="everyone"/>
            <w:sdt>
              <w:sdtPr>
                <w:alias w:val="Katılımcı 27"/>
                <w:tag w:val="Katılımcı 27"/>
                <w:id w:val="427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19" w:edGrp="everyone"/>
            <w:sdt>
              <w:sdtPr>
                <w:alias w:val="Görev 27"/>
                <w:tag w:val="Görev 27"/>
                <w:id w:val="427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1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20" w:edGrp="everyone"/>
            <w:sdt>
              <w:sdtPr>
                <w:alias w:val="Katılım 27"/>
                <w:tag w:val="Katılım 27"/>
                <w:id w:val="4271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2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21" w:edGrp="everyone"/>
            <w:sdt>
              <w:sdtPr>
                <w:alias w:val="Katılımcı 28"/>
                <w:tag w:val="Katılımcı 28"/>
                <w:id w:val="427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22" w:edGrp="everyone"/>
            <w:sdt>
              <w:sdtPr>
                <w:alias w:val="Görev 28"/>
                <w:tag w:val="Görev 28"/>
                <w:id w:val="427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2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23" w:edGrp="everyone"/>
            <w:sdt>
              <w:sdtPr>
                <w:alias w:val="Katılım 28"/>
                <w:tag w:val="Katılım 28"/>
                <w:id w:val="4272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2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24" w:edGrp="everyone"/>
            <w:sdt>
              <w:sdtPr>
                <w:alias w:val="Katılımcı 29"/>
                <w:tag w:val="Katılımcı 29"/>
                <w:id w:val="427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25" w:edGrp="everyone"/>
            <w:sdt>
              <w:sdtPr>
                <w:alias w:val="Görev 29"/>
                <w:tag w:val="Görev 29"/>
                <w:id w:val="427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26" w:edGrp="everyone"/>
            <w:sdt>
              <w:sdtPr>
                <w:alias w:val="Katılım 29"/>
                <w:tag w:val="Katılım 29"/>
                <w:id w:val="4272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2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27" w:edGrp="everyone"/>
            <w:sdt>
              <w:sdtPr>
                <w:alias w:val="Katılımcı 30"/>
                <w:tag w:val="Katılımcı 30"/>
                <w:id w:val="427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28" w:edGrp="everyone"/>
            <w:sdt>
              <w:sdtPr>
                <w:alias w:val="Görev 30"/>
                <w:tag w:val="Görev 30"/>
                <w:id w:val="427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29" w:edGrp="everyone"/>
            <w:sdt>
              <w:sdtPr>
                <w:alias w:val="Katılım 30"/>
                <w:tag w:val="Katılım 30"/>
                <w:id w:val="4272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2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30" w:edGrp="everyone"/>
            <w:sdt>
              <w:sdtPr>
                <w:alias w:val="Katılımcı 31"/>
                <w:tag w:val="Katılımcı 31"/>
                <w:id w:val="427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31" w:edGrp="everyone"/>
            <w:sdt>
              <w:sdtPr>
                <w:alias w:val="Görev 31"/>
                <w:tag w:val="Görev 31"/>
                <w:id w:val="427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3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32" w:edGrp="everyone"/>
            <w:sdt>
              <w:sdtPr>
                <w:alias w:val="Katılım 31"/>
                <w:tag w:val="Katılım 31"/>
                <w:id w:val="4273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3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33" w:edGrp="everyone"/>
            <w:sdt>
              <w:sdtPr>
                <w:alias w:val="Katılımcı 32"/>
                <w:tag w:val="Katılımcı 32"/>
                <w:id w:val="427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34" w:edGrp="everyone"/>
            <w:sdt>
              <w:sdtPr>
                <w:alias w:val="Görev 32"/>
                <w:tag w:val="Görev 32"/>
                <w:id w:val="427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3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35" w:edGrp="everyone"/>
            <w:sdt>
              <w:sdtPr>
                <w:alias w:val="Katılım 32"/>
                <w:tag w:val="Katılım 32"/>
                <w:id w:val="4273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3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36" w:edGrp="everyone"/>
            <w:sdt>
              <w:sdtPr>
                <w:alias w:val="Katılımcı 33"/>
                <w:tag w:val="Katılımcı 33"/>
                <w:id w:val="427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37" w:edGrp="everyone"/>
            <w:sdt>
              <w:sdtPr>
                <w:alias w:val="Görev 33"/>
                <w:tag w:val="Görev 33"/>
                <w:id w:val="427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38" w:edGrp="everyone"/>
            <w:sdt>
              <w:sdtPr>
                <w:alias w:val="Katılım 33"/>
                <w:tag w:val="Katılım 33"/>
                <w:id w:val="4273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3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39" w:edGrp="everyone"/>
            <w:sdt>
              <w:sdtPr>
                <w:alias w:val="Katılımcı 34"/>
                <w:tag w:val="Katılımcı 34"/>
                <w:id w:val="427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40" w:edGrp="everyone"/>
            <w:sdt>
              <w:sdtPr>
                <w:alias w:val="Görev 34"/>
                <w:tag w:val="Görev 34"/>
                <w:id w:val="427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41" w:edGrp="everyone"/>
            <w:sdt>
              <w:sdtPr>
                <w:alias w:val="Katılım 34"/>
                <w:tag w:val="Katılım 34"/>
                <w:id w:val="4274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4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42" w:edGrp="everyone"/>
            <w:sdt>
              <w:sdtPr>
                <w:alias w:val="Katılımcı 35"/>
                <w:tag w:val="Katılımcı 35"/>
                <w:id w:val="427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43" w:edGrp="everyone"/>
            <w:sdt>
              <w:sdtPr>
                <w:alias w:val="Görev 35"/>
                <w:tag w:val="Görev 35"/>
                <w:id w:val="427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4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44" w:edGrp="everyone"/>
            <w:sdt>
              <w:sdtPr>
                <w:alias w:val="Katılım 35"/>
                <w:tag w:val="Katılım 35"/>
                <w:id w:val="4274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4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745" w:edGrp="everyone"/>
            <w:sdt>
              <w:sdtPr>
                <w:alias w:val="Katılımcı 36"/>
                <w:tag w:val="Katılımcı 36"/>
                <w:id w:val="427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746" w:edGrp="everyone"/>
            <w:sdt>
              <w:sdtPr>
                <w:alias w:val="Görev 36"/>
                <w:tag w:val="Görev 36"/>
                <w:id w:val="427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747" w:edGrp="everyone"/>
            <w:sdt>
              <w:sdtPr>
                <w:alias w:val="Katılım 36"/>
                <w:tag w:val="Katılım 36"/>
                <w:id w:val="4274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74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HTMYO-KFRM-309  |  Yönetimin Gözden Geçirme Toplantısı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Yönetimin Gözden Geçirme Toplantısı Tutanağı</dc:title>
  <dc:subject>HTMYO-KFRM-309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