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40" w:line="240" w:lineRule="auto"/>
        <w:jc w:val="center"/>
      </w:pPr>
      <w:r>
        <w:rPr>
          <w:b/>
          <w:bCs/>
          <w:sz w:val="28"/>
          <w:szCs w:val="28"/>
        </w:rPr>
        <w:t xml:space="preserve">KARAR VE EYLEM İZLEME ÇIZELGESI</w:t>
      </w:r>
    </w:p>
    <w:p>
      <w:pPr>
        <w:spacing w:before="0" w:after="160" w:line="240" w:lineRule="auto"/>
        <w:jc w:val="center"/>
      </w:pPr>
      <w:r>
        <w:rPr>
          <w:sz w:val="19"/>
          <w:szCs w:val="19"/>
        </w:rPr>
        <w:t xml:space="preserve">Kurul, komisyon ve toplantı kararlarının izlenmesi (PUKÖ: Kontrol Et / Önlem Al)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Akademik Yıl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769" w:edGrp="everyone"/>
            <w:sdt>
              <w:sdtPr>
                <w:alias w:val="Akademik yıl"/>
                <w:tag w:val="Akademik yıl"/>
                <w:id w:val="42768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2026-2027</w:t>
                </w:r>
              </w:sdtContent>
            </w:sdt>
            <w:permEnd w:id="1769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Hazırlayan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1770" w:edGrp="everyone"/>
            <w:sdt>
              <w:sdtPr>
                <w:alias w:val="Hazırlayan"/>
                <w:tag w:val="Hazırlayan"/>
                <w:id w:val="4276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70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Güncelleme Tarihi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771" w:edGrp="everyone"/>
            <w:sdt>
              <w:sdtPr>
                <w:alias w:val="Güncelleme tarihi"/>
                <w:tag w:val="Güncelleme tarihi"/>
                <w:id w:val="42770"/>
              </w:sdtPr>
              <w:sdtContent>
                <w:r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 xml:space="preserve"> DATE \@ "dd.MM.yyyy" </w:instrText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sz w:val="18"/>
                    <w:szCs w:val="18"/>
                  </w:rPr>
                  <w:t>05.10.2026</w:t>
                </w:r>
                <w:r>
                  <w:rPr>
                    <w:sz w:val="18"/>
                    <w:szCs w:val="18"/>
                  </w:rPr>
                  <w:fldChar w:fldCharType="end"/>
                </w:r>
              </w:sdtContent>
            </w:sdt>
            <w:permEnd w:id="1771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İlgili Kurul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1772" w:edGrp="everyone"/>
            <w:sdt>
              <w:sdtPr>
                <w:alias w:val="İlgili kurul"/>
                <w:tag w:val="İlgili kurul"/>
                <w:id w:val="4277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72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"/>
        <w:gridCol w:w="1713"/>
        <w:gridCol w:w="2784"/>
        <w:gridCol w:w="1285"/>
        <w:gridCol w:w="1017"/>
        <w:gridCol w:w="1070"/>
        <w:gridCol w:w="1285"/>
      </w:tblGrid>
      <w:tr>
        <w:trPr>
          <w:cantSplit/>
        </w:trPr>
        <w:tc>
          <w:tcPr>
            <w:tcW w:type="dxa" w:w="48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Sıra</w:t>
            </w:r>
          </w:p>
        </w:tc>
        <w:tc>
          <w:tcPr>
            <w:tcW w:type="dxa" w:w="1713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Kaynak (Toplantı / Tarih / Karar No)</w:t>
            </w:r>
          </w:p>
        </w:tc>
        <w:tc>
          <w:tcPr>
            <w:tcW w:type="dxa" w:w="278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Karar / Eylem</w:t>
            </w:r>
          </w:p>
        </w:tc>
        <w:tc>
          <w:tcPr>
            <w:tcW w:type="dxa" w:w="128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Sorumlu</w:t>
            </w:r>
          </w:p>
        </w:tc>
        <w:tc>
          <w:tcPr>
            <w:tcW w:type="dxa" w:w="101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Termin</w:t>
            </w:r>
          </w:p>
        </w:tc>
        <w:tc>
          <w:tcPr>
            <w:tcW w:type="dxa" w:w="107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Durum</w:t>
            </w:r>
          </w:p>
        </w:tc>
        <w:tc>
          <w:tcPr>
            <w:tcW w:type="dxa" w:w="128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Kapanış Tarihi / Açıklama</w:t>
            </w:r>
          </w:p>
        </w:tc>
      </w:tr>
      <w:tr>
        <w:trPr>
          <w:trHeight w:val="538" w:hRule="atLeast"/>
          <w:cantSplit/>
        </w:trPr>
        <w:tc>
          <w:tcPr>
            <w:tcW w:type="dxa" w:w="48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type="dxa" w:w="1713"/>
            <w:vAlign w:val="center"/>
          </w:tcPr>
          <w:p>
            <w:pPr>
              <w:spacing w:before="0" w:after="0" w:line="240" w:lineRule="auto"/>
              <w:jc w:val="left"/>
            </w:pPr>
            <w:permStart w:id="1773" w:edGrp="everyone"/>
            <w:sdt>
              <w:sdtPr>
                <w:alias w:val="Kaynak 1"/>
                <w:tag w:val="Kaynak 1"/>
                <w:id w:val="4277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</w:t>
                </w:r>
              </w:sdtContent>
            </w:sdt>
            <w:permEnd w:id="1773"/>
          </w:p>
        </w:tc>
        <w:tc>
          <w:tcPr>
            <w:tcW w:type="dxa" w:w="2784"/>
            <w:vAlign w:val="center"/>
          </w:tcPr>
          <w:p>
            <w:pPr>
              <w:spacing w:before="0" w:after="0" w:line="240" w:lineRule="auto"/>
              <w:jc w:val="left"/>
            </w:pPr>
            <w:permStart w:id="1774" w:edGrp="everyone"/>
            <w:sdt>
              <w:sdtPr>
                <w:alias w:val="Eylem 1"/>
                <w:tag w:val="Eylem 1"/>
                <w:id w:val="42773"/>
                <w:showingPlcHdr/>
                <w:text w:multiLine="1"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 </w:t>
                </w:r>
              </w:sdtContent>
            </w:sdt>
            <w:permEnd w:id="1774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775" w:edGrp="everyone"/>
            <w:sdt>
              <w:sdtPr>
                <w:alias w:val="Sorumlu 1"/>
                <w:tag w:val="Sorumlu 1"/>
                <w:id w:val="4277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775"/>
          </w:p>
        </w:tc>
        <w:tc>
          <w:tcPr>
            <w:tcW w:type="dxa" w:w="1017"/>
            <w:vAlign w:val="center"/>
          </w:tcPr>
          <w:p>
            <w:pPr>
              <w:spacing w:before="0" w:after="0" w:line="240" w:lineRule="auto"/>
              <w:jc w:val="left"/>
            </w:pPr>
            <w:permStart w:id="1776" w:edGrp="everyone"/>
            <w:sdt>
              <w:sdtPr>
                <w:alias w:val="Termin 1"/>
                <w:tag w:val="Termin 1"/>
                <w:id w:val="4277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776"/>
          </w:p>
        </w:tc>
        <w:tc>
          <w:tcPr>
            <w:tcW w:type="dxa" w:w="1071"/>
            <w:vAlign w:val="center"/>
          </w:tcPr>
          <w:p>
            <w:pPr>
              <w:spacing w:before="0" w:after="0" w:line="240" w:lineRule="auto"/>
              <w:jc w:val="left"/>
            </w:pPr>
            <w:permStart w:id="1777" w:edGrp="everyone"/>
            <w:sdt>
              <w:sdtPr>
                <w:alias w:val="Durum 1"/>
                <w:tag w:val="Durum 1"/>
                <w:id w:val="42776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777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778" w:edGrp="everyone"/>
            <w:sdt>
              <w:sdtPr>
                <w:alias w:val="Kapanış 1"/>
                <w:tag w:val="Kapanış 1"/>
                <w:id w:val="4277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778"/>
          </w:p>
        </w:tc>
      </w:tr>
      <w:tr>
        <w:trPr>
          <w:trHeight w:val="538" w:hRule="atLeast"/>
          <w:cantSplit/>
        </w:trPr>
        <w:tc>
          <w:tcPr>
            <w:tcW w:type="dxa" w:w="48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type="dxa" w:w="1713"/>
            <w:vAlign w:val="center"/>
          </w:tcPr>
          <w:p>
            <w:pPr>
              <w:spacing w:before="0" w:after="0" w:line="240" w:lineRule="auto"/>
              <w:jc w:val="left"/>
            </w:pPr>
            <w:permStart w:id="1779" w:edGrp="everyone"/>
            <w:sdt>
              <w:sdtPr>
                <w:alias w:val="Kaynak 2"/>
                <w:tag w:val="Kaynak 2"/>
                <w:id w:val="4277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</w:t>
                </w:r>
              </w:sdtContent>
            </w:sdt>
            <w:permEnd w:id="1779"/>
          </w:p>
        </w:tc>
        <w:tc>
          <w:tcPr>
            <w:tcW w:type="dxa" w:w="2784"/>
            <w:vAlign w:val="center"/>
          </w:tcPr>
          <w:p>
            <w:pPr>
              <w:spacing w:before="0" w:after="0" w:line="240" w:lineRule="auto"/>
              <w:jc w:val="left"/>
            </w:pPr>
            <w:permStart w:id="1780" w:edGrp="everyone"/>
            <w:sdt>
              <w:sdtPr>
                <w:alias w:val="Eylem 2"/>
                <w:tag w:val="Eylem 2"/>
                <w:id w:val="42779"/>
                <w:showingPlcHdr/>
                <w:text w:multiLine="1"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 </w:t>
                </w:r>
              </w:sdtContent>
            </w:sdt>
            <w:permEnd w:id="1780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781" w:edGrp="everyone"/>
            <w:sdt>
              <w:sdtPr>
                <w:alias w:val="Sorumlu 2"/>
                <w:tag w:val="Sorumlu 2"/>
                <w:id w:val="4278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781"/>
          </w:p>
        </w:tc>
        <w:tc>
          <w:tcPr>
            <w:tcW w:type="dxa" w:w="1017"/>
            <w:vAlign w:val="center"/>
          </w:tcPr>
          <w:p>
            <w:pPr>
              <w:spacing w:before="0" w:after="0" w:line="240" w:lineRule="auto"/>
              <w:jc w:val="left"/>
            </w:pPr>
            <w:permStart w:id="1782" w:edGrp="everyone"/>
            <w:sdt>
              <w:sdtPr>
                <w:alias w:val="Termin 2"/>
                <w:tag w:val="Termin 2"/>
                <w:id w:val="4278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782"/>
          </w:p>
        </w:tc>
        <w:tc>
          <w:tcPr>
            <w:tcW w:type="dxa" w:w="1071"/>
            <w:vAlign w:val="center"/>
          </w:tcPr>
          <w:p>
            <w:pPr>
              <w:spacing w:before="0" w:after="0" w:line="240" w:lineRule="auto"/>
              <w:jc w:val="left"/>
            </w:pPr>
            <w:permStart w:id="1783" w:edGrp="everyone"/>
            <w:sdt>
              <w:sdtPr>
                <w:alias w:val="Durum 2"/>
                <w:tag w:val="Durum 2"/>
                <w:id w:val="42782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783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784" w:edGrp="everyone"/>
            <w:sdt>
              <w:sdtPr>
                <w:alias w:val="Kapanış 2"/>
                <w:tag w:val="Kapanış 2"/>
                <w:id w:val="4278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784"/>
          </w:p>
        </w:tc>
      </w:tr>
      <w:tr>
        <w:trPr>
          <w:trHeight w:val="538" w:hRule="atLeast"/>
          <w:cantSplit/>
        </w:trPr>
        <w:tc>
          <w:tcPr>
            <w:tcW w:type="dxa" w:w="48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</w:t>
            </w:r>
          </w:p>
        </w:tc>
        <w:tc>
          <w:tcPr>
            <w:tcW w:type="dxa" w:w="1713"/>
            <w:vAlign w:val="center"/>
          </w:tcPr>
          <w:p>
            <w:pPr>
              <w:spacing w:before="0" w:after="0" w:line="240" w:lineRule="auto"/>
              <w:jc w:val="left"/>
            </w:pPr>
            <w:permStart w:id="1785" w:edGrp="everyone"/>
            <w:sdt>
              <w:sdtPr>
                <w:alias w:val="Kaynak 3"/>
                <w:tag w:val="Kaynak 3"/>
                <w:id w:val="4278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</w:t>
                </w:r>
              </w:sdtContent>
            </w:sdt>
            <w:permEnd w:id="1785"/>
          </w:p>
        </w:tc>
        <w:tc>
          <w:tcPr>
            <w:tcW w:type="dxa" w:w="2784"/>
            <w:vAlign w:val="center"/>
          </w:tcPr>
          <w:p>
            <w:pPr>
              <w:spacing w:before="0" w:after="0" w:line="240" w:lineRule="auto"/>
              <w:jc w:val="left"/>
            </w:pPr>
            <w:permStart w:id="1786" w:edGrp="everyone"/>
            <w:sdt>
              <w:sdtPr>
                <w:alias w:val="Eylem 3"/>
                <w:tag w:val="Eylem 3"/>
                <w:id w:val="42785"/>
                <w:showingPlcHdr/>
                <w:text w:multiLine="1"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 </w:t>
                </w:r>
              </w:sdtContent>
            </w:sdt>
            <w:permEnd w:id="1786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787" w:edGrp="everyone"/>
            <w:sdt>
              <w:sdtPr>
                <w:alias w:val="Sorumlu 3"/>
                <w:tag w:val="Sorumlu 3"/>
                <w:id w:val="4278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787"/>
          </w:p>
        </w:tc>
        <w:tc>
          <w:tcPr>
            <w:tcW w:type="dxa" w:w="1017"/>
            <w:vAlign w:val="center"/>
          </w:tcPr>
          <w:p>
            <w:pPr>
              <w:spacing w:before="0" w:after="0" w:line="240" w:lineRule="auto"/>
              <w:jc w:val="left"/>
            </w:pPr>
            <w:permStart w:id="1788" w:edGrp="everyone"/>
            <w:sdt>
              <w:sdtPr>
                <w:alias w:val="Termin 3"/>
                <w:tag w:val="Termin 3"/>
                <w:id w:val="4278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788"/>
          </w:p>
        </w:tc>
        <w:tc>
          <w:tcPr>
            <w:tcW w:type="dxa" w:w="1071"/>
            <w:vAlign w:val="center"/>
          </w:tcPr>
          <w:p>
            <w:pPr>
              <w:spacing w:before="0" w:after="0" w:line="240" w:lineRule="auto"/>
              <w:jc w:val="left"/>
            </w:pPr>
            <w:permStart w:id="1789" w:edGrp="everyone"/>
            <w:sdt>
              <w:sdtPr>
                <w:alias w:val="Durum 3"/>
                <w:tag w:val="Durum 3"/>
                <w:id w:val="42788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789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790" w:edGrp="everyone"/>
            <w:sdt>
              <w:sdtPr>
                <w:alias w:val="Kapanış 3"/>
                <w:tag w:val="Kapanış 3"/>
                <w:id w:val="4278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790"/>
          </w:p>
        </w:tc>
      </w:tr>
      <w:tr>
        <w:trPr>
          <w:trHeight w:val="538" w:hRule="atLeast"/>
          <w:cantSplit/>
        </w:trPr>
        <w:tc>
          <w:tcPr>
            <w:tcW w:type="dxa" w:w="48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type="dxa" w:w="1713"/>
            <w:vAlign w:val="center"/>
          </w:tcPr>
          <w:p>
            <w:pPr>
              <w:spacing w:before="0" w:after="0" w:line="240" w:lineRule="auto"/>
              <w:jc w:val="left"/>
            </w:pPr>
            <w:permStart w:id="1791" w:edGrp="everyone"/>
            <w:sdt>
              <w:sdtPr>
                <w:alias w:val="Kaynak 4"/>
                <w:tag w:val="Kaynak 4"/>
                <w:id w:val="4279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</w:t>
                </w:r>
              </w:sdtContent>
            </w:sdt>
            <w:permEnd w:id="1791"/>
          </w:p>
        </w:tc>
        <w:tc>
          <w:tcPr>
            <w:tcW w:type="dxa" w:w="2784"/>
            <w:vAlign w:val="center"/>
          </w:tcPr>
          <w:p>
            <w:pPr>
              <w:spacing w:before="0" w:after="0" w:line="240" w:lineRule="auto"/>
              <w:jc w:val="left"/>
            </w:pPr>
            <w:permStart w:id="1792" w:edGrp="everyone"/>
            <w:sdt>
              <w:sdtPr>
                <w:alias w:val="Eylem 4"/>
                <w:tag w:val="Eylem 4"/>
                <w:id w:val="42791"/>
                <w:showingPlcHdr/>
                <w:text w:multiLine="1"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 </w:t>
                </w:r>
              </w:sdtContent>
            </w:sdt>
            <w:permEnd w:id="1792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793" w:edGrp="everyone"/>
            <w:sdt>
              <w:sdtPr>
                <w:alias w:val="Sorumlu 4"/>
                <w:tag w:val="Sorumlu 4"/>
                <w:id w:val="4279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793"/>
          </w:p>
        </w:tc>
        <w:tc>
          <w:tcPr>
            <w:tcW w:type="dxa" w:w="1017"/>
            <w:vAlign w:val="center"/>
          </w:tcPr>
          <w:p>
            <w:pPr>
              <w:spacing w:before="0" w:after="0" w:line="240" w:lineRule="auto"/>
              <w:jc w:val="left"/>
            </w:pPr>
            <w:permStart w:id="1794" w:edGrp="everyone"/>
            <w:sdt>
              <w:sdtPr>
                <w:alias w:val="Termin 4"/>
                <w:tag w:val="Termin 4"/>
                <w:id w:val="4279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794"/>
          </w:p>
        </w:tc>
        <w:tc>
          <w:tcPr>
            <w:tcW w:type="dxa" w:w="1071"/>
            <w:vAlign w:val="center"/>
          </w:tcPr>
          <w:p>
            <w:pPr>
              <w:spacing w:before="0" w:after="0" w:line="240" w:lineRule="auto"/>
              <w:jc w:val="left"/>
            </w:pPr>
            <w:permStart w:id="1795" w:edGrp="everyone"/>
            <w:sdt>
              <w:sdtPr>
                <w:alias w:val="Durum 4"/>
                <w:tag w:val="Durum 4"/>
                <w:id w:val="42794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795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796" w:edGrp="everyone"/>
            <w:sdt>
              <w:sdtPr>
                <w:alias w:val="Kapanış 4"/>
                <w:tag w:val="Kapanış 4"/>
                <w:id w:val="4279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796"/>
          </w:p>
        </w:tc>
      </w:tr>
      <w:tr>
        <w:trPr>
          <w:trHeight w:val="538" w:hRule="atLeast"/>
          <w:cantSplit/>
        </w:trPr>
        <w:tc>
          <w:tcPr>
            <w:tcW w:type="dxa" w:w="48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  <w:tc>
          <w:tcPr>
            <w:tcW w:type="dxa" w:w="1713"/>
            <w:vAlign w:val="center"/>
          </w:tcPr>
          <w:p>
            <w:pPr>
              <w:spacing w:before="0" w:after="0" w:line="240" w:lineRule="auto"/>
              <w:jc w:val="left"/>
            </w:pPr>
            <w:permStart w:id="1797" w:edGrp="everyone"/>
            <w:sdt>
              <w:sdtPr>
                <w:alias w:val="Kaynak 5"/>
                <w:tag w:val="Kaynak 5"/>
                <w:id w:val="4279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</w:t>
                </w:r>
              </w:sdtContent>
            </w:sdt>
            <w:permEnd w:id="1797"/>
          </w:p>
        </w:tc>
        <w:tc>
          <w:tcPr>
            <w:tcW w:type="dxa" w:w="2784"/>
            <w:vAlign w:val="center"/>
          </w:tcPr>
          <w:p>
            <w:pPr>
              <w:spacing w:before="0" w:after="0" w:line="240" w:lineRule="auto"/>
              <w:jc w:val="left"/>
            </w:pPr>
            <w:permStart w:id="1798" w:edGrp="everyone"/>
            <w:sdt>
              <w:sdtPr>
                <w:alias w:val="Eylem 5"/>
                <w:tag w:val="Eylem 5"/>
                <w:id w:val="42797"/>
                <w:showingPlcHdr/>
                <w:text w:multiLine="1"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 </w:t>
                </w:r>
              </w:sdtContent>
            </w:sdt>
            <w:permEnd w:id="1798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799" w:edGrp="everyone"/>
            <w:sdt>
              <w:sdtPr>
                <w:alias w:val="Sorumlu 5"/>
                <w:tag w:val="Sorumlu 5"/>
                <w:id w:val="4279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799"/>
          </w:p>
        </w:tc>
        <w:tc>
          <w:tcPr>
            <w:tcW w:type="dxa" w:w="1017"/>
            <w:vAlign w:val="center"/>
          </w:tcPr>
          <w:p>
            <w:pPr>
              <w:spacing w:before="0" w:after="0" w:line="240" w:lineRule="auto"/>
              <w:jc w:val="left"/>
            </w:pPr>
            <w:permStart w:id="1800" w:edGrp="everyone"/>
            <w:sdt>
              <w:sdtPr>
                <w:alias w:val="Termin 5"/>
                <w:tag w:val="Termin 5"/>
                <w:id w:val="4279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00"/>
          </w:p>
        </w:tc>
        <w:tc>
          <w:tcPr>
            <w:tcW w:type="dxa" w:w="1071"/>
            <w:vAlign w:val="center"/>
          </w:tcPr>
          <w:p>
            <w:pPr>
              <w:spacing w:before="0" w:after="0" w:line="240" w:lineRule="auto"/>
              <w:jc w:val="left"/>
            </w:pPr>
            <w:permStart w:id="1801" w:edGrp="everyone"/>
            <w:sdt>
              <w:sdtPr>
                <w:alias w:val="Durum 5"/>
                <w:tag w:val="Durum 5"/>
                <w:id w:val="42800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01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02" w:edGrp="everyone"/>
            <w:sdt>
              <w:sdtPr>
                <w:alias w:val="Kapanış 5"/>
                <w:tag w:val="Kapanış 5"/>
                <w:id w:val="4280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02"/>
          </w:p>
        </w:tc>
      </w:tr>
      <w:tr>
        <w:trPr>
          <w:trHeight w:val="538" w:hRule="atLeast"/>
          <w:cantSplit/>
        </w:trPr>
        <w:tc>
          <w:tcPr>
            <w:tcW w:type="dxa" w:w="48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6</w:t>
            </w:r>
          </w:p>
        </w:tc>
        <w:tc>
          <w:tcPr>
            <w:tcW w:type="dxa" w:w="1713"/>
            <w:vAlign w:val="center"/>
          </w:tcPr>
          <w:p>
            <w:pPr>
              <w:spacing w:before="0" w:after="0" w:line="240" w:lineRule="auto"/>
              <w:jc w:val="left"/>
            </w:pPr>
            <w:permStart w:id="1803" w:edGrp="everyone"/>
            <w:sdt>
              <w:sdtPr>
                <w:alias w:val="Kaynak 6"/>
                <w:tag w:val="Kaynak 6"/>
                <w:id w:val="4280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</w:t>
                </w:r>
              </w:sdtContent>
            </w:sdt>
            <w:permEnd w:id="1803"/>
          </w:p>
        </w:tc>
        <w:tc>
          <w:tcPr>
            <w:tcW w:type="dxa" w:w="2784"/>
            <w:vAlign w:val="center"/>
          </w:tcPr>
          <w:p>
            <w:pPr>
              <w:spacing w:before="0" w:after="0" w:line="240" w:lineRule="auto"/>
              <w:jc w:val="left"/>
            </w:pPr>
            <w:permStart w:id="1804" w:edGrp="everyone"/>
            <w:sdt>
              <w:sdtPr>
                <w:alias w:val="Eylem 6"/>
                <w:tag w:val="Eylem 6"/>
                <w:id w:val="42803"/>
                <w:showingPlcHdr/>
                <w:text w:multiLine="1"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 </w:t>
                </w:r>
              </w:sdtContent>
            </w:sdt>
            <w:permEnd w:id="1804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05" w:edGrp="everyone"/>
            <w:sdt>
              <w:sdtPr>
                <w:alias w:val="Sorumlu 6"/>
                <w:tag w:val="Sorumlu 6"/>
                <w:id w:val="4280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05"/>
          </w:p>
        </w:tc>
        <w:tc>
          <w:tcPr>
            <w:tcW w:type="dxa" w:w="1017"/>
            <w:vAlign w:val="center"/>
          </w:tcPr>
          <w:p>
            <w:pPr>
              <w:spacing w:before="0" w:after="0" w:line="240" w:lineRule="auto"/>
              <w:jc w:val="left"/>
            </w:pPr>
            <w:permStart w:id="1806" w:edGrp="everyone"/>
            <w:sdt>
              <w:sdtPr>
                <w:alias w:val="Termin 6"/>
                <w:tag w:val="Termin 6"/>
                <w:id w:val="4280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06"/>
          </w:p>
        </w:tc>
        <w:tc>
          <w:tcPr>
            <w:tcW w:type="dxa" w:w="1071"/>
            <w:vAlign w:val="center"/>
          </w:tcPr>
          <w:p>
            <w:pPr>
              <w:spacing w:before="0" w:after="0" w:line="240" w:lineRule="auto"/>
              <w:jc w:val="left"/>
            </w:pPr>
            <w:permStart w:id="1807" w:edGrp="everyone"/>
            <w:sdt>
              <w:sdtPr>
                <w:alias w:val="Durum 6"/>
                <w:tag w:val="Durum 6"/>
                <w:id w:val="42806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07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08" w:edGrp="everyone"/>
            <w:sdt>
              <w:sdtPr>
                <w:alias w:val="Kapanış 6"/>
                <w:tag w:val="Kapanış 6"/>
                <w:id w:val="4280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08"/>
          </w:p>
        </w:tc>
      </w:tr>
      <w:tr>
        <w:trPr>
          <w:trHeight w:val="538" w:hRule="atLeast"/>
          <w:cantSplit/>
        </w:trPr>
        <w:tc>
          <w:tcPr>
            <w:tcW w:type="dxa" w:w="48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type="dxa" w:w="1713"/>
            <w:vAlign w:val="center"/>
          </w:tcPr>
          <w:p>
            <w:pPr>
              <w:spacing w:before="0" w:after="0" w:line="240" w:lineRule="auto"/>
              <w:jc w:val="left"/>
            </w:pPr>
            <w:permStart w:id="1809" w:edGrp="everyone"/>
            <w:sdt>
              <w:sdtPr>
                <w:alias w:val="Kaynak 7"/>
                <w:tag w:val="Kaynak 7"/>
                <w:id w:val="4280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</w:t>
                </w:r>
              </w:sdtContent>
            </w:sdt>
            <w:permEnd w:id="1809"/>
          </w:p>
        </w:tc>
        <w:tc>
          <w:tcPr>
            <w:tcW w:type="dxa" w:w="2784"/>
            <w:vAlign w:val="center"/>
          </w:tcPr>
          <w:p>
            <w:pPr>
              <w:spacing w:before="0" w:after="0" w:line="240" w:lineRule="auto"/>
              <w:jc w:val="left"/>
            </w:pPr>
            <w:permStart w:id="1810" w:edGrp="everyone"/>
            <w:sdt>
              <w:sdtPr>
                <w:alias w:val="Eylem 7"/>
                <w:tag w:val="Eylem 7"/>
                <w:id w:val="42809"/>
                <w:showingPlcHdr/>
                <w:text w:multiLine="1"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 </w:t>
                </w:r>
              </w:sdtContent>
            </w:sdt>
            <w:permEnd w:id="1810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11" w:edGrp="everyone"/>
            <w:sdt>
              <w:sdtPr>
                <w:alias w:val="Sorumlu 7"/>
                <w:tag w:val="Sorumlu 7"/>
                <w:id w:val="4281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11"/>
          </w:p>
        </w:tc>
        <w:tc>
          <w:tcPr>
            <w:tcW w:type="dxa" w:w="1017"/>
            <w:vAlign w:val="center"/>
          </w:tcPr>
          <w:p>
            <w:pPr>
              <w:spacing w:before="0" w:after="0" w:line="240" w:lineRule="auto"/>
              <w:jc w:val="left"/>
            </w:pPr>
            <w:permStart w:id="1812" w:edGrp="everyone"/>
            <w:sdt>
              <w:sdtPr>
                <w:alias w:val="Termin 7"/>
                <w:tag w:val="Termin 7"/>
                <w:id w:val="4281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12"/>
          </w:p>
        </w:tc>
        <w:tc>
          <w:tcPr>
            <w:tcW w:type="dxa" w:w="1071"/>
            <w:vAlign w:val="center"/>
          </w:tcPr>
          <w:p>
            <w:pPr>
              <w:spacing w:before="0" w:after="0" w:line="240" w:lineRule="auto"/>
              <w:jc w:val="left"/>
            </w:pPr>
            <w:permStart w:id="1813" w:edGrp="everyone"/>
            <w:sdt>
              <w:sdtPr>
                <w:alias w:val="Durum 7"/>
                <w:tag w:val="Durum 7"/>
                <w:id w:val="42812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13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14" w:edGrp="everyone"/>
            <w:sdt>
              <w:sdtPr>
                <w:alias w:val="Kapanış 7"/>
                <w:tag w:val="Kapanış 7"/>
                <w:id w:val="4281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14"/>
          </w:p>
        </w:tc>
      </w:tr>
      <w:tr>
        <w:trPr>
          <w:trHeight w:val="538" w:hRule="atLeast"/>
          <w:cantSplit/>
        </w:trPr>
        <w:tc>
          <w:tcPr>
            <w:tcW w:type="dxa" w:w="48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type="dxa" w:w="1713"/>
            <w:vAlign w:val="center"/>
          </w:tcPr>
          <w:p>
            <w:pPr>
              <w:spacing w:before="0" w:after="0" w:line="240" w:lineRule="auto"/>
              <w:jc w:val="left"/>
            </w:pPr>
            <w:permStart w:id="1815" w:edGrp="everyone"/>
            <w:sdt>
              <w:sdtPr>
                <w:alias w:val="Kaynak 8"/>
                <w:tag w:val="Kaynak 8"/>
                <w:id w:val="4281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</w:t>
                </w:r>
              </w:sdtContent>
            </w:sdt>
            <w:permEnd w:id="1815"/>
          </w:p>
        </w:tc>
        <w:tc>
          <w:tcPr>
            <w:tcW w:type="dxa" w:w="2784"/>
            <w:vAlign w:val="center"/>
          </w:tcPr>
          <w:p>
            <w:pPr>
              <w:spacing w:before="0" w:after="0" w:line="240" w:lineRule="auto"/>
              <w:jc w:val="left"/>
            </w:pPr>
            <w:permStart w:id="1816" w:edGrp="everyone"/>
            <w:sdt>
              <w:sdtPr>
                <w:alias w:val="Eylem 8"/>
                <w:tag w:val="Eylem 8"/>
                <w:id w:val="42815"/>
                <w:showingPlcHdr/>
                <w:text w:multiLine="1"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 </w:t>
                </w:r>
              </w:sdtContent>
            </w:sdt>
            <w:permEnd w:id="1816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17" w:edGrp="everyone"/>
            <w:sdt>
              <w:sdtPr>
                <w:alias w:val="Sorumlu 8"/>
                <w:tag w:val="Sorumlu 8"/>
                <w:id w:val="4281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17"/>
          </w:p>
        </w:tc>
        <w:tc>
          <w:tcPr>
            <w:tcW w:type="dxa" w:w="1017"/>
            <w:vAlign w:val="center"/>
          </w:tcPr>
          <w:p>
            <w:pPr>
              <w:spacing w:before="0" w:after="0" w:line="240" w:lineRule="auto"/>
              <w:jc w:val="left"/>
            </w:pPr>
            <w:permStart w:id="1818" w:edGrp="everyone"/>
            <w:sdt>
              <w:sdtPr>
                <w:alias w:val="Termin 8"/>
                <w:tag w:val="Termin 8"/>
                <w:id w:val="4281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18"/>
          </w:p>
        </w:tc>
        <w:tc>
          <w:tcPr>
            <w:tcW w:type="dxa" w:w="1071"/>
            <w:vAlign w:val="center"/>
          </w:tcPr>
          <w:p>
            <w:pPr>
              <w:spacing w:before="0" w:after="0" w:line="240" w:lineRule="auto"/>
              <w:jc w:val="left"/>
            </w:pPr>
            <w:permStart w:id="1819" w:edGrp="everyone"/>
            <w:sdt>
              <w:sdtPr>
                <w:alias w:val="Durum 8"/>
                <w:tag w:val="Durum 8"/>
                <w:id w:val="42818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19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20" w:edGrp="everyone"/>
            <w:sdt>
              <w:sdtPr>
                <w:alias w:val="Kapanış 8"/>
                <w:tag w:val="Kapanış 8"/>
                <w:id w:val="4281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20"/>
          </w:p>
        </w:tc>
      </w:tr>
      <w:tr>
        <w:trPr>
          <w:trHeight w:val="538" w:hRule="atLeast"/>
          <w:cantSplit/>
        </w:trPr>
        <w:tc>
          <w:tcPr>
            <w:tcW w:type="dxa" w:w="48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9</w:t>
            </w:r>
          </w:p>
        </w:tc>
        <w:tc>
          <w:tcPr>
            <w:tcW w:type="dxa" w:w="1713"/>
            <w:vAlign w:val="center"/>
          </w:tcPr>
          <w:p>
            <w:pPr>
              <w:spacing w:before="0" w:after="0" w:line="240" w:lineRule="auto"/>
              <w:jc w:val="left"/>
            </w:pPr>
            <w:permStart w:id="1821" w:edGrp="everyone"/>
            <w:sdt>
              <w:sdtPr>
                <w:alias w:val="Kaynak 9"/>
                <w:tag w:val="Kaynak 9"/>
                <w:id w:val="4282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</w:t>
                </w:r>
              </w:sdtContent>
            </w:sdt>
            <w:permEnd w:id="1821"/>
          </w:p>
        </w:tc>
        <w:tc>
          <w:tcPr>
            <w:tcW w:type="dxa" w:w="2784"/>
            <w:vAlign w:val="center"/>
          </w:tcPr>
          <w:p>
            <w:pPr>
              <w:spacing w:before="0" w:after="0" w:line="240" w:lineRule="auto"/>
              <w:jc w:val="left"/>
            </w:pPr>
            <w:permStart w:id="1822" w:edGrp="everyone"/>
            <w:sdt>
              <w:sdtPr>
                <w:alias w:val="Eylem 9"/>
                <w:tag w:val="Eylem 9"/>
                <w:id w:val="42821"/>
                <w:showingPlcHdr/>
                <w:text w:multiLine="1"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 </w:t>
                </w:r>
              </w:sdtContent>
            </w:sdt>
            <w:permEnd w:id="1822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23" w:edGrp="everyone"/>
            <w:sdt>
              <w:sdtPr>
                <w:alias w:val="Sorumlu 9"/>
                <w:tag w:val="Sorumlu 9"/>
                <w:id w:val="4282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23"/>
          </w:p>
        </w:tc>
        <w:tc>
          <w:tcPr>
            <w:tcW w:type="dxa" w:w="1017"/>
            <w:vAlign w:val="center"/>
          </w:tcPr>
          <w:p>
            <w:pPr>
              <w:spacing w:before="0" w:after="0" w:line="240" w:lineRule="auto"/>
              <w:jc w:val="left"/>
            </w:pPr>
            <w:permStart w:id="1824" w:edGrp="everyone"/>
            <w:sdt>
              <w:sdtPr>
                <w:alias w:val="Termin 9"/>
                <w:tag w:val="Termin 9"/>
                <w:id w:val="4282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24"/>
          </w:p>
        </w:tc>
        <w:tc>
          <w:tcPr>
            <w:tcW w:type="dxa" w:w="1071"/>
            <w:vAlign w:val="center"/>
          </w:tcPr>
          <w:p>
            <w:pPr>
              <w:spacing w:before="0" w:after="0" w:line="240" w:lineRule="auto"/>
              <w:jc w:val="left"/>
            </w:pPr>
            <w:permStart w:id="1825" w:edGrp="everyone"/>
            <w:sdt>
              <w:sdtPr>
                <w:alias w:val="Durum 9"/>
                <w:tag w:val="Durum 9"/>
                <w:id w:val="42824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25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26" w:edGrp="everyone"/>
            <w:sdt>
              <w:sdtPr>
                <w:alias w:val="Kapanış 9"/>
                <w:tag w:val="Kapanış 9"/>
                <w:id w:val="4282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26"/>
          </w:p>
        </w:tc>
      </w:tr>
      <w:tr>
        <w:trPr>
          <w:trHeight w:val="538" w:hRule="atLeast"/>
          <w:cantSplit/>
        </w:trPr>
        <w:tc>
          <w:tcPr>
            <w:tcW w:type="dxa" w:w="48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10</w:t>
            </w:r>
          </w:p>
        </w:tc>
        <w:tc>
          <w:tcPr>
            <w:tcW w:type="dxa" w:w="1713"/>
            <w:vAlign w:val="center"/>
          </w:tcPr>
          <w:p>
            <w:pPr>
              <w:spacing w:before="0" w:after="0" w:line="240" w:lineRule="auto"/>
              <w:jc w:val="left"/>
            </w:pPr>
            <w:permStart w:id="1827" w:edGrp="everyone"/>
            <w:sdt>
              <w:sdtPr>
                <w:alias w:val="Kaynak 10"/>
                <w:tag w:val="Kaynak 10"/>
                <w:id w:val="4282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</w:t>
                </w:r>
              </w:sdtContent>
            </w:sdt>
            <w:permEnd w:id="1827"/>
          </w:p>
        </w:tc>
        <w:tc>
          <w:tcPr>
            <w:tcW w:type="dxa" w:w="2784"/>
            <w:vAlign w:val="center"/>
          </w:tcPr>
          <w:p>
            <w:pPr>
              <w:spacing w:before="0" w:after="0" w:line="240" w:lineRule="auto"/>
              <w:jc w:val="left"/>
            </w:pPr>
            <w:permStart w:id="1828" w:edGrp="everyone"/>
            <w:sdt>
              <w:sdtPr>
                <w:alias w:val="Eylem 10"/>
                <w:tag w:val="Eylem 10"/>
                <w:id w:val="42827"/>
                <w:showingPlcHdr/>
                <w:text w:multiLine="1"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 </w:t>
                </w:r>
              </w:sdtContent>
            </w:sdt>
            <w:permEnd w:id="1828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29" w:edGrp="everyone"/>
            <w:sdt>
              <w:sdtPr>
                <w:alias w:val="Sorumlu 10"/>
                <w:tag w:val="Sorumlu 10"/>
                <w:id w:val="4282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29"/>
          </w:p>
        </w:tc>
        <w:tc>
          <w:tcPr>
            <w:tcW w:type="dxa" w:w="1017"/>
            <w:vAlign w:val="center"/>
          </w:tcPr>
          <w:p>
            <w:pPr>
              <w:spacing w:before="0" w:after="0" w:line="240" w:lineRule="auto"/>
              <w:jc w:val="left"/>
            </w:pPr>
            <w:permStart w:id="1830" w:edGrp="everyone"/>
            <w:sdt>
              <w:sdtPr>
                <w:alias w:val="Termin 10"/>
                <w:tag w:val="Termin 10"/>
                <w:id w:val="4282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30"/>
          </w:p>
        </w:tc>
        <w:tc>
          <w:tcPr>
            <w:tcW w:type="dxa" w:w="1071"/>
            <w:vAlign w:val="center"/>
          </w:tcPr>
          <w:p>
            <w:pPr>
              <w:spacing w:before="0" w:after="0" w:line="240" w:lineRule="auto"/>
              <w:jc w:val="left"/>
            </w:pPr>
            <w:permStart w:id="1831" w:edGrp="everyone"/>
            <w:sdt>
              <w:sdtPr>
                <w:alias w:val="Durum 10"/>
                <w:tag w:val="Durum 10"/>
                <w:id w:val="42830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31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32" w:edGrp="everyone"/>
            <w:sdt>
              <w:sdtPr>
                <w:alias w:val="Kapanış 10"/>
                <w:tag w:val="Kapanış 10"/>
                <w:id w:val="4283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32"/>
          </w:p>
        </w:tc>
      </w:tr>
      <w:tr>
        <w:trPr>
          <w:trHeight w:val="538" w:hRule="atLeast"/>
          <w:cantSplit/>
        </w:trPr>
        <w:tc>
          <w:tcPr>
            <w:tcW w:type="dxa" w:w="48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11</w:t>
            </w:r>
          </w:p>
        </w:tc>
        <w:tc>
          <w:tcPr>
            <w:tcW w:type="dxa" w:w="1713"/>
            <w:vAlign w:val="center"/>
          </w:tcPr>
          <w:p>
            <w:pPr>
              <w:spacing w:before="0" w:after="0" w:line="240" w:lineRule="auto"/>
              <w:jc w:val="left"/>
            </w:pPr>
            <w:permStart w:id="1833" w:edGrp="everyone"/>
            <w:sdt>
              <w:sdtPr>
                <w:alias w:val="Kaynak 11"/>
                <w:tag w:val="Kaynak 11"/>
                <w:id w:val="4283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</w:t>
                </w:r>
              </w:sdtContent>
            </w:sdt>
            <w:permEnd w:id="1833"/>
          </w:p>
        </w:tc>
        <w:tc>
          <w:tcPr>
            <w:tcW w:type="dxa" w:w="2784"/>
            <w:vAlign w:val="center"/>
          </w:tcPr>
          <w:p>
            <w:pPr>
              <w:spacing w:before="0" w:after="0" w:line="240" w:lineRule="auto"/>
              <w:jc w:val="left"/>
            </w:pPr>
            <w:permStart w:id="1834" w:edGrp="everyone"/>
            <w:sdt>
              <w:sdtPr>
                <w:alias w:val="Eylem 11"/>
                <w:tag w:val="Eylem 11"/>
                <w:id w:val="42833"/>
                <w:showingPlcHdr/>
                <w:text w:multiLine="1"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 </w:t>
                </w:r>
              </w:sdtContent>
            </w:sdt>
            <w:permEnd w:id="1834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35" w:edGrp="everyone"/>
            <w:sdt>
              <w:sdtPr>
                <w:alias w:val="Sorumlu 11"/>
                <w:tag w:val="Sorumlu 11"/>
                <w:id w:val="4283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35"/>
          </w:p>
        </w:tc>
        <w:tc>
          <w:tcPr>
            <w:tcW w:type="dxa" w:w="1017"/>
            <w:vAlign w:val="center"/>
          </w:tcPr>
          <w:p>
            <w:pPr>
              <w:spacing w:before="0" w:after="0" w:line="240" w:lineRule="auto"/>
              <w:jc w:val="left"/>
            </w:pPr>
            <w:permStart w:id="1836" w:edGrp="everyone"/>
            <w:sdt>
              <w:sdtPr>
                <w:alias w:val="Termin 11"/>
                <w:tag w:val="Termin 11"/>
                <w:id w:val="4283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36"/>
          </w:p>
        </w:tc>
        <w:tc>
          <w:tcPr>
            <w:tcW w:type="dxa" w:w="1071"/>
            <w:vAlign w:val="center"/>
          </w:tcPr>
          <w:p>
            <w:pPr>
              <w:spacing w:before="0" w:after="0" w:line="240" w:lineRule="auto"/>
              <w:jc w:val="left"/>
            </w:pPr>
            <w:permStart w:id="1837" w:edGrp="everyone"/>
            <w:sdt>
              <w:sdtPr>
                <w:alias w:val="Durum 11"/>
                <w:tag w:val="Durum 11"/>
                <w:id w:val="42836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37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38" w:edGrp="everyone"/>
            <w:sdt>
              <w:sdtPr>
                <w:alias w:val="Kapanış 11"/>
                <w:tag w:val="Kapanış 11"/>
                <w:id w:val="4283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38"/>
          </w:p>
        </w:tc>
      </w:tr>
      <w:tr>
        <w:trPr>
          <w:trHeight w:val="538" w:hRule="atLeast"/>
          <w:cantSplit/>
        </w:trPr>
        <w:tc>
          <w:tcPr>
            <w:tcW w:type="dxa" w:w="48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12</w:t>
            </w:r>
          </w:p>
        </w:tc>
        <w:tc>
          <w:tcPr>
            <w:tcW w:type="dxa" w:w="1713"/>
            <w:vAlign w:val="center"/>
          </w:tcPr>
          <w:p>
            <w:pPr>
              <w:spacing w:before="0" w:after="0" w:line="240" w:lineRule="auto"/>
              <w:jc w:val="left"/>
            </w:pPr>
            <w:permStart w:id="1839" w:edGrp="everyone"/>
            <w:sdt>
              <w:sdtPr>
                <w:alias w:val="Kaynak 12"/>
                <w:tag w:val="Kaynak 12"/>
                <w:id w:val="4283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</w:t>
                </w:r>
              </w:sdtContent>
            </w:sdt>
            <w:permEnd w:id="1839"/>
          </w:p>
        </w:tc>
        <w:tc>
          <w:tcPr>
            <w:tcW w:type="dxa" w:w="2784"/>
            <w:vAlign w:val="center"/>
          </w:tcPr>
          <w:p>
            <w:pPr>
              <w:spacing w:before="0" w:after="0" w:line="240" w:lineRule="auto"/>
              <w:jc w:val="left"/>
            </w:pPr>
            <w:permStart w:id="1840" w:edGrp="everyone"/>
            <w:sdt>
              <w:sdtPr>
                <w:alias w:val="Eylem 12"/>
                <w:tag w:val="Eylem 12"/>
                <w:id w:val="42839"/>
                <w:showingPlcHdr/>
                <w:text w:multiLine="1"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 </w:t>
                </w:r>
              </w:sdtContent>
            </w:sdt>
            <w:permEnd w:id="1840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41" w:edGrp="everyone"/>
            <w:sdt>
              <w:sdtPr>
                <w:alias w:val="Sorumlu 12"/>
                <w:tag w:val="Sorumlu 12"/>
                <w:id w:val="4284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41"/>
          </w:p>
        </w:tc>
        <w:tc>
          <w:tcPr>
            <w:tcW w:type="dxa" w:w="1017"/>
            <w:vAlign w:val="center"/>
          </w:tcPr>
          <w:p>
            <w:pPr>
              <w:spacing w:before="0" w:after="0" w:line="240" w:lineRule="auto"/>
              <w:jc w:val="left"/>
            </w:pPr>
            <w:permStart w:id="1842" w:edGrp="everyone"/>
            <w:sdt>
              <w:sdtPr>
                <w:alias w:val="Termin 12"/>
                <w:tag w:val="Termin 12"/>
                <w:id w:val="4284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42"/>
          </w:p>
        </w:tc>
        <w:tc>
          <w:tcPr>
            <w:tcW w:type="dxa" w:w="1071"/>
            <w:vAlign w:val="center"/>
          </w:tcPr>
          <w:p>
            <w:pPr>
              <w:spacing w:before="0" w:after="0" w:line="240" w:lineRule="auto"/>
              <w:jc w:val="left"/>
            </w:pPr>
            <w:permStart w:id="1843" w:edGrp="everyone"/>
            <w:sdt>
              <w:sdtPr>
                <w:alias w:val="Durum 12"/>
                <w:tag w:val="Durum 12"/>
                <w:id w:val="42842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43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44" w:edGrp="everyone"/>
            <w:sdt>
              <w:sdtPr>
                <w:alias w:val="Kapanış 12"/>
                <w:tag w:val="Kapanış 12"/>
                <w:id w:val="4284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44"/>
          </w:p>
        </w:tc>
      </w:tr>
      <w:tr>
        <w:trPr>
          <w:trHeight w:val="538" w:hRule="atLeast"/>
          <w:cantSplit/>
        </w:trPr>
        <w:tc>
          <w:tcPr>
            <w:tcW w:type="dxa" w:w="48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13</w:t>
            </w:r>
          </w:p>
        </w:tc>
        <w:tc>
          <w:tcPr>
            <w:tcW w:type="dxa" w:w="1713"/>
            <w:vAlign w:val="center"/>
          </w:tcPr>
          <w:p>
            <w:pPr>
              <w:spacing w:before="0" w:after="0" w:line="240" w:lineRule="auto"/>
              <w:jc w:val="left"/>
            </w:pPr>
            <w:permStart w:id="1845" w:edGrp="everyone"/>
            <w:sdt>
              <w:sdtPr>
                <w:alias w:val="Kaynak 13"/>
                <w:tag w:val="Kaynak 13"/>
                <w:id w:val="4284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</w:t>
                </w:r>
              </w:sdtContent>
            </w:sdt>
            <w:permEnd w:id="1845"/>
          </w:p>
        </w:tc>
        <w:tc>
          <w:tcPr>
            <w:tcW w:type="dxa" w:w="2784"/>
            <w:vAlign w:val="center"/>
          </w:tcPr>
          <w:p>
            <w:pPr>
              <w:spacing w:before="0" w:after="0" w:line="240" w:lineRule="auto"/>
              <w:jc w:val="left"/>
            </w:pPr>
            <w:permStart w:id="1846" w:edGrp="everyone"/>
            <w:sdt>
              <w:sdtPr>
                <w:alias w:val="Eylem 13"/>
                <w:tag w:val="Eylem 13"/>
                <w:id w:val="42845"/>
                <w:showingPlcHdr/>
                <w:text w:multiLine="1"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 </w:t>
                </w:r>
              </w:sdtContent>
            </w:sdt>
            <w:permEnd w:id="1846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47" w:edGrp="everyone"/>
            <w:sdt>
              <w:sdtPr>
                <w:alias w:val="Sorumlu 13"/>
                <w:tag w:val="Sorumlu 13"/>
                <w:id w:val="4284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47"/>
          </w:p>
        </w:tc>
        <w:tc>
          <w:tcPr>
            <w:tcW w:type="dxa" w:w="1017"/>
            <w:vAlign w:val="center"/>
          </w:tcPr>
          <w:p>
            <w:pPr>
              <w:spacing w:before="0" w:after="0" w:line="240" w:lineRule="auto"/>
              <w:jc w:val="left"/>
            </w:pPr>
            <w:permStart w:id="1848" w:edGrp="everyone"/>
            <w:sdt>
              <w:sdtPr>
                <w:alias w:val="Termin 13"/>
                <w:tag w:val="Termin 13"/>
                <w:id w:val="4284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48"/>
          </w:p>
        </w:tc>
        <w:tc>
          <w:tcPr>
            <w:tcW w:type="dxa" w:w="1071"/>
            <w:vAlign w:val="center"/>
          </w:tcPr>
          <w:p>
            <w:pPr>
              <w:spacing w:before="0" w:after="0" w:line="240" w:lineRule="auto"/>
              <w:jc w:val="left"/>
            </w:pPr>
            <w:permStart w:id="1849" w:edGrp="everyone"/>
            <w:sdt>
              <w:sdtPr>
                <w:alias w:val="Durum 13"/>
                <w:tag w:val="Durum 13"/>
                <w:id w:val="42848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49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50" w:edGrp="everyone"/>
            <w:sdt>
              <w:sdtPr>
                <w:alias w:val="Kapanış 13"/>
                <w:tag w:val="Kapanış 13"/>
                <w:id w:val="4284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50"/>
          </w:p>
        </w:tc>
      </w:tr>
      <w:tr>
        <w:trPr>
          <w:trHeight w:val="538" w:hRule="atLeast"/>
          <w:cantSplit/>
        </w:trPr>
        <w:tc>
          <w:tcPr>
            <w:tcW w:type="dxa" w:w="48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14</w:t>
            </w:r>
          </w:p>
        </w:tc>
        <w:tc>
          <w:tcPr>
            <w:tcW w:type="dxa" w:w="1713"/>
            <w:vAlign w:val="center"/>
          </w:tcPr>
          <w:p>
            <w:pPr>
              <w:spacing w:before="0" w:after="0" w:line="240" w:lineRule="auto"/>
              <w:jc w:val="left"/>
            </w:pPr>
            <w:permStart w:id="1851" w:edGrp="everyone"/>
            <w:sdt>
              <w:sdtPr>
                <w:alias w:val="Kaynak 14"/>
                <w:tag w:val="Kaynak 14"/>
                <w:id w:val="4285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</w:t>
                </w:r>
              </w:sdtContent>
            </w:sdt>
            <w:permEnd w:id="1851"/>
          </w:p>
        </w:tc>
        <w:tc>
          <w:tcPr>
            <w:tcW w:type="dxa" w:w="2784"/>
            <w:vAlign w:val="center"/>
          </w:tcPr>
          <w:p>
            <w:pPr>
              <w:spacing w:before="0" w:after="0" w:line="240" w:lineRule="auto"/>
              <w:jc w:val="left"/>
            </w:pPr>
            <w:permStart w:id="1852" w:edGrp="everyone"/>
            <w:sdt>
              <w:sdtPr>
                <w:alias w:val="Eylem 14"/>
                <w:tag w:val="Eylem 14"/>
                <w:id w:val="42851"/>
                <w:showingPlcHdr/>
                <w:text w:multiLine="1"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 </w:t>
                </w:r>
              </w:sdtContent>
            </w:sdt>
            <w:permEnd w:id="1852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53" w:edGrp="everyone"/>
            <w:sdt>
              <w:sdtPr>
                <w:alias w:val="Sorumlu 14"/>
                <w:tag w:val="Sorumlu 14"/>
                <w:id w:val="4285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53"/>
          </w:p>
        </w:tc>
        <w:tc>
          <w:tcPr>
            <w:tcW w:type="dxa" w:w="1017"/>
            <w:vAlign w:val="center"/>
          </w:tcPr>
          <w:p>
            <w:pPr>
              <w:spacing w:before="0" w:after="0" w:line="240" w:lineRule="auto"/>
              <w:jc w:val="left"/>
            </w:pPr>
            <w:permStart w:id="1854" w:edGrp="everyone"/>
            <w:sdt>
              <w:sdtPr>
                <w:alias w:val="Termin 14"/>
                <w:tag w:val="Termin 14"/>
                <w:id w:val="4285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54"/>
          </w:p>
        </w:tc>
        <w:tc>
          <w:tcPr>
            <w:tcW w:type="dxa" w:w="1071"/>
            <w:vAlign w:val="center"/>
          </w:tcPr>
          <w:p>
            <w:pPr>
              <w:spacing w:before="0" w:after="0" w:line="240" w:lineRule="auto"/>
              <w:jc w:val="left"/>
            </w:pPr>
            <w:permStart w:id="1855" w:edGrp="everyone"/>
            <w:sdt>
              <w:sdtPr>
                <w:alias w:val="Durum 14"/>
                <w:tag w:val="Durum 14"/>
                <w:id w:val="42854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55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56" w:edGrp="everyone"/>
            <w:sdt>
              <w:sdtPr>
                <w:alias w:val="Kapanış 14"/>
                <w:tag w:val="Kapanış 14"/>
                <w:id w:val="4285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56"/>
          </w:p>
        </w:tc>
      </w:tr>
      <w:tr>
        <w:trPr>
          <w:trHeight w:val="538" w:hRule="atLeast"/>
          <w:cantSplit/>
        </w:trPr>
        <w:tc>
          <w:tcPr>
            <w:tcW w:type="dxa" w:w="48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15</w:t>
            </w:r>
          </w:p>
        </w:tc>
        <w:tc>
          <w:tcPr>
            <w:tcW w:type="dxa" w:w="1713"/>
            <w:vAlign w:val="center"/>
          </w:tcPr>
          <w:p>
            <w:pPr>
              <w:spacing w:before="0" w:after="0" w:line="240" w:lineRule="auto"/>
              <w:jc w:val="left"/>
            </w:pPr>
            <w:permStart w:id="1857" w:edGrp="everyone"/>
            <w:sdt>
              <w:sdtPr>
                <w:alias w:val="Kaynak 15"/>
                <w:tag w:val="Kaynak 15"/>
                <w:id w:val="4285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</w:t>
                </w:r>
              </w:sdtContent>
            </w:sdt>
            <w:permEnd w:id="1857"/>
          </w:p>
        </w:tc>
        <w:tc>
          <w:tcPr>
            <w:tcW w:type="dxa" w:w="2784"/>
            <w:vAlign w:val="center"/>
          </w:tcPr>
          <w:p>
            <w:pPr>
              <w:spacing w:before="0" w:after="0" w:line="240" w:lineRule="auto"/>
              <w:jc w:val="left"/>
            </w:pPr>
            <w:permStart w:id="1858" w:edGrp="everyone"/>
            <w:sdt>
              <w:sdtPr>
                <w:alias w:val="Eylem 15"/>
                <w:tag w:val="Eylem 15"/>
                <w:id w:val="42857"/>
                <w:showingPlcHdr/>
                <w:text w:multiLine="1"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 </w:t>
                </w:r>
              </w:sdtContent>
            </w:sdt>
            <w:permEnd w:id="1858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59" w:edGrp="everyone"/>
            <w:sdt>
              <w:sdtPr>
                <w:alias w:val="Sorumlu 15"/>
                <w:tag w:val="Sorumlu 15"/>
                <w:id w:val="4285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59"/>
          </w:p>
        </w:tc>
        <w:tc>
          <w:tcPr>
            <w:tcW w:type="dxa" w:w="1017"/>
            <w:vAlign w:val="center"/>
          </w:tcPr>
          <w:p>
            <w:pPr>
              <w:spacing w:before="0" w:after="0" w:line="240" w:lineRule="auto"/>
              <w:jc w:val="left"/>
            </w:pPr>
            <w:permStart w:id="1860" w:edGrp="everyone"/>
            <w:sdt>
              <w:sdtPr>
                <w:alias w:val="Termin 15"/>
                <w:tag w:val="Termin 15"/>
                <w:id w:val="4285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60"/>
          </w:p>
        </w:tc>
        <w:tc>
          <w:tcPr>
            <w:tcW w:type="dxa" w:w="1071"/>
            <w:vAlign w:val="center"/>
          </w:tcPr>
          <w:p>
            <w:pPr>
              <w:spacing w:before="0" w:after="0" w:line="240" w:lineRule="auto"/>
              <w:jc w:val="left"/>
            </w:pPr>
            <w:permStart w:id="1861" w:edGrp="everyone"/>
            <w:sdt>
              <w:sdtPr>
                <w:alias w:val="Durum 15"/>
                <w:tag w:val="Durum 15"/>
                <w:id w:val="42860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61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62" w:edGrp="everyone"/>
            <w:sdt>
              <w:sdtPr>
                <w:alias w:val="Kapanış 15"/>
                <w:tag w:val="Kapanış 15"/>
                <w:id w:val="4286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62"/>
          </w:p>
        </w:tc>
      </w:tr>
      <w:tr>
        <w:trPr>
          <w:trHeight w:val="538" w:hRule="atLeast"/>
          <w:cantSplit/>
        </w:trPr>
        <w:tc>
          <w:tcPr>
            <w:tcW w:type="dxa" w:w="48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16</w:t>
            </w:r>
          </w:p>
        </w:tc>
        <w:tc>
          <w:tcPr>
            <w:tcW w:type="dxa" w:w="1713"/>
            <w:vAlign w:val="center"/>
          </w:tcPr>
          <w:p>
            <w:pPr>
              <w:spacing w:before="0" w:after="0" w:line="240" w:lineRule="auto"/>
              <w:jc w:val="left"/>
            </w:pPr>
            <w:permStart w:id="1863" w:edGrp="everyone"/>
            <w:sdt>
              <w:sdtPr>
                <w:alias w:val="Kaynak 16"/>
                <w:tag w:val="Kaynak 16"/>
                <w:id w:val="4286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</w:t>
                </w:r>
              </w:sdtContent>
            </w:sdt>
            <w:permEnd w:id="1863"/>
          </w:p>
        </w:tc>
        <w:tc>
          <w:tcPr>
            <w:tcW w:type="dxa" w:w="2784"/>
            <w:vAlign w:val="center"/>
          </w:tcPr>
          <w:p>
            <w:pPr>
              <w:spacing w:before="0" w:after="0" w:line="240" w:lineRule="auto"/>
              <w:jc w:val="left"/>
            </w:pPr>
            <w:permStart w:id="1864" w:edGrp="everyone"/>
            <w:sdt>
              <w:sdtPr>
                <w:alias w:val="Eylem 16"/>
                <w:tag w:val="Eylem 16"/>
                <w:id w:val="42863"/>
                <w:showingPlcHdr/>
                <w:text w:multiLine="1"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       </w:t>
                </w:r>
              </w:sdtContent>
            </w:sdt>
            <w:permEnd w:id="1864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65" w:edGrp="everyone"/>
            <w:sdt>
              <w:sdtPr>
                <w:alias w:val="Sorumlu 16"/>
                <w:tag w:val="Sorumlu 16"/>
                <w:id w:val="4286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65"/>
          </w:p>
        </w:tc>
        <w:tc>
          <w:tcPr>
            <w:tcW w:type="dxa" w:w="1017"/>
            <w:vAlign w:val="center"/>
          </w:tcPr>
          <w:p>
            <w:pPr>
              <w:spacing w:before="0" w:after="0" w:line="240" w:lineRule="auto"/>
              <w:jc w:val="left"/>
            </w:pPr>
            <w:permStart w:id="1866" w:edGrp="everyone"/>
            <w:sdt>
              <w:sdtPr>
                <w:alias w:val="Termin 16"/>
                <w:tag w:val="Termin 16"/>
                <w:id w:val="4286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66"/>
          </w:p>
        </w:tc>
        <w:tc>
          <w:tcPr>
            <w:tcW w:type="dxa" w:w="1071"/>
            <w:vAlign w:val="center"/>
          </w:tcPr>
          <w:p>
            <w:pPr>
              <w:spacing w:before="0" w:after="0" w:line="240" w:lineRule="auto"/>
              <w:jc w:val="left"/>
            </w:pPr>
            <w:permStart w:id="1867" w:edGrp="everyone"/>
            <w:sdt>
              <w:sdtPr>
                <w:alias w:val="Durum 16"/>
                <w:tag w:val="Durum 16"/>
                <w:id w:val="42866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67"/>
          </w:p>
        </w:tc>
        <w:tc>
          <w:tcPr>
            <w:tcW w:type="dxa" w:w="1285"/>
            <w:vAlign w:val="center"/>
          </w:tcPr>
          <w:p>
            <w:pPr>
              <w:spacing w:before="0" w:after="0" w:line="240" w:lineRule="auto"/>
              <w:jc w:val="left"/>
            </w:pPr>
            <w:permStart w:id="1868" w:edGrp="everyone"/>
            <w:sdt>
              <w:sdtPr>
                <w:alias w:val="Kapanış 16"/>
                <w:tag w:val="Kapanış 16"/>
                <w:id w:val="4286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6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7937"/>
      </w:tblGrid>
      <w:tr>
        <w:trPr>
          <w:trHeight w:val="680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Ek / Devamı</w:t>
            </w:r>
          </w:p>
        </w:tc>
        <w:tc>
          <w:tcPr>
            <w:tcW w:type="dxa" w:w="7937"/>
            <w:vAlign w:val="top"/>
          </w:tcPr>
          <w:p>
            <w:pPr>
              <w:spacing w:before="0" w:after="0" w:line="240" w:lineRule="auto"/>
              <w:jc w:val="left"/>
            </w:pPr>
            <w:permStart w:id="1869" w:edGrp="everyone"/>
            <w:sdt>
              <w:sdtPr>
                <w:alias w:val="Ek / Devamı"/>
                <w:tag w:val="Ek / Devamı"/>
                <w:id w:val="4286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69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Çizelge her toplantıdan sonra güncellenir; tamamlanmayan eylemler bir sonraki toplantı gündemine "önceki kararların durumu" olarak alınır. Birim Kalite Komisyonu çizelgeyi yılda en az iki kez gözden geçirir.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HTMYO-KFRM-311  |  Karar ve Eylem İzleme Çizelgesi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HTMYO-KFRM-311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Karar ve Eylem İzleme Çizelgesi</dc:title>
  <dc:subject>HTMYO-KFRM-311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