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YILLIK TOPLANTI VE KALITE TAKVIMI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Birim Kalite Komisyonunca her akademik yıl başında hazırlanır ve web sitesinde yayımlanır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907" w:edGrp="everyone"/>
            <w:sdt>
              <w:sdtPr>
                <w:alias w:val="Akademik yıl"/>
                <w:tag w:val="Akademik yıl"/>
                <w:id w:val="42906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1907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Hazırlama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908" w:edGrp="everyone"/>
            <w:sdt>
              <w:sdtPr>
                <w:alias w:val="Hazırlama tarihi"/>
                <w:tag w:val="Hazırlama tarihi"/>
                <w:id w:val="42907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06.10.2026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90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721"/>
        <w:gridCol w:w="1814"/>
        <w:gridCol w:w="1474"/>
        <w:gridCol w:w="1133"/>
        <w:gridCol w:w="1133"/>
        <w:gridCol w:w="1360"/>
      </w:tblGrid>
      <w:tr>
        <w:trPr>
          <w:cantSplit/>
        </w:trPr>
        <w:tc>
          <w:tcPr>
            <w:tcW w:type="dxa" w:w="272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Toplantı / Faaliyet</w:t>
            </w:r>
          </w:p>
        </w:tc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Sorumlu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Periyot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Güz Planlanan</w:t>
            </w:r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Bahar Planlanan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Gerçekleşme / Tutanak No</w:t>
            </w:r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Birim Kalite Komisyonu toplantısı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Birim Kalite Sorumlusu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en az 2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09" w:edGrp="everyone"/>
            <w:sdt>
              <w:sdtPr>
                <w:alias w:val="Güz tarihi 0"/>
                <w:tag w:val="Güz tarihi 0"/>
                <w:id w:val="4290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0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0" w:edGrp="everyone"/>
            <w:sdt>
              <w:sdtPr>
                <w:alias w:val="Bahar tarihi 0"/>
                <w:tag w:val="Bahar tarihi 0"/>
                <w:id w:val="4290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11" w:edGrp="everyone"/>
            <w:sdt>
              <w:sdtPr>
                <w:alias w:val="Gerçekleşme 0"/>
                <w:tag w:val="Gerçekleşme 0"/>
                <w:id w:val="429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11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Akademik Kurul toplantısı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Yüksekokul Müdürü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Dönemde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2" w:edGrp="everyone"/>
            <w:sdt>
              <w:sdtPr>
                <w:alias w:val="Güz tarihi 1"/>
                <w:tag w:val="Güz tarihi 1"/>
                <w:id w:val="4291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3" w:edGrp="everyone"/>
            <w:sdt>
              <w:sdtPr>
                <w:alias w:val="Bahar tarihi 1"/>
                <w:tag w:val="Bahar tarihi 1"/>
                <w:id w:val="4291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14" w:edGrp="everyone"/>
            <w:sdt>
              <w:sdtPr>
                <w:alias w:val="Gerçekleşme 1"/>
                <w:tag w:val="Gerçekleşme 1"/>
                <w:id w:val="429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14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Bölüm Kurulu toplantıları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Bölüm Başkanları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Dönemde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5" w:edGrp="everyone"/>
            <w:sdt>
              <w:sdtPr>
                <w:alias w:val="Güz tarihi 2"/>
                <w:tag w:val="Güz tarihi 2"/>
                <w:id w:val="429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5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6" w:edGrp="everyone"/>
            <w:sdt>
              <w:sdtPr>
                <w:alias w:val="Bahar tarihi 2"/>
                <w:tag w:val="Bahar tarihi 2"/>
                <w:id w:val="4291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17" w:edGrp="everyone"/>
            <w:sdt>
              <w:sdtPr>
                <w:alias w:val="Gerçekleşme 2"/>
                <w:tag w:val="Gerçekleşme 2"/>
                <w:id w:val="429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17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Öğrenci Kalite Kurulu toplantısı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Öğrenci Kalite Kurulu Başkanı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Dönemde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8" w:edGrp="everyone"/>
            <w:sdt>
              <w:sdtPr>
                <w:alias w:val="Güz tarihi 3"/>
                <w:tag w:val="Güz tarihi 3"/>
                <w:id w:val="4291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19" w:edGrp="everyone"/>
            <w:sdt>
              <w:sdtPr>
                <w:alias w:val="Bahar tarihi 3"/>
                <w:tag w:val="Bahar tarihi 3"/>
                <w:id w:val="4291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1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20" w:edGrp="everyone"/>
            <w:sdt>
              <w:sdtPr>
                <w:alias w:val="Gerçekleşme 3"/>
                <w:tag w:val="Gerçekleşme 3"/>
                <w:id w:val="429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20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Birim Danışma Kurulu toplantısı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Danışma Kurulu Başkanı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21" w:edGrp="everyone"/>
            <w:sdt>
              <w:sdtPr>
                <w:alias w:val="Güz tarihi 4"/>
                <w:tag w:val="Güz tarihi 4"/>
                <w:id w:val="4292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21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22" w:edGrp="everyone"/>
            <w:sdt>
              <w:sdtPr>
                <w:alias w:val="Bahar tarihi 4"/>
                <w:tag w:val="Bahar tarihi 4"/>
                <w:id w:val="4292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2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23" w:edGrp="everyone"/>
            <w:sdt>
              <w:sdtPr>
                <w:alias w:val="Gerçekleşme 4"/>
                <w:tag w:val="Gerçekleşme 4"/>
                <w:id w:val="429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23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Program Danışma Kurulu toplantıları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Program / Bölüm Başkanları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24" w:edGrp="everyone"/>
            <w:sdt>
              <w:sdtPr>
                <w:alias w:val="Güz tarihi 5"/>
                <w:tag w:val="Güz tarihi 5"/>
                <w:id w:val="429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24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25" w:edGrp="everyone"/>
            <w:sdt>
              <w:sdtPr>
                <w:alias w:val="Bahar tarihi 5"/>
                <w:tag w:val="Bahar tarihi 5"/>
                <w:id w:val="4292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2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26" w:edGrp="everyone"/>
            <w:sdt>
              <w:sdtPr>
                <w:alias w:val="Gerçekleşme 5"/>
                <w:tag w:val="Gerçekleşme 5"/>
                <w:id w:val="429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26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Yönetim Buluşması (öğrenci / personel)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Yüksekokul Müdürü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Dönemde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27" w:edGrp="everyone"/>
            <w:sdt>
              <w:sdtPr>
                <w:alias w:val="Güz tarihi 6"/>
                <w:tag w:val="Güz tarihi 6"/>
                <w:id w:val="4292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2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28" w:edGrp="everyone"/>
            <w:sdt>
              <w:sdtPr>
                <w:alias w:val="Bahar tarihi 6"/>
                <w:tag w:val="Bahar tarihi 6"/>
                <w:id w:val="4292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2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29" w:edGrp="everyone"/>
            <w:sdt>
              <w:sdtPr>
                <w:alias w:val="Gerçekleşme 6"/>
                <w:tag w:val="Gerçekleşme 6"/>
                <w:id w:val="429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29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Yönetimin Gözden Geçirme Toplantısı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Yüksekokul Müdürü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0" w:edGrp="everyone"/>
            <w:sdt>
              <w:sdtPr>
                <w:alias w:val="Güz tarihi 7"/>
                <w:tag w:val="Güz tarihi 7"/>
                <w:id w:val="4292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0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1" w:edGrp="everyone"/>
            <w:sdt>
              <w:sdtPr>
                <w:alias w:val="Bahar tarihi 7"/>
                <w:tag w:val="Bahar tarihi 7"/>
                <w:id w:val="4293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32" w:edGrp="everyone"/>
            <w:sdt>
              <w:sdtPr>
                <w:alias w:val="Gerçekleşme 7"/>
                <w:tag w:val="Gerçekleşme 7"/>
                <w:id w:val="429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32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Dönemlik öğrenci memnuniyet anketi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Birim Kalite Komisyonu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Dönem sonu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3" w:edGrp="everyone"/>
            <w:sdt>
              <w:sdtPr>
                <w:alias w:val="Güz tarihi 8"/>
                <w:tag w:val="Güz tarihi 8"/>
                <w:id w:val="4293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4" w:edGrp="everyone"/>
            <w:sdt>
              <w:sdtPr>
                <w:alias w:val="Bahar tarihi 8"/>
                <w:tag w:val="Bahar tarihi 8"/>
                <w:id w:val="4293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35" w:edGrp="everyone"/>
            <w:sdt>
              <w:sdtPr>
                <w:alias w:val="Gerçekleşme 8"/>
                <w:tag w:val="Gerçekleşme 8"/>
                <w:id w:val="429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35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Hedef kartı göstergelerinin izlenmesi (KFRM-314)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Birim Kalite Komisyonu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en az 2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6" w:edGrp="everyone"/>
            <w:sdt>
              <w:sdtPr>
                <w:alias w:val="Güz tarihi 9"/>
                <w:tag w:val="Güz tarihi 9"/>
                <w:id w:val="429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6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7" w:edGrp="everyone"/>
            <w:sdt>
              <w:sdtPr>
                <w:alias w:val="Bahar tarihi 9"/>
                <w:tag w:val="Bahar tarihi 9"/>
                <w:id w:val="4293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38" w:edGrp="everyone"/>
            <w:sdt>
              <w:sdtPr>
                <w:alias w:val="Gerçekleşme 9"/>
                <w:tag w:val="Gerçekleşme 9"/>
                <w:id w:val="429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38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Doküman ve hassas görevlerin gözden geçirilmesi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Yüksekokul Sekreteri / BKK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en az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39" w:edGrp="everyone"/>
            <w:sdt>
              <w:sdtPr>
                <w:alias w:val="Güz tarihi 10"/>
                <w:tag w:val="Güz tarihi 10"/>
                <w:id w:val="4293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3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40" w:edGrp="everyone"/>
            <w:sdt>
              <w:sdtPr>
                <w:alias w:val="Bahar tarihi 10"/>
                <w:tag w:val="Bahar tarihi 10"/>
                <w:id w:val="4293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4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41" w:edGrp="everyone"/>
            <w:sdt>
              <w:sdtPr>
                <w:alias w:val="Gerçekleşme 10"/>
                <w:tag w:val="Gerçekleşme 10"/>
                <w:id w:val="429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41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 xml:space="preserve">Birim İç Değerlendirme Raporunun hazırlanması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Birim Kalite Komisyonu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>Yılda 1</w:t>
            </w:r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42" w:edGrp="everyone"/>
            <w:sdt>
              <w:sdtPr>
                <w:alias w:val="Güz tarihi 11"/>
                <w:tag w:val="Güz tarihi 11"/>
                <w:id w:val="4294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42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43" w:edGrp="everyone"/>
            <w:sdt>
              <w:sdtPr>
                <w:alias w:val="Bahar tarihi 11"/>
                <w:tag w:val="Bahar tarihi 11"/>
                <w:id w:val="4294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4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44" w:edGrp="everyone"/>
            <w:sdt>
              <w:sdtPr>
                <w:alias w:val="Gerçekleşme 11"/>
                <w:tag w:val="Gerçekleşme 11"/>
                <w:id w:val="429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44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945" w:edGrp="everyone"/>
            <w:sdt>
              <w:sdtPr>
                <w:alias w:val="Ek faaliyet 0"/>
                <w:tag w:val="Ek faaliyet 0"/>
                <w:id w:val="429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45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46" w:edGrp="everyone"/>
            <w:sdt>
              <w:sdtPr>
                <w:alias w:val="Ek sorumlu 0"/>
                <w:tag w:val="Ek sorumlu 0"/>
                <w:id w:val="429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47" w:edGrp="everyone"/>
            <w:sdt>
              <w:sdtPr>
                <w:alias w:val="Ek periyot 0"/>
                <w:tag w:val="Ek periyot 0"/>
                <w:id w:val="429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47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48" w:edGrp="everyone"/>
            <w:sdt>
              <w:sdtPr>
                <w:alias w:val="Ek güz 0"/>
                <w:tag w:val="Ek güz 0"/>
                <w:id w:val="4294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48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49" w:edGrp="everyone"/>
            <w:sdt>
              <w:sdtPr>
                <w:alias w:val="Ek bahar 0"/>
                <w:tag w:val="Ek bahar 0"/>
                <w:id w:val="4294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4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50" w:edGrp="everyone"/>
            <w:sdt>
              <w:sdtPr>
                <w:alias w:val="Ek gerçekleşme 0"/>
                <w:tag w:val="Ek gerçekleşme 0"/>
                <w:id w:val="429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50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951" w:edGrp="everyone"/>
            <w:sdt>
              <w:sdtPr>
                <w:alias w:val="Ek faaliyet 1"/>
                <w:tag w:val="Ek faaliyet 1"/>
                <w:id w:val="429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51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52" w:edGrp="everyone"/>
            <w:sdt>
              <w:sdtPr>
                <w:alias w:val="Ek sorumlu 1"/>
                <w:tag w:val="Ek sorumlu 1"/>
                <w:id w:val="429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5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53" w:edGrp="everyone"/>
            <w:sdt>
              <w:sdtPr>
                <w:alias w:val="Ek periyot 1"/>
                <w:tag w:val="Ek periyot 1"/>
                <w:id w:val="429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53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54" w:edGrp="everyone"/>
            <w:sdt>
              <w:sdtPr>
                <w:alias w:val="Ek güz 1"/>
                <w:tag w:val="Ek güz 1"/>
                <w:id w:val="4295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54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55" w:edGrp="everyone"/>
            <w:sdt>
              <w:sdtPr>
                <w:alias w:val="Ek bahar 1"/>
                <w:tag w:val="Ek bahar 1"/>
                <w:id w:val="4295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5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56" w:edGrp="everyone"/>
            <w:sdt>
              <w:sdtPr>
                <w:alias w:val="Ek gerçekleşme 1"/>
                <w:tag w:val="Ek gerçekleşme 1"/>
                <w:id w:val="429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56"/>
          </w:p>
        </w:tc>
      </w:tr>
      <w:tr>
        <w:trPr>
          <w:trHeight w:val="538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957" w:edGrp="everyone"/>
            <w:sdt>
              <w:sdtPr>
                <w:alias w:val="Ek faaliyet 2"/>
                <w:tag w:val="Ek faaliyet 2"/>
                <w:id w:val="429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57"/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permStart w:id="1958" w:edGrp="everyone"/>
            <w:sdt>
              <w:sdtPr>
                <w:alias w:val="Ek sorumlu 2"/>
                <w:tag w:val="Ek sorumlu 2"/>
                <w:id w:val="429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5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959" w:edGrp="everyone"/>
            <w:sdt>
              <w:sdtPr>
                <w:alias w:val="Ek periyot 2"/>
                <w:tag w:val="Ek periyot 2"/>
                <w:id w:val="429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59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60" w:edGrp="everyone"/>
            <w:sdt>
              <w:sdtPr>
                <w:alias w:val="Ek güz 2"/>
                <w:tag w:val="Ek güz 2"/>
                <w:id w:val="429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60"/>
          </w:p>
        </w:tc>
        <w:tc>
          <w:tcPr>
            <w:tcW w:type="dxa" w:w="1134"/>
            <w:vAlign w:val="center"/>
          </w:tcPr>
          <w:p>
            <w:pPr>
              <w:spacing w:before="0" w:after="0" w:line="240" w:lineRule="auto"/>
              <w:jc w:val="left"/>
            </w:pPr>
            <w:permStart w:id="1961" w:edGrp="everyone"/>
            <w:sdt>
              <w:sdtPr>
                <w:alias w:val="Ek bahar 2"/>
                <w:tag w:val="Ek bahar 2"/>
                <w:id w:val="4296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6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1962" w:edGrp="everyone"/>
            <w:sdt>
              <w:sdtPr>
                <w:alias w:val="Ek gerçekleşme 2"/>
                <w:tag w:val="Ek gerçekleşme 2"/>
                <w:id w:val="429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6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Periyotlar Kalite El Kitabında belirtilen asgari sıklıklardır; ihtiyaç halinde Birim Kalite Komisyonu kararıyla artırılabilir.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963" w:edGrp="everyone"/>
            <w:sdt>
              <w:sdtPr>
                <w:alias w:val="Birim Kalite Sorumlusu Adı Soyadı"/>
                <w:tag w:val="Birim Kalite Sorumlusu Adı Soyadı"/>
                <w:id w:val="4296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63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964" w:edGrp="everyone"/>
            <w:sdt>
              <w:sdtPr>
                <w:alias w:val="Yüksekokul Müdürü Adı Soyadı"/>
                <w:tag w:val="Yüksekokul Müdürü Adı Soyadı"/>
                <w:id w:val="429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64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HTMYO-KFRM-313  |  Yıllık Toplantı ve Kalite Takvimi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Yıllık Toplantı ve Kalite Takvimi</dc:title>
  <dc:subject>HTMYO-KFRM-313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