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40" w:line="240" w:lineRule="auto"/>
        <w:jc w:val="center"/>
      </w:pPr>
      <w:r>
        <w:rPr>
          <w:b/>
          <w:bCs/>
          <w:sz w:val="28"/>
          <w:szCs w:val="28"/>
        </w:rPr>
        <w:t xml:space="preserve">DOKÜMAN DEĞIŞIKLIK TALEP FORMU</w:t>
      </w:r>
    </w:p>
    <w:p>
      <w:pPr>
        <w:spacing w:before="0" w:after="160" w:line="240" w:lineRule="auto"/>
        <w:jc w:val="center"/>
      </w:pPr>
      <w:r>
        <w:rPr>
          <w:sz w:val="19"/>
          <w:szCs w:val="19"/>
        </w:rPr>
        <w:t xml:space="preserve">Yeni doküman hazırlama, mevcut dokümanı revize etme veya yayından kaldırma talebi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84"/>
        <w:gridCol w:w="2834"/>
        <w:gridCol w:w="1984"/>
        <w:gridCol w:w="2834"/>
      </w:tblGrid>
      <w:tr>
        <w:trPr>
          <w:trHeight w:val="351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Talep Tarihi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24" w:edGrp="everyone"/>
            <w:sdt>
              <w:sdtPr>
                <w:alias w:val="Talep tarihi"/>
                <w:tag w:val="Talep tarihi"/>
                <w:id w:val="43023"/>
              </w:sdtPr>
              <w:sdtContent>
                <w:r>
                  <w:rPr>
                    <w:sz w:val="18"/>
                    <w:szCs w:val="18"/>
                  </w:rPr>
                  <w:fldChar w:fldCharType="begin"/>
                </w:r>
                <w:r>
                  <w:rPr>
                    <w:sz w:val="18"/>
                    <w:szCs w:val="18"/>
                  </w:rPr>
                  <w:instrText xml:space="preserve"> DATE \@ "dd.MM.yyyy" </w:instrText>
                </w:r>
                <w:r>
                  <w:rPr>
                    <w:sz w:val="18"/>
                    <w:szCs w:val="18"/>
                  </w:rPr>
                  <w:fldChar w:fldCharType="separate"/>
                </w:r>
                <w:r>
                  <w:rPr>
                    <w:sz w:val="18"/>
                    <w:szCs w:val="18"/>
                  </w:rPr>
                  <w:t>05.10.2026</w:t>
                </w:r>
                <w:r>
                  <w:rPr>
                    <w:sz w:val="18"/>
                    <w:szCs w:val="18"/>
                  </w:rPr>
                  <w:fldChar w:fldCharType="end"/>
                </w:r>
              </w:sdtContent>
            </w:sdt>
            <w:permEnd w:id="2024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Talep Eden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25" w:edGrp="everyone"/>
            <w:sdt>
              <w:sdtPr>
                <w:alias w:val="Talep eden"/>
                <w:tag w:val="Talep eden"/>
                <w:id w:val="4302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25"/>
          </w:p>
        </w:tc>
      </w:tr>
      <w:tr>
        <w:trPr>
          <w:trHeight w:val="351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Birim / Görevi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26" w:edGrp="everyone"/>
            <w:sdt>
              <w:sdtPr>
                <w:alias w:val="Birim görev"/>
                <w:tag w:val="Birim görev"/>
                <w:id w:val="4302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26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Talep No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27" w:edGrp="everyone"/>
            <w:sdt>
              <w:sdtPr>
                <w:alias w:val="Talep no"/>
                <w:tag w:val="Talep no"/>
                <w:id w:val="4302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27"/>
          </w:p>
        </w:tc>
      </w:tr>
      <w:tr>
        <w:trPr>
          <w:trHeight w:val="351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Talep Türü</w:t>
            </w:r>
          </w:p>
        </w:tc>
        <w:tc>
          <w:tcPr>
            <w:tcW w:type="dxa" w:w="7654"/>
            <w:gridSpan w:val="3"/>
            <w:vAlign w:val="center"/>
          </w:tcPr>
          <w:p>
            <w:pPr>
              <w:spacing w:before="0" w:after="0" w:line="240" w:lineRule="auto"/>
              <w:jc w:val="left"/>
            </w:pPr>
            <w:permStart w:id="2028" w:edGrp="everyone"/>
            <w:sdt>
              <w:sdtPr>
                <w:alias w:val="Yeni doküman"/>
                <w:tag w:val="Yeni doküman"/>
                <w:id w:val="430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28"/>
            <w:r>
              <w:rPr>
                <w:sz w:val="18"/>
                <w:szCs w:val="18"/>
              </w:rPr>
              <w:t xml:space="preserve"> Yeni doküman   </w:t>
            </w:r>
            <w:permStart w:id="2029" w:edGrp="everyone"/>
            <w:sdt>
              <w:sdtPr>
                <w:alias w:val="Revizyon"/>
                <w:tag w:val="Revizyon"/>
                <w:id w:val="430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29"/>
            <w:r>
              <w:rPr>
                <w:sz w:val="18"/>
                <w:szCs w:val="18"/>
              </w:rPr>
              <w:t xml:space="preserve"> Revizyon   </w:t>
            </w:r>
            <w:permStart w:id="2030" w:edGrp="everyone"/>
            <w:sdt>
              <w:sdtPr>
                <w:alias w:val="Yayından kaldırma"/>
                <w:tag w:val="Yayından kaldırma"/>
                <w:id w:val="4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30"/>
            <w:r>
              <w:rPr>
                <w:sz w:val="18"/>
                <w:szCs w:val="18"/>
              </w:rPr>
              <w:t xml:space="preserve"> Yayından kaldırma   </w:t>
            </w:r>
          </w:p>
        </w:tc>
      </w:tr>
      <w:tr>
        <w:trPr>
          <w:trHeight w:val="351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Adı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31" w:edGrp="everyone"/>
            <w:sdt>
              <w:sdtPr>
                <w:alias w:val="Doküman adı"/>
                <w:tag w:val="Doküman adı"/>
                <w:id w:val="43030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2031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No (varsa)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32" w:edGrp="everyone"/>
            <w:sdt>
              <w:sdtPr>
                <w:alias w:val="Doküman no"/>
                <w:tag w:val="Doküman no"/>
                <w:id w:val="43031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</w:t>
                </w:r>
              </w:sdtContent>
            </w:sdt>
            <w:permEnd w:id="2032"/>
          </w:p>
        </w:tc>
      </w:tr>
      <w:tr>
        <w:trPr>
          <w:trHeight w:val="351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Mevcut Revizyon No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33" w:edGrp="everyone"/>
            <w:sdt>
              <w:sdtPr>
                <w:alias w:val="Mevcut revizyon no"/>
                <w:tag w:val="Mevcut revizyon no"/>
                <w:id w:val="43032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033"/>
          </w:p>
        </w:tc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Doküman Sınıfı</w:t>
            </w:r>
          </w:p>
        </w:tc>
        <w:tc>
          <w:tcPr>
            <w:tcW w:type="dxa" w:w="2835"/>
            <w:vAlign w:val="center"/>
          </w:tcPr>
          <w:p>
            <w:pPr>
              <w:spacing w:before="0" w:after="0" w:line="240" w:lineRule="auto"/>
              <w:jc w:val="left"/>
            </w:pPr>
            <w:permStart w:id="2034" w:edGrp="everyone"/>
            <w:sdt>
              <w:sdtPr>
                <w:alias w:val="Doküman sınıfı"/>
                <w:tag w:val="Doküman sınıfı"/>
                <w:id w:val="43033"/>
                <w:showingPlcHdr/>
                <w:dropDownList>
                  <w:listItem w:displayText="Kalite El Kitabı" w:value="Kalite El Kitabı"/>
                  <w:listItem w:displayText="Görev Tanımı" w:value="Görev Tanımı"/>
                  <w:listItem w:displayText="Hassas Görev" w:value="Hassas Görev"/>
                  <w:listItem w:displayText="İş Akış Şeması" w:value="İş Akış Şeması"/>
                  <w:listItem w:displayText="Öğrenci Formu" w:value="Öğrenci Formu"/>
                  <w:listItem w:displayText="Personel Formu" w:value="Personel Formu"/>
                  <w:listItem w:displayText="Kalite Formu" w:value="Kalite Formu"/>
                  <w:listItem w:displayText="Diğer" w:value="Diğer"/>
                </w:dropDownList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2034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DEĞİŞİKLİĞİN GEREKÇESİ (mevzuat, süreç, organizasyon, bulgu vb.)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1360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035" w:edGrp="everyone"/>
            <w:sdt>
              <w:sdtPr>
                <w:alias w:val="Gerekçe"/>
                <w:tag w:val="Gerekçe"/>
                <w:id w:val="43034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2035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ÖNERİLEN DEĞİŞİKLİK (hangi bölüm / madde, nasıl)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9637"/>
      </w:tblGrid>
      <w:tr>
        <w:trPr>
          <w:trHeight w:val="2267" w:hRule="atLeast"/>
          <w:cantSplit/>
        </w:trPr>
        <w:tc>
          <w:tcPr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permStart w:id="2036" w:edGrp="everyone"/>
            <w:sdt>
              <w:sdtPr>
                <w:alias w:val="Önerilen değişiklik"/>
                <w:tag w:val="Önerilen değişiklik"/>
                <w:id w:val="43035"/>
                <w:showingPlcHdr/>
                <w:text w:multiLine="1"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          </w:t>
                </w:r>
              </w:sdtContent>
            </w:sdt>
            <w:permEnd w:id="2036"/>
          </w:p>
        </w:tc>
      </w:tr>
    </w:tbl>
    <w:p>
      <w:pPr>
        <w:spacing w:before="0" w:after="0" w:line="80" w:lineRule="exact"/>
        <w:jc w:val="left"/>
      </w:pPr>
    </w:p>
    <w:p>
      <w:pPr>
        <w:keepNext/>
        <w:spacing w:before="40" w:after="40" w:line="240" w:lineRule="auto"/>
        <w:jc w:val="left"/>
      </w:pPr>
      <w:r>
        <w:rPr>
          <w:b/>
          <w:bCs/>
          <w:sz w:val="19"/>
          <w:szCs w:val="19"/>
        </w:rPr>
        <w:t xml:space="preserve">BİRİM KALİTE KOMİSYONU DOLDURUR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984"/>
        <w:gridCol w:w="7653"/>
      </w:tblGrid>
      <w:tr>
        <w:trPr>
          <w:trHeight w:val="396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Karar</w:t>
            </w:r>
          </w:p>
        </w:tc>
        <w:tc>
          <w:tcPr>
            <w:tcW w:type="dxa" w:w="7654"/>
            <w:vAlign w:val="center"/>
          </w:tcPr>
          <w:p>
            <w:pPr>
              <w:spacing w:before="0" w:after="0" w:line="240" w:lineRule="auto"/>
              <w:jc w:val="left"/>
            </w:pPr>
            <w:permStart w:id="2037" w:edGrp="everyone"/>
            <w:sdt>
              <w:sdtPr>
                <w:alias w:val="Uygun"/>
                <w:tag w:val="Uygun"/>
                <w:id w:val="43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37"/>
            <w:r>
              <w:rPr>
                <w:sz w:val="18"/>
                <w:szCs w:val="18"/>
              </w:rPr>
              <w:t xml:space="preserve"> Uygun   </w:t>
            </w:r>
            <w:permStart w:id="2038" w:edGrp="everyone"/>
            <w:sdt>
              <w:sdtPr>
                <w:alias w:val="Kısmen uygun"/>
                <w:tag w:val="Kısmen uygun"/>
                <w:id w:val="43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38"/>
            <w:r>
              <w:rPr>
                <w:sz w:val="18"/>
                <w:szCs w:val="18"/>
              </w:rPr>
              <w:t xml:space="preserve"> Kısmen uygun   </w:t>
            </w:r>
            <w:permStart w:id="2039" w:edGrp="everyone"/>
            <w:sdt>
              <w:sdtPr>
                <w:alias w:val="Uygun değil"/>
                <w:tag w:val="Uygun değil"/>
                <w:id w:val="43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39"/>
            <w:r>
              <w:rPr>
                <w:sz w:val="18"/>
                <w:szCs w:val="18"/>
              </w:rPr>
              <w:t xml:space="preserve"> Uygun değil   </w:t>
            </w:r>
          </w:p>
        </w:tc>
      </w:tr>
      <w:tr>
        <w:trPr>
          <w:trHeight w:val="396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Yeni Revizyon No / Tarihi</w:t>
            </w:r>
          </w:p>
        </w:tc>
        <w:tc>
          <w:tcPr>
            <w:tcW w:type="dxa" w:w="7654"/>
            <w:vAlign w:val="center"/>
          </w:tcPr>
          <w:p>
            <w:pPr>
              <w:spacing w:before="0" w:after="0" w:line="240" w:lineRule="auto"/>
              <w:jc w:val="left"/>
            </w:pPr>
            <w:permStart w:id="2040" w:edGrp="everyone"/>
            <w:sdt>
              <w:sdtPr>
                <w:alias w:val="Yeni revizyon no"/>
                <w:tag w:val="Yeni revizyon no"/>
                <w:id w:val="43039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2040"/>
            <w:r>
              <w:rPr>
                <w:sz w:val="18"/>
                <w:szCs w:val="18"/>
              </w:rPr>
              <w:t xml:space="preserve">  /  </w:t>
            </w:r>
            <w:permStart w:id="2041" w:edGrp="everyone"/>
            <w:sdt>
              <w:sdtPr>
                <w:alias w:val="Yeni revizyon tarihi"/>
                <w:tag w:val="Yeni revizyon tarihi"/>
                <w:id w:val="43040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41"/>
          </w:p>
        </w:tc>
      </w:tr>
      <w:tr>
        <w:trPr>
          <w:trHeight w:val="396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Fihrist Güncellendi</w:t>
            </w:r>
          </w:p>
        </w:tc>
        <w:tc>
          <w:tcPr>
            <w:tcW w:type="dxa" w:w="7654"/>
            <w:vAlign w:val="center"/>
          </w:tcPr>
          <w:p>
            <w:pPr>
              <w:spacing w:before="0" w:after="0" w:line="240" w:lineRule="auto"/>
              <w:jc w:val="left"/>
            </w:pPr>
            <w:permStart w:id="2042" w:edGrp="everyone"/>
            <w:sdt>
              <w:sdtPr>
                <w:alias w:val="Evet"/>
                <w:tag w:val="Evet"/>
                <w:id w:val="43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42"/>
            <w:r>
              <w:rPr>
                <w:sz w:val="18"/>
                <w:szCs w:val="18"/>
              </w:rPr>
              <w:t xml:space="preserve"> Evet   </w:t>
            </w:r>
            <w:r>
              <w:rPr>
                <w:sz w:val="18"/>
                <w:szCs w:val="18"/>
              </w:rPr>
              <w:t xml:space="preserve">   Tarih: </w:t>
            </w:r>
            <w:permStart w:id="2043" w:edGrp="everyone"/>
            <w:sdt>
              <w:sdtPr>
                <w:alias w:val="Fihrist güncelleme tarihi"/>
                <w:tag w:val="Fihrist güncelleme tarihi"/>
                <w:id w:val="43042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43"/>
          </w:p>
        </w:tc>
      </w:tr>
      <w:tr>
        <w:trPr>
          <w:trHeight w:val="396" w:hRule="atLeast"/>
          <w:cantSplit/>
        </w:trPr>
        <w:tc>
          <w:tcPr>
            <w:tcW w:type="dxa" w:w="198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Web Sitesinde Yayımlandı</w:t>
            </w:r>
          </w:p>
        </w:tc>
        <w:tc>
          <w:tcPr>
            <w:tcW w:type="dxa" w:w="7654"/>
            <w:vAlign w:val="center"/>
          </w:tcPr>
          <w:p>
            <w:pPr>
              <w:spacing w:before="0" w:after="0" w:line="240" w:lineRule="auto"/>
              <w:jc w:val="left"/>
            </w:pPr>
            <w:permStart w:id="2044" w:edGrp="everyone"/>
            <w:sdt>
              <w:sdtPr>
                <w:alias w:val="Evet"/>
                <w:tag w:val="Evet"/>
                <w:id w:val="43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18"/>
                    <w:szCs w:val="18"/>
                  </w:rPr>
                  <w:t>☐</w:t>
                </w:r>
              </w:sdtContent>
            </w:sdt>
            <w:permEnd w:id="2044"/>
            <w:r>
              <w:rPr>
                <w:sz w:val="18"/>
                <w:szCs w:val="18"/>
              </w:rPr>
              <w:t xml:space="preserve"> Evet   </w:t>
            </w:r>
            <w:r>
              <w:rPr>
                <w:sz w:val="18"/>
                <w:szCs w:val="18"/>
              </w:rPr>
              <w:t xml:space="preserve">   Tarih: </w:t>
            </w:r>
            <w:permStart w:id="2045" w:edGrp="everyone"/>
            <w:sdt>
              <w:sdtPr>
                <w:alias w:val="Yayım tarihi"/>
                <w:tag w:val="Yayım tarihi"/>
                <w:id w:val="43044"/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</w:t>
                </w:r>
              </w:sdtContent>
            </w:sdt>
            <w:permEnd w:id="2045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Talep Eden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Birim Kalite Sorumlusu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Yüksekokul Müdürü (Onay)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046" w:edGrp="everyone"/>
            <w:sdt>
              <w:sdtPr>
                <w:alias w:val="Talep Eden Adı Soyadı"/>
                <w:tag w:val="Talep Eden Adı Soyadı"/>
                <w:id w:val="430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046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047" w:edGrp="everyone"/>
            <w:sdt>
              <w:sdtPr>
                <w:alias w:val="Birim Kalite Sorumlusu Adı Soyadı"/>
                <w:tag w:val="Birim Kalite Sorumlusu Adı Soyadı"/>
                <w:id w:val="430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047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2048" w:edGrp="everyone"/>
            <w:sdt>
              <w:sdtPr>
                <w:alias w:val="Yüksekokul Müdürü (Onay) Adı Soyadı"/>
                <w:tag w:val="Yüksekokul Müdürü (Onay) Adı Soyadı"/>
                <w:id w:val="430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</w:t>
                </w:r>
              </w:sdtContent>
            </w:sdt>
            <w:permEnd w:id="2048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HTMYO-KFRM-316  |  Doküman Değişiklik Talep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HTMYO-KFRM-316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05.10.2026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Doküman Değişiklik Talep Formu</dc:title>
  <dc:subject>HTMYO-KFRM-316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