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DOKÜMAN DAĞITIM FORMU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2834"/>
        <w:gridCol w:w="4422"/>
        <w:gridCol w:w="2551"/>
        <w:gridCol w:w="4762"/>
      </w:tblGrid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Dağıtımı Yapılan Doküman Adı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  <w:jc w:val="left"/>
            </w:pPr>
            <w:permStart w:id="1638" w:edGrp="everyone"/>
            <w:sdt>
              <w:sdtPr>
                <w:alias w:val="Doküman adı"/>
                <w:tag w:val="Doküman adı"/>
                <w:id w:val="4263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38"/>
          </w:p>
        </w:tc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No</w:t>
            </w:r>
          </w:p>
        </w:tc>
        <w:tc>
          <w:tcPr>
            <w:tcW w:type="dxa" w:w="4762"/>
            <w:vAlign w:val="center"/>
          </w:tcPr>
          <w:p>
            <w:pPr>
              <w:spacing w:before="0" w:after="0" w:line="240" w:lineRule="auto"/>
              <w:jc w:val="left"/>
            </w:pPr>
            <w:permStart w:id="1639" w:edGrp="everyone"/>
            <w:sdt>
              <w:sdtPr>
                <w:alias w:val="Doküman no"/>
                <w:tag w:val="Doküman no"/>
                <w:id w:val="4263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39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Baskı No / Tarih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0" w:line="240" w:lineRule="auto"/>
              <w:jc w:val="left"/>
            </w:pPr>
            <w:permStart w:id="1640" w:edGrp="everyone"/>
            <w:sdt>
              <w:sdtPr>
                <w:alias w:val="Baskı no tarih"/>
                <w:tag w:val="Baskı no tarih"/>
                <w:id w:val="426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40"/>
          </w:p>
        </w:tc>
        <w:tc>
          <w:tcPr>
            <w:tcW w:type="dxa" w:w="255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Revizyon</w:t>
            </w:r>
          </w:p>
        </w:tc>
        <w:tc>
          <w:tcPr>
            <w:tcW w:type="dxa" w:w="4762"/>
            <w:vAlign w:val="center"/>
          </w:tcPr>
          <w:p>
            <w:pPr>
              <w:spacing w:before="0" w:after="0" w:line="240" w:lineRule="auto"/>
              <w:jc w:val="left"/>
            </w:pPr>
            <w:permStart w:id="1641" w:edGrp="everyone"/>
            <w:sdt>
              <w:sdtPr>
                <w:alias w:val="Revizyon"/>
                <w:tag w:val="Revizyon"/>
                <w:id w:val="4264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64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14570" w:type="dxa"/>
      </w:tblPr>
      <w:tblGrid>
        <w:gridCol w:w="582"/>
        <w:gridCol w:w="3263"/>
        <w:gridCol w:w="2564"/>
        <w:gridCol w:w="1165"/>
        <w:gridCol w:w="1515"/>
        <w:gridCol w:w="1981"/>
        <w:gridCol w:w="1515"/>
        <w:gridCol w:w="1981"/>
      </w:tblGrid>
      <w:tr>
        <w:trPr>
          <w:trHeight w:val="368" w:hRule="atLeast"/>
          <w:cantSplit/>
        </w:trPr>
        <w:tc>
          <w:tcPr>
            <w:tcW w:type="dxa" w:w="583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S.N</w:t>
            </w:r>
          </w:p>
        </w:tc>
        <w:tc>
          <w:tcPr>
            <w:tcW w:type="dxa" w:w="326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Dağıtımı Yapılan Kişi (Adı Soyadı)</w:t>
            </w:r>
          </w:p>
        </w:tc>
        <w:tc>
          <w:tcPr>
            <w:tcW w:type="dxa" w:w="256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Unvanı / Görevi</w:t>
            </w:r>
          </w:p>
        </w:tc>
        <w:tc>
          <w:tcPr>
            <w:tcW w:type="dxa" w:w="1166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Kopya Adedi</w:t>
            </w:r>
          </w:p>
        </w:tc>
        <w:tc>
          <w:tcPr>
            <w:tcW w:type="dxa" w:w="1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Dağıtım Tarihi</w:t>
            </w:r>
          </w:p>
        </w:tc>
        <w:tc>
          <w:tcPr>
            <w:tcW w:type="dxa" w:w="198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Teslim Alan İmza</w:t>
            </w:r>
          </w:p>
        </w:tc>
        <w:tc>
          <w:tcPr>
            <w:tcW w:type="dxa" w:w="1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Geri Alma Tarihi</w:t>
            </w:r>
          </w:p>
        </w:tc>
        <w:tc>
          <w:tcPr>
            <w:tcW w:type="dxa" w:w="198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Geri Alan İmza</w:t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42" w:edGrp="everyone"/>
            <w:sdt>
              <w:sdtPr>
                <w:alias w:val="Dağıtım Dağıtımı Yapılan Kişi (Adı Soyadı) 1"/>
                <w:tag w:val="Dağıtım Dağıtımı Yapılan Kişi (Adı Soyadı) 1"/>
                <w:id w:val="426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4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43" w:edGrp="everyone"/>
            <w:sdt>
              <w:sdtPr>
                <w:alias w:val="Dağıtım Unvanı / Görevi 1"/>
                <w:tag w:val="Dağıtım Unvanı / Görevi 1"/>
                <w:id w:val="4264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4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44" w:edGrp="everyone"/>
            <w:sdt>
              <w:sdtPr>
                <w:alias w:val="Dağıtım Kopya Adedi 1"/>
                <w:tag w:val="Dağıtım Kopya Adedi 1"/>
                <w:id w:val="426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4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45" w:edGrp="everyone"/>
            <w:sdt>
              <w:sdtPr>
                <w:alias w:val="Dağıtım Dağıtım Tarihi 1"/>
                <w:tag w:val="Dağıtım Dağıtım Tarihi 1"/>
                <w:id w:val="426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4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46" w:edGrp="everyone"/>
            <w:sdt>
              <w:sdtPr>
                <w:alias w:val="Dağıtım Geri Alma Tarihi 1"/>
                <w:tag w:val="Dağıtım Geri Alma Tarihi 1"/>
                <w:id w:val="4264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4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47" w:edGrp="everyone"/>
            <w:sdt>
              <w:sdtPr>
                <w:alias w:val="Dağıtım Dağıtımı Yapılan Kişi (Adı Soyadı) 2"/>
                <w:tag w:val="Dağıtım Dağıtımı Yapılan Kişi (Adı Soyadı) 2"/>
                <w:id w:val="426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4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48" w:edGrp="everyone"/>
            <w:sdt>
              <w:sdtPr>
                <w:alias w:val="Dağıtım Unvanı / Görevi 2"/>
                <w:tag w:val="Dağıtım Unvanı / Görevi 2"/>
                <w:id w:val="426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4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49" w:edGrp="everyone"/>
            <w:sdt>
              <w:sdtPr>
                <w:alias w:val="Dağıtım Kopya Adedi 2"/>
                <w:tag w:val="Dağıtım Kopya Adedi 2"/>
                <w:id w:val="4264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4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50" w:edGrp="everyone"/>
            <w:sdt>
              <w:sdtPr>
                <w:alias w:val="Dağıtım Dağıtım Tarihi 2"/>
                <w:tag w:val="Dağıtım Dağıtım Tarihi 2"/>
                <w:id w:val="4264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5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51" w:edGrp="everyone"/>
            <w:sdt>
              <w:sdtPr>
                <w:alias w:val="Dağıtım Geri Alma Tarihi 2"/>
                <w:tag w:val="Dağıtım Geri Alma Tarihi 2"/>
                <w:id w:val="4265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5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52" w:edGrp="everyone"/>
            <w:sdt>
              <w:sdtPr>
                <w:alias w:val="Dağıtım Dağıtımı Yapılan Kişi (Adı Soyadı) 3"/>
                <w:tag w:val="Dağıtım Dağıtımı Yapılan Kişi (Adı Soyadı) 3"/>
                <w:id w:val="4265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5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53" w:edGrp="everyone"/>
            <w:sdt>
              <w:sdtPr>
                <w:alias w:val="Dağıtım Unvanı / Görevi 3"/>
                <w:tag w:val="Dağıtım Unvanı / Görevi 3"/>
                <w:id w:val="426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5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54" w:edGrp="everyone"/>
            <w:sdt>
              <w:sdtPr>
                <w:alias w:val="Dağıtım Kopya Adedi 3"/>
                <w:tag w:val="Dağıtım Kopya Adedi 3"/>
                <w:id w:val="426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5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55" w:edGrp="everyone"/>
            <w:sdt>
              <w:sdtPr>
                <w:alias w:val="Dağıtım Dağıtım Tarihi 3"/>
                <w:tag w:val="Dağıtım Dağıtım Tarihi 3"/>
                <w:id w:val="4265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5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56" w:edGrp="everyone"/>
            <w:sdt>
              <w:sdtPr>
                <w:alias w:val="Dağıtım Geri Alma Tarihi 3"/>
                <w:tag w:val="Dağıtım Geri Alma Tarihi 3"/>
                <w:id w:val="4265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5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57" w:edGrp="everyone"/>
            <w:sdt>
              <w:sdtPr>
                <w:alias w:val="Dağıtım Dağıtımı Yapılan Kişi (Adı Soyadı) 4"/>
                <w:tag w:val="Dağıtım Dağıtımı Yapılan Kişi (Adı Soyadı) 4"/>
                <w:id w:val="426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5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58" w:edGrp="everyone"/>
            <w:sdt>
              <w:sdtPr>
                <w:alias w:val="Dağıtım Unvanı / Görevi 4"/>
                <w:tag w:val="Dağıtım Unvanı / Görevi 4"/>
                <w:id w:val="4265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5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59" w:edGrp="everyone"/>
            <w:sdt>
              <w:sdtPr>
                <w:alias w:val="Dağıtım Kopya Adedi 4"/>
                <w:tag w:val="Dağıtım Kopya Adedi 4"/>
                <w:id w:val="426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5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60" w:edGrp="everyone"/>
            <w:sdt>
              <w:sdtPr>
                <w:alias w:val="Dağıtım Dağıtım Tarihi 4"/>
                <w:tag w:val="Dağıtım Dağıtım Tarihi 4"/>
                <w:id w:val="4265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6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61" w:edGrp="everyone"/>
            <w:sdt>
              <w:sdtPr>
                <w:alias w:val="Dağıtım Geri Alma Tarihi 4"/>
                <w:tag w:val="Dağıtım Geri Alma Tarihi 4"/>
                <w:id w:val="4266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6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62" w:edGrp="everyone"/>
            <w:sdt>
              <w:sdtPr>
                <w:alias w:val="Dağıtım Dağıtımı Yapılan Kişi (Adı Soyadı) 5"/>
                <w:tag w:val="Dağıtım Dağıtımı Yapılan Kişi (Adı Soyadı) 5"/>
                <w:id w:val="426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6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63" w:edGrp="everyone"/>
            <w:sdt>
              <w:sdtPr>
                <w:alias w:val="Dağıtım Unvanı / Görevi 5"/>
                <w:tag w:val="Dağıtım Unvanı / Görevi 5"/>
                <w:id w:val="426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6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64" w:edGrp="everyone"/>
            <w:sdt>
              <w:sdtPr>
                <w:alias w:val="Dağıtım Kopya Adedi 5"/>
                <w:tag w:val="Dağıtım Kopya Adedi 5"/>
                <w:id w:val="4266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6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65" w:edGrp="everyone"/>
            <w:sdt>
              <w:sdtPr>
                <w:alias w:val="Dağıtım Dağıtım Tarihi 5"/>
                <w:tag w:val="Dağıtım Dağıtım Tarihi 5"/>
                <w:id w:val="4266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6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66" w:edGrp="everyone"/>
            <w:sdt>
              <w:sdtPr>
                <w:alias w:val="Dağıtım Geri Alma Tarihi 5"/>
                <w:tag w:val="Dağıtım Geri Alma Tarihi 5"/>
                <w:id w:val="4266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6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67" w:edGrp="everyone"/>
            <w:sdt>
              <w:sdtPr>
                <w:alias w:val="Dağıtım Dağıtımı Yapılan Kişi (Adı Soyadı) 6"/>
                <w:tag w:val="Dağıtım Dağıtımı Yapılan Kişi (Adı Soyadı) 6"/>
                <w:id w:val="4266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6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68" w:edGrp="everyone"/>
            <w:sdt>
              <w:sdtPr>
                <w:alias w:val="Dağıtım Unvanı / Görevi 6"/>
                <w:tag w:val="Dağıtım Unvanı / Görevi 6"/>
                <w:id w:val="426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6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69" w:edGrp="everyone"/>
            <w:sdt>
              <w:sdtPr>
                <w:alias w:val="Dağıtım Kopya Adedi 6"/>
                <w:tag w:val="Dağıtım Kopya Adedi 6"/>
                <w:id w:val="426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6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70" w:edGrp="everyone"/>
            <w:sdt>
              <w:sdtPr>
                <w:alias w:val="Dağıtım Dağıtım Tarihi 6"/>
                <w:tag w:val="Dağıtım Dağıtım Tarihi 6"/>
                <w:id w:val="426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7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71" w:edGrp="everyone"/>
            <w:sdt>
              <w:sdtPr>
                <w:alias w:val="Dağıtım Geri Alma Tarihi 6"/>
                <w:tag w:val="Dağıtım Geri Alma Tarihi 6"/>
                <w:id w:val="4267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7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72" w:edGrp="everyone"/>
            <w:sdt>
              <w:sdtPr>
                <w:alias w:val="Dağıtım Dağıtımı Yapılan Kişi (Adı Soyadı) 7"/>
                <w:tag w:val="Dağıtım Dağıtımı Yapılan Kişi (Adı Soyadı) 7"/>
                <w:id w:val="426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7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73" w:edGrp="everyone"/>
            <w:sdt>
              <w:sdtPr>
                <w:alias w:val="Dağıtım Unvanı / Görevi 7"/>
                <w:tag w:val="Dağıtım Unvanı / Görevi 7"/>
                <w:id w:val="4267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7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74" w:edGrp="everyone"/>
            <w:sdt>
              <w:sdtPr>
                <w:alias w:val="Dağıtım Kopya Adedi 7"/>
                <w:tag w:val="Dağıtım Kopya Adedi 7"/>
                <w:id w:val="426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7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75" w:edGrp="everyone"/>
            <w:sdt>
              <w:sdtPr>
                <w:alias w:val="Dağıtım Dağıtım Tarihi 7"/>
                <w:tag w:val="Dağıtım Dağıtım Tarihi 7"/>
                <w:id w:val="4267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7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76" w:edGrp="everyone"/>
            <w:sdt>
              <w:sdtPr>
                <w:alias w:val="Dağıtım Geri Alma Tarihi 7"/>
                <w:tag w:val="Dağıtım Geri Alma Tarihi 7"/>
                <w:id w:val="4267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7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77" w:edGrp="everyone"/>
            <w:sdt>
              <w:sdtPr>
                <w:alias w:val="Dağıtım Dağıtımı Yapılan Kişi (Adı Soyadı) 8"/>
                <w:tag w:val="Dağıtım Dağıtımı Yapılan Kişi (Adı Soyadı) 8"/>
                <w:id w:val="426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7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78" w:edGrp="everyone"/>
            <w:sdt>
              <w:sdtPr>
                <w:alias w:val="Dağıtım Unvanı / Görevi 8"/>
                <w:tag w:val="Dağıtım Unvanı / Görevi 8"/>
                <w:id w:val="426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7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79" w:edGrp="everyone"/>
            <w:sdt>
              <w:sdtPr>
                <w:alias w:val="Dağıtım Kopya Adedi 8"/>
                <w:tag w:val="Dağıtım Kopya Adedi 8"/>
                <w:id w:val="4267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7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80" w:edGrp="everyone"/>
            <w:sdt>
              <w:sdtPr>
                <w:alias w:val="Dağıtım Dağıtım Tarihi 8"/>
                <w:tag w:val="Dağıtım Dağıtım Tarihi 8"/>
                <w:id w:val="4267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8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81" w:edGrp="everyone"/>
            <w:sdt>
              <w:sdtPr>
                <w:alias w:val="Dağıtım Geri Alma Tarihi 8"/>
                <w:tag w:val="Dağıtım Geri Alma Tarihi 8"/>
                <w:id w:val="4268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8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82" w:edGrp="everyone"/>
            <w:sdt>
              <w:sdtPr>
                <w:alias w:val="Dağıtım Dağıtımı Yapılan Kişi (Adı Soyadı) 9"/>
                <w:tag w:val="Dağıtım Dağıtımı Yapılan Kişi (Adı Soyadı) 9"/>
                <w:id w:val="4268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8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83" w:edGrp="everyone"/>
            <w:sdt>
              <w:sdtPr>
                <w:alias w:val="Dağıtım Unvanı / Görevi 9"/>
                <w:tag w:val="Dağıtım Unvanı / Görevi 9"/>
                <w:id w:val="426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8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84" w:edGrp="everyone"/>
            <w:sdt>
              <w:sdtPr>
                <w:alias w:val="Dağıtım Kopya Adedi 9"/>
                <w:tag w:val="Dağıtım Kopya Adedi 9"/>
                <w:id w:val="426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8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85" w:edGrp="everyone"/>
            <w:sdt>
              <w:sdtPr>
                <w:alias w:val="Dağıtım Dağıtım Tarihi 9"/>
                <w:tag w:val="Dağıtım Dağıtım Tarihi 9"/>
                <w:id w:val="4268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8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86" w:edGrp="everyone"/>
            <w:sdt>
              <w:sdtPr>
                <w:alias w:val="Dağıtım Geri Alma Tarihi 9"/>
                <w:tag w:val="Dağıtım Geri Alma Tarihi 9"/>
                <w:id w:val="4268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8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87" w:edGrp="everyone"/>
            <w:sdt>
              <w:sdtPr>
                <w:alias w:val="Dağıtım Dağıtımı Yapılan Kişi (Adı Soyadı) 10"/>
                <w:tag w:val="Dağıtım Dağıtımı Yapılan Kişi (Adı Soyadı) 10"/>
                <w:id w:val="426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8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88" w:edGrp="everyone"/>
            <w:sdt>
              <w:sdtPr>
                <w:alias w:val="Dağıtım Unvanı / Görevi 10"/>
                <w:tag w:val="Dağıtım Unvanı / Görevi 10"/>
                <w:id w:val="4268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8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89" w:edGrp="everyone"/>
            <w:sdt>
              <w:sdtPr>
                <w:alias w:val="Dağıtım Kopya Adedi 10"/>
                <w:tag w:val="Dağıtım Kopya Adedi 10"/>
                <w:id w:val="426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8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90" w:edGrp="everyone"/>
            <w:sdt>
              <w:sdtPr>
                <w:alias w:val="Dağıtım Dağıtım Tarihi 10"/>
                <w:tag w:val="Dağıtım Dağıtım Tarihi 10"/>
                <w:id w:val="4268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9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91" w:edGrp="everyone"/>
            <w:sdt>
              <w:sdtPr>
                <w:alias w:val="Dağıtım Geri Alma Tarihi 10"/>
                <w:tag w:val="Dağıtım Geri Alma Tarihi 10"/>
                <w:id w:val="4269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9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92" w:edGrp="everyone"/>
            <w:sdt>
              <w:sdtPr>
                <w:alias w:val="Dağıtım Dağıtımı Yapılan Kişi (Adı Soyadı) 11"/>
                <w:tag w:val="Dağıtım Dağıtımı Yapılan Kişi (Adı Soyadı) 11"/>
                <w:id w:val="426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9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93" w:edGrp="everyone"/>
            <w:sdt>
              <w:sdtPr>
                <w:alias w:val="Dağıtım Unvanı / Görevi 11"/>
                <w:tag w:val="Dağıtım Unvanı / Görevi 11"/>
                <w:id w:val="426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9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94" w:edGrp="everyone"/>
            <w:sdt>
              <w:sdtPr>
                <w:alias w:val="Dağıtım Kopya Adedi 11"/>
                <w:tag w:val="Dağıtım Kopya Adedi 11"/>
                <w:id w:val="4269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9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95" w:edGrp="everyone"/>
            <w:sdt>
              <w:sdtPr>
                <w:alias w:val="Dağıtım Dağıtım Tarihi 11"/>
                <w:tag w:val="Dağıtım Dağıtım Tarihi 11"/>
                <w:id w:val="4269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9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696" w:edGrp="everyone"/>
            <w:sdt>
              <w:sdtPr>
                <w:alias w:val="Dağıtım Geri Alma Tarihi 11"/>
                <w:tag w:val="Dağıtım Geri Alma Tarihi 11"/>
                <w:id w:val="426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9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697" w:edGrp="everyone"/>
            <w:sdt>
              <w:sdtPr>
                <w:alias w:val="Dağıtım Dağıtımı Yapılan Kişi (Adı Soyadı) 12"/>
                <w:tag w:val="Dağıtım Dağıtımı Yapılan Kişi (Adı Soyadı) 12"/>
                <w:id w:val="4269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9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698" w:edGrp="everyone"/>
            <w:sdt>
              <w:sdtPr>
                <w:alias w:val="Dağıtım Unvanı / Görevi 12"/>
                <w:tag w:val="Dağıtım Unvanı / Görevi 12"/>
                <w:id w:val="4269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69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699" w:edGrp="everyone"/>
            <w:sdt>
              <w:sdtPr>
                <w:alias w:val="Dağıtım Kopya Adedi 12"/>
                <w:tag w:val="Dağıtım Kopya Adedi 12"/>
                <w:id w:val="4269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69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700" w:edGrp="everyone"/>
            <w:sdt>
              <w:sdtPr>
                <w:alias w:val="Dağıtım Dağıtım Tarihi 12"/>
                <w:tag w:val="Dağıtım Dağıtım Tarihi 12"/>
                <w:id w:val="4269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0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701" w:edGrp="everyone"/>
            <w:sdt>
              <w:sdtPr>
                <w:alias w:val="Dağıtım Geri Alma Tarihi 12"/>
                <w:tag w:val="Dağıtım Geri Alma Tarihi 12"/>
                <w:id w:val="4270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0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13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702" w:edGrp="everyone"/>
            <w:sdt>
              <w:sdtPr>
                <w:alias w:val="Dağıtım Dağıtımı Yapılan Kişi (Adı Soyadı) 13"/>
                <w:tag w:val="Dağıtım Dağıtımı Yapılan Kişi (Adı Soyadı) 13"/>
                <w:id w:val="4270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02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703" w:edGrp="everyone"/>
            <w:sdt>
              <w:sdtPr>
                <w:alias w:val="Dağıtım Unvanı / Görevi 13"/>
                <w:tag w:val="Dağıtım Unvanı / Görevi 13"/>
                <w:id w:val="4270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03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704" w:edGrp="everyone"/>
            <w:sdt>
              <w:sdtPr>
                <w:alias w:val="Dağıtım Kopya Adedi 13"/>
                <w:tag w:val="Dağıtım Kopya Adedi 13"/>
                <w:id w:val="4270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04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705" w:edGrp="everyone"/>
            <w:sdt>
              <w:sdtPr>
                <w:alias w:val="Dağıtım Dağıtım Tarihi 13"/>
                <w:tag w:val="Dağıtım Dağıtım Tarihi 13"/>
                <w:id w:val="4270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05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706" w:edGrp="everyone"/>
            <w:sdt>
              <w:sdtPr>
                <w:alias w:val="Dağıtım Geri Alma Tarihi 13"/>
                <w:tag w:val="Dağıtım Geri Alma Tarihi 13"/>
                <w:id w:val="4270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06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  <w:tr>
        <w:trPr>
          <w:trHeight w:val="368" w:hRule="atLeast"/>
          <w:cantSplit/>
        </w:trPr>
        <w:tc>
          <w:tcPr>
            <w:tcW w:type="dxa" w:w="58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14</w:t>
            </w:r>
          </w:p>
        </w:tc>
        <w:tc>
          <w:tcPr>
            <w:tcW w:type="dxa" w:w="3264"/>
            <w:vAlign w:val="center"/>
          </w:tcPr>
          <w:p>
            <w:pPr>
              <w:spacing w:before="0" w:after="0" w:line="240" w:lineRule="auto"/>
              <w:jc w:val="left"/>
            </w:pPr>
            <w:permStart w:id="1707" w:edGrp="everyone"/>
            <w:sdt>
              <w:sdtPr>
                <w:alias w:val="Dağıtım Dağıtımı Yapılan Kişi (Adı Soyadı) 14"/>
                <w:tag w:val="Dağıtım Dağıtımı Yapılan Kişi (Adı Soyadı) 14"/>
                <w:id w:val="4270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07"/>
          </w:p>
        </w:tc>
        <w:tc>
          <w:tcPr>
            <w:tcW w:type="dxa" w:w="2564"/>
            <w:vAlign w:val="center"/>
          </w:tcPr>
          <w:p>
            <w:pPr>
              <w:spacing w:before="0" w:after="0" w:line="240" w:lineRule="auto"/>
              <w:jc w:val="left"/>
            </w:pPr>
            <w:permStart w:id="1708" w:edGrp="everyone"/>
            <w:sdt>
              <w:sdtPr>
                <w:alias w:val="Dağıtım Unvanı / Görevi 14"/>
                <w:tag w:val="Dağıtım Unvanı / Görevi 14"/>
                <w:id w:val="4270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708"/>
          </w:p>
        </w:tc>
        <w:tc>
          <w:tcPr>
            <w:tcW w:type="dxa" w:w="1166"/>
            <w:vAlign w:val="center"/>
          </w:tcPr>
          <w:p>
            <w:pPr>
              <w:spacing w:before="0" w:after="0" w:line="240" w:lineRule="auto"/>
              <w:jc w:val="left"/>
            </w:pPr>
            <w:permStart w:id="1709" w:edGrp="everyone"/>
            <w:sdt>
              <w:sdtPr>
                <w:alias w:val="Dağıtım Kopya Adedi 14"/>
                <w:tag w:val="Dağıtım Kopya Adedi 14"/>
                <w:id w:val="4270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09"/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710" w:edGrp="everyone"/>
            <w:sdt>
              <w:sdtPr>
                <w:alias w:val="Dağıtım Dağıtım Tarihi 14"/>
                <w:tag w:val="Dağıtım Dağıtım Tarihi 14"/>
                <w:id w:val="4270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10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515"/>
            <w:vAlign w:val="center"/>
          </w:tcPr>
          <w:p>
            <w:pPr>
              <w:spacing w:before="0" w:after="0" w:line="240" w:lineRule="auto"/>
              <w:jc w:val="left"/>
            </w:pPr>
            <w:permStart w:id="1711" w:edGrp="everyone"/>
            <w:sdt>
              <w:sdtPr>
                <w:alias w:val="Dağıtım Geri Alma Tarihi 14"/>
                <w:tag w:val="Dağıtım Geri Alma Tarihi 14"/>
                <w:id w:val="4271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711"/>
          </w:p>
        </w:tc>
        <w:tc>
          <w:tcPr>
            <w:tcW w:type="dxa" w:w="198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Doküman revize edildiğinde eski revizyon geri alınır; yeni revizyon aynı tabloya işlenerek dağıtılır.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HTMYO-KFRM-318  |  Doküman Dağıtım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Doküman Dağıtım Formu</dc:title>
  <dc:subject>HTMYO-KFRM-318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