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spacing w:before="80" w:after="160" w:line="240" w:lineRule="auto"/>
        <w:jc w:val="center"/>
      </w:pPr>
      <w:r>
        <w:rPr>
          <w:b/>
          <w:bCs/>
          <w:sz w:val="28"/>
          <w:szCs w:val="28"/>
        </w:rPr>
        <w:t xml:space="preserve">KURUM DIŞI DOKÜMAN DAĞITIM FORMU</w:t>
      </w:r>
    </w:p>
    <w:p>
      <w:pPr>
        <w:spacing w:before="0" w:after="80" w:line="240" w:lineRule="auto"/>
        <w:jc w:val="right"/>
      </w:pPr>
      <w:r>
        <w:rPr>
          <w:b/>
          <w:bCs/>
          <w:sz w:val="20"/>
          <w:szCs w:val="20"/>
        </w:rPr>
        <w:t xml:space="preserve">Tarih: </w:t>
      </w:r>
      <w:permStart w:id="1712" w:edGrp="everyone"/>
      <w:sdt>
        <w:sdtPr>
          <w:alias w:val="Tarih"/>
          <w:tag w:val="Tarih"/>
          <w:id w:val="42711"/>
        </w:sdtPr>
        <w:sdtContent>
          <w:r>
            <w:rPr>
              <w:sz w:val="20"/>
              <w:szCs w:val="20"/>
            </w:rPr>
            <w:fldChar w:fldCharType="begin"/>
          </w:r>
          <w:r>
            <w:rPr>
              <w:sz w:val="20"/>
              <w:szCs w:val="20"/>
            </w:rPr>
            <w:instrText xml:space="preserve"> DATE \@ "dd.MM.yyyy" </w:instrText>
          </w:r>
          <w:r>
            <w:rPr>
              <w:sz w:val="20"/>
              <w:szCs w:val="20"/>
            </w:rPr>
            <w:fldChar w:fldCharType="separate"/>
          </w:r>
          <w:r>
            <w:rPr>
              <w:sz w:val="20"/>
              <w:szCs w:val="20"/>
            </w:rPr>
            <w:t>06.10.2026</w:t>
          </w:r>
          <w:r>
            <w:rPr>
              <w:sz w:val="20"/>
              <w:szCs w:val="20"/>
            </w:rPr>
            <w:fldChar w:fldCharType="end"/>
          </w:r>
        </w:sdtContent>
      </w:sdt>
      <w:permEnd w:id="1712"/>
    </w:p>
    <w:p>
      <w:pPr>
        <w:spacing w:before="0" w:after="120" w:line="240" w:lineRule="auto"/>
        <w:jc w:val="both"/>
      </w:pPr>
      <w:r>
        <w:rPr>
          <w:sz w:val="20"/>
          <w:szCs w:val="20"/>
        </w:rPr>
        <w:t xml:space="preserve">Aşağıda belirtilen doküman / dokümanlar tarafınıza kontrollü kopya olarak gönderilmiştir. Lütfen muhafaza ediniz ve varsa daha önce gönderilmiş doküman / dokümanları bu form ekinde tarafımıza gönderiniz.</w:t>
      </w:r>
    </w:p>
    <w:tbl>
      <w:tblPr>
        <w:tblLayout w:type="fixed"/>
        <w:tblLook w:firstColumn="1" w:firstRow="1" w:lastColumn="0" w:lastRow="0" w:noHBand="0" w:noVBand="1" w:val="04A0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W w:w="9637" w:type="dxa"/>
      </w:tblPr>
      <w:tblGrid>
        <w:gridCol w:w="566"/>
        <w:gridCol w:w="1700"/>
        <w:gridCol w:w="3401"/>
        <w:gridCol w:w="1984"/>
        <w:gridCol w:w="1984"/>
      </w:tblGrid>
      <w:tr>
        <w:trPr>
          <w:trHeight w:val="396" w:hRule="atLeast"/>
          <w:cantSplit/>
        </w:trPr>
        <w:tc>
          <w:tcPr>
            <w:tcW w:type="dxa" w:w="567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S.N</w:t>
            </w:r>
          </w:p>
        </w:tc>
        <w:tc>
          <w:tcPr>
            <w:tcW w:type="dxa" w:w="1701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Doküman No</w:t>
            </w:r>
          </w:p>
        </w:tc>
        <w:tc>
          <w:tcPr>
            <w:tcW w:type="dxa" w:w="3402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Doküman Adı</w:t>
            </w:r>
          </w:p>
        </w:tc>
        <w:tc>
          <w:tcPr>
            <w:tcW w:type="dxa" w:w="1984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Yürürlük No / Tarih</w:t>
            </w:r>
          </w:p>
        </w:tc>
        <w:tc>
          <w:tcPr>
            <w:tcW w:type="dxa" w:w="1984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Revizyon No / Tarih</w:t>
            </w:r>
          </w:p>
        </w:tc>
      </w:tr>
      <w:tr>
        <w:trPr>
          <w:trHeight w:val="396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1</w:t>
            </w:r>
          </w:p>
        </w:tc>
        <w:tc>
          <w:tcPr>
            <w:tcW w:type="dxa" w:w="1701"/>
            <w:vAlign w:val="center"/>
          </w:tcPr>
          <w:p>
            <w:pPr>
              <w:spacing w:before="0" w:after="0" w:line="240" w:lineRule="auto"/>
              <w:jc w:val="left"/>
            </w:pPr>
            <w:permStart w:id="1713" w:edGrp="everyone"/>
            <w:sdt>
              <w:sdtPr>
                <w:alias w:val="Kurum dışı Doküman No 1"/>
                <w:tag w:val="Kurum dışı Doküman No 1"/>
                <w:id w:val="42712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</w:t>
                </w:r>
              </w:sdtContent>
            </w:sdt>
            <w:permEnd w:id="1713"/>
          </w:p>
        </w:tc>
        <w:tc>
          <w:tcPr>
            <w:tcW w:type="dxa" w:w="3402"/>
            <w:vAlign w:val="center"/>
          </w:tcPr>
          <w:p>
            <w:pPr>
              <w:spacing w:before="0" w:after="0" w:line="240" w:lineRule="auto"/>
              <w:jc w:val="left"/>
            </w:pPr>
            <w:permStart w:id="1714" w:edGrp="everyone"/>
            <w:sdt>
              <w:sdtPr>
                <w:alias w:val="Kurum dışı Doküman Adı 1"/>
                <w:tag w:val="Kurum dışı Doküman Adı 1"/>
                <w:id w:val="42713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 </w:t>
                </w:r>
              </w:sdtContent>
            </w:sdt>
            <w:permEnd w:id="1714"/>
          </w:p>
        </w:tc>
        <w:tc>
          <w:tcPr>
            <w:tcW w:type="dxa" w:w="1984"/>
            <w:vAlign w:val="center"/>
          </w:tcPr>
          <w:p>
            <w:pPr>
              <w:spacing w:before="0" w:after="0" w:line="240" w:lineRule="auto"/>
              <w:jc w:val="left"/>
            </w:pPr>
            <w:permStart w:id="1715" w:edGrp="everyone"/>
            <w:sdt>
              <w:sdtPr>
                <w:alias w:val="Kurum dışı Yürürlük No / Tarih 1"/>
                <w:tag w:val="Kurum dışı Yürürlük No / Tarih 1"/>
                <w:id w:val="42714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1715"/>
          </w:p>
        </w:tc>
        <w:tc>
          <w:tcPr>
            <w:tcW w:type="dxa" w:w="1984"/>
            <w:vAlign w:val="center"/>
          </w:tcPr>
          <w:p>
            <w:pPr>
              <w:spacing w:before="0" w:after="0" w:line="240" w:lineRule="auto"/>
              <w:jc w:val="left"/>
            </w:pPr>
            <w:permStart w:id="1716" w:edGrp="everyone"/>
            <w:sdt>
              <w:sdtPr>
                <w:alias w:val="Kurum dışı Revizyon No / Tarih 1"/>
                <w:tag w:val="Kurum dışı Revizyon No / Tarih 1"/>
                <w:id w:val="42715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1716"/>
          </w:p>
        </w:tc>
      </w:tr>
      <w:tr>
        <w:trPr>
          <w:trHeight w:val="396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2</w:t>
            </w:r>
          </w:p>
        </w:tc>
        <w:tc>
          <w:tcPr>
            <w:tcW w:type="dxa" w:w="1701"/>
            <w:vAlign w:val="center"/>
          </w:tcPr>
          <w:p>
            <w:pPr>
              <w:spacing w:before="0" w:after="0" w:line="240" w:lineRule="auto"/>
              <w:jc w:val="left"/>
            </w:pPr>
            <w:permStart w:id="1717" w:edGrp="everyone"/>
            <w:sdt>
              <w:sdtPr>
                <w:alias w:val="Kurum dışı Doküman No 2"/>
                <w:tag w:val="Kurum dışı Doküman No 2"/>
                <w:id w:val="42716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</w:t>
                </w:r>
              </w:sdtContent>
            </w:sdt>
            <w:permEnd w:id="1717"/>
          </w:p>
        </w:tc>
        <w:tc>
          <w:tcPr>
            <w:tcW w:type="dxa" w:w="3402"/>
            <w:vAlign w:val="center"/>
          </w:tcPr>
          <w:p>
            <w:pPr>
              <w:spacing w:before="0" w:after="0" w:line="240" w:lineRule="auto"/>
              <w:jc w:val="left"/>
            </w:pPr>
            <w:permStart w:id="1718" w:edGrp="everyone"/>
            <w:sdt>
              <w:sdtPr>
                <w:alias w:val="Kurum dışı Doküman Adı 2"/>
                <w:tag w:val="Kurum dışı Doküman Adı 2"/>
                <w:id w:val="42717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 </w:t>
                </w:r>
              </w:sdtContent>
            </w:sdt>
            <w:permEnd w:id="1718"/>
          </w:p>
        </w:tc>
        <w:tc>
          <w:tcPr>
            <w:tcW w:type="dxa" w:w="1984"/>
            <w:vAlign w:val="center"/>
          </w:tcPr>
          <w:p>
            <w:pPr>
              <w:spacing w:before="0" w:after="0" w:line="240" w:lineRule="auto"/>
              <w:jc w:val="left"/>
            </w:pPr>
            <w:permStart w:id="1719" w:edGrp="everyone"/>
            <w:sdt>
              <w:sdtPr>
                <w:alias w:val="Kurum dışı Yürürlük No / Tarih 2"/>
                <w:tag w:val="Kurum dışı Yürürlük No / Tarih 2"/>
                <w:id w:val="42718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1719"/>
          </w:p>
        </w:tc>
        <w:tc>
          <w:tcPr>
            <w:tcW w:type="dxa" w:w="1984"/>
            <w:vAlign w:val="center"/>
          </w:tcPr>
          <w:p>
            <w:pPr>
              <w:spacing w:before="0" w:after="0" w:line="240" w:lineRule="auto"/>
              <w:jc w:val="left"/>
            </w:pPr>
            <w:permStart w:id="1720" w:edGrp="everyone"/>
            <w:sdt>
              <w:sdtPr>
                <w:alias w:val="Kurum dışı Revizyon No / Tarih 2"/>
                <w:tag w:val="Kurum dışı Revizyon No / Tarih 2"/>
                <w:id w:val="42719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1720"/>
          </w:p>
        </w:tc>
      </w:tr>
      <w:tr>
        <w:trPr>
          <w:trHeight w:val="396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3</w:t>
            </w:r>
          </w:p>
        </w:tc>
        <w:tc>
          <w:tcPr>
            <w:tcW w:type="dxa" w:w="1701"/>
            <w:vAlign w:val="center"/>
          </w:tcPr>
          <w:p>
            <w:pPr>
              <w:spacing w:before="0" w:after="0" w:line="240" w:lineRule="auto"/>
              <w:jc w:val="left"/>
            </w:pPr>
            <w:permStart w:id="1721" w:edGrp="everyone"/>
            <w:sdt>
              <w:sdtPr>
                <w:alias w:val="Kurum dışı Doküman No 3"/>
                <w:tag w:val="Kurum dışı Doküman No 3"/>
                <w:id w:val="42720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</w:t>
                </w:r>
              </w:sdtContent>
            </w:sdt>
            <w:permEnd w:id="1721"/>
          </w:p>
        </w:tc>
        <w:tc>
          <w:tcPr>
            <w:tcW w:type="dxa" w:w="3402"/>
            <w:vAlign w:val="center"/>
          </w:tcPr>
          <w:p>
            <w:pPr>
              <w:spacing w:before="0" w:after="0" w:line="240" w:lineRule="auto"/>
              <w:jc w:val="left"/>
            </w:pPr>
            <w:permStart w:id="1722" w:edGrp="everyone"/>
            <w:sdt>
              <w:sdtPr>
                <w:alias w:val="Kurum dışı Doküman Adı 3"/>
                <w:tag w:val="Kurum dışı Doküman Adı 3"/>
                <w:id w:val="42721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 </w:t>
                </w:r>
              </w:sdtContent>
            </w:sdt>
            <w:permEnd w:id="1722"/>
          </w:p>
        </w:tc>
        <w:tc>
          <w:tcPr>
            <w:tcW w:type="dxa" w:w="1984"/>
            <w:vAlign w:val="center"/>
          </w:tcPr>
          <w:p>
            <w:pPr>
              <w:spacing w:before="0" w:after="0" w:line="240" w:lineRule="auto"/>
              <w:jc w:val="left"/>
            </w:pPr>
            <w:permStart w:id="1723" w:edGrp="everyone"/>
            <w:sdt>
              <w:sdtPr>
                <w:alias w:val="Kurum dışı Yürürlük No / Tarih 3"/>
                <w:tag w:val="Kurum dışı Yürürlük No / Tarih 3"/>
                <w:id w:val="42722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1723"/>
          </w:p>
        </w:tc>
        <w:tc>
          <w:tcPr>
            <w:tcW w:type="dxa" w:w="1984"/>
            <w:vAlign w:val="center"/>
          </w:tcPr>
          <w:p>
            <w:pPr>
              <w:spacing w:before="0" w:after="0" w:line="240" w:lineRule="auto"/>
              <w:jc w:val="left"/>
            </w:pPr>
            <w:permStart w:id="1724" w:edGrp="everyone"/>
            <w:sdt>
              <w:sdtPr>
                <w:alias w:val="Kurum dışı Revizyon No / Tarih 3"/>
                <w:tag w:val="Kurum dışı Revizyon No / Tarih 3"/>
                <w:id w:val="42723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1724"/>
          </w:p>
        </w:tc>
      </w:tr>
      <w:tr>
        <w:trPr>
          <w:trHeight w:val="396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4</w:t>
            </w:r>
          </w:p>
        </w:tc>
        <w:tc>
          <w:tcPr>
            <w:tcW w:type="dxa" w:w="1701"/>
            <w:vAlign w:val="center"/>
          </w:tcPr>
          <w:p>
            <w:pPr>
              <w:spacing w:before="0" w:after="0" w:line="240" w:lineRule="auto"/>
              <w:jc w:val="left"/>
            </w:pPr>
            <w:permStart w:id="1725" w:edGrp="everyone"/>
            <w:sdt>
              <w:sdtPr>
                <w:alias w:val="Kurum dışı Doküman No 4"/>
                <w:tag w:val="Kurum dışı Doküman No 4"/>
                <w:id w:val="42724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</w:t>
                </w:r>
              </w:sdtContent>
            </w:sdt>
            <w:permEnd w:id="1725"/>
          </w:p>
        </w:tc>
        <w:tc>
          <w:tcPr>
            <w:tcW w:type="dxa" w:w="3402"/>
            <w:vAlign w:val="center"/>
          </w:tcPr>
          <w:p>
            <w:pPr>
              <w:spacing w:before="0" w:after="0" w:line="240" w:lineRule="auto"/>
              <w:jc w:val="left"/>
            </w:pPr>
            <w:permStart w:id="1726" w:edGrp="everyone"/>
            <w:sdt>
              <w:sdtPr>
                <w:alias w:val="Kurum dışı Doküman Adı 4"/>
                <w:tag w:val="Kurum dışı Doküman Adı 4"/>
                <w:id w:val="42725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 </w:t>
                </w:r>
              </w:sdtContent>
            </w:sdt>
            <w:permEnd w:id="1726"/>
          </w:p>
        </w:tc>
        <w:tc>
          <w:tcPr>
            <w:tcW w:type="dxa" w:w="1984"/>
            <w:vAlign w:val="center"/>
          </w:tcPr>
          <w:p>
            <w:pPr>
              <w:spacing w:before="0" w:after="0" w:line="240" w:lineRule="auto"/>
              <w:jc w:val="left"/>
            </w:pPr>
            <w:permStart w:id="1727" w:edGrp="everyone"/>
            <w:sdt>
              <w:sdtPr>
                <w:alias w:val="Kurum dışı Yürürlük No / Tarih 4"/>
                <w:tag w:val="Kurum dışı Yürürlük No / Tarih 4"/>
                <w:id w:val="42726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1727"/>
          </w:p>
        </w:tc>
        <w:tc>
          <w:tcPr>
            <w:tcW w:type="dxa" w:w="1984"/>
            <w:vAlign w:val="center"/>
          </w:tcPr>
          <w:p>
            <w:pPr>
              <w:spacing w:before="0" w:after="0" w:line="240" w:lineRule="auto"/>
              <w:jc w:val="left"/>
            </w:pPr>
            <w:permStart w:id="1728" w:edGrp="everyone"/>
            <w:sdt>
              <w:sdtPr>
                <w:alias w:val="Kurum dışı Revizyon No / Tarih 4"/>
                <w:tag w:val="Kurum dışı Revizyon No / Tarih 4"/>
                <w:id w:val="42727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1728"/>
          </w:p>
        </w:tc>
      </w:tr>
      <w:tr>
        <w:trPr>
          <w:trHeight w:val="396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5</w:t>
            </w:r>
          </w:p>
        </w:tc>
        <w:tc>
          <w:tcPr>
            <w:tcW w:type="dxa" w:w="1701"/>
            <w:vAlign w:val="center"/>
          </w:tcPr>
          <w:p>
            <w:pPr>
              <w:spacing w:before="0" w:after="0" w:line="240" w:lineRule="auto"/>
              <w:jc w:val="left"/>
            </w:pPr>
            <w:permStart w:id="1729" w:edGrp="everyone"/>
            <w:sdt>
              <w:sdtPr>
                <w:alias w:val="Kurum dışı Doküman No 5"/>
                <w:tag w:val="Kurum dışı Doküman No 5"/>
                <w:id w:val="42728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</w:t>
                </w:r>
              </w:sdtContent>
            </w:sdt>
            <w:permEnd w:id="1729"/>
          </w:p>
        </w:tc>
        <w:tc>
          <w:tcPr>
            <w:tcW w:type="dxa" w:w="3402"/>
            <w:vAlign w:val="center"/>
          </w:tcPr>
          <w:p>
            <w:pPr>
              <w:spacing w:before="0" w:after="0" w:line="240" w:lineRule="auto"/>
              <w:jc w:val="left"/>
            </w:pPr>
            <w:permStart w:id="1730" w:edGrp="everyone"/>
            <w:sdt>
              <w:sdtPr>
                <w:alias w:val="Kurum dışı Doküman Adı 5"/>
                <w:tag w:val="Kurum dışı Doküman Adı 5"/>
                <w:id w:val="42729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 </w:t>
                </w:r>
              </w:sdtContent>
            </w:sdt>
            <w:permEnd w:id="1730"/>
          </w:p>
        </w:tc>
        <w:tc>
          <w:tcPr>
            <w:tcW w:type="dxa" w:w="1984"/>
            <w:vAlign w:val="center"/>
          </w:tcPr>
          <w:p>
            <w:pPr>
              <w:spacing w:before="0" w:after="0" w:line="240" w:lineRule="auto"/>
              <w:jc w:val="left"/>
            </w:pPr>
            <w:permStart w:id="1731" w:edGrp="everyone"/>
            <w:sdt>
              <w:sdtPr>
                <w:alias w:val="Kurum dışı Yürürlük No / Tarih 5"/>
                <w:tag w:val="Kurum dışı Yürürlük No / Tarih 5"/>
                <w:id w:val="42730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1731"/>
          </w:p>
        </w:tc>
        <w:tc>
          <w:tcPr>
            <w:tcW w:type="dxa" w:w="1984"/>
            <w:vAlign w:val="center"/>
          </w:tcPr>
          <w:p>
            <w:pPr>
              <w:spacing w:before="0" w:after="0" w:line="240" w:lineRule="auto"/>
              <w:jc w:val="left"/>
            </w:pPr>
            <w:permStart w:id="1732" w:edGrp="everyone"/>
            <w:sdt>
              <w:sdtPr>
                <w:alias w:val="Kurum dışı Revizyon No / Tarih 5"/>
                <w:tag w:val="Kurum dışı Revizyon No / Tarih 5"/>
                <w:id w:val="42731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1732"/>
          </w:p>
        </w:tc>
      </w:tr>
      <w:tr>
        <w:trPr>
          <w:trHeight w:val="396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6</w:t>
            </w:r>
          </w:p>
        </w:tc>
        <w:tc>
          <w:tcPr>
            <w:tcW w:type="dxa" w:w="1701"/>
            <w:vAlign w:val="center"/>
          </w:tcPr>
          <w:p>
            <w:pPr>
              <w:spacing w:before="0" w:after="0" w:line="240" w:lineRule="auto"/>
              <w:jc w:val="left"/>
            </w:pPr>
            <w:permStart w:id="1733" w:edGrp="everyone"/>
            <w:sdt>
              <w:sdtPr>
                <w:alias w:val="Kurum dışı Doküman No 6"/>
                <w:tag w:val="Kurum dışı Doküman No 6"/>
                <w:id w:val="42732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</w:t>
                </w:r>
              </w:sdtContent>
            </w:sdt>
            <w:permEnd w:id="1733"/>
          </w:p>
        </w:tc>
        <w:tc>
          <w:tcPr>
            <w:tcW w:type="dxa" w:w="3402"/>
            <w:vAlign w:val="center"/>
          </w:tcPr>
          <w:p>
            <w:pPr>
              <w:spacing w:before="0" w:after="0" w:line="240" w:lineRule="auto"/>
              <w:jc w:val="left"/>
            </w:pPr>
            <w:permStart w:id="1734" w:edGrp="everyone"/>
            <w:sdt>
              <w:sdtPr>
                <w:alias w:val="Kurum dışı Doküman Adı 6"/>
                <w:tag w:val="Kurum dışı Doküman Adı 6"/>
                <w:id w:val="42733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 </w:t>
                </w:r>
              </w:sdtContent>
            </w:sdt>
            <w:permEnd w:id="1734"/>
          </w:p>
        </w:tc>
        <w:tc>
          <w:tcPr>
            <w:tcW w:type="dxa" w:w="1984"/>
            <w:vAlign w:val="center"/>
          </w:tcPr>
          <w:p>
            <w:pPr>
              <w:spacing w:before="0" w:after="0" w:line="240" w:lineRule="auto"/>
              <w:jc w:val="left"/>
            </w:pPr>
            <w:permStart w:id="1735" w:edGrp="everyone"/>
            <w:sdt>
              <w:sdtPr>
                <w:alias w:val="Kurum dışı Yürürlük No / Tarih 6"/>
                <w:tag w:val="Kurum dışı Yürürlük No / Tarih 6"/>
                <w:id w:val="42734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1735"/>
          </w:p>
        </w:tc>
        <w:tc>
          <w:tcPr>
            <w:tcW w:type="dxa" w:w="1984"/>
            <w:vAlign w:val="center"/>
          </w:tcPr>
          <w:p>
            <w:pPr>
              <w:spacing w:before="0" w:after="0" w:line="240" w:lineRule="auto"/>
              <w:jc w:val="left"/>
            </w:pPr>
            <w:permStart w:id="1736" w:edGrp="everyone"/>
            <w:sdt>
              <w:sdtPr>
                <w:alias w:val="Kurum dışı Revizyon No / Tarih 6"/>
                <w:tag w:val="Kurum dışı Revizyon No / Tarih 6"/>
                <w:id w:val="42735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1736"/>
          </w:p>
        </w:tc>
      </w:tr>
      <w:tr>
        <w:trPr>
          <w:trHeight w:val="396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7</w:t>
            </w:r>
          </w:p>
        </w:tc>
        <w:tc>
          <w:tcPr>
            <w:tcW w:type="dxa" w:w="1701"/>
            <w:vAlign w:val="center"/>
          </w:tcPr>
          <w:p>
            <w:pPr>
              <w:spacing w:before="0" w:after="0" w:line="240" w:lineRule="auto"/>
              <w:jc w:val="left"/>
            </w:pPr>
            <w:permStart w:id="1737" w:edGrp="everyone"/>
            <w:sdt>
              <w:sdtPr>
                <w:alias w:val="Kurum dışı Doküman No 7"/>
                <w:tag w:val="Kurum dışı Doküman No 7"/>
                <w:id w:val="42736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</w:t>
                </w:r>
              </w:sdtContent>
            </w:sdt>
            <w:permEnd w:id="1737"/>
          </w:p>
        </w:tc>
        <w:tc>
          <w:tcPr>
            <w:tcW w:type="dxa" w:w="3402"/>
            <w:vAlign w:val="center"/>
          </w:tcPr>
          <w:p>
            <w:pPr>
              <w:spacing w:before="0" w:after="0" w:line="240" w:lineRule="auto"/>
              <w:jc w:val="left"/>
            </w:pPr>
            <w:permStart w:id="1738" w:edGrp="everyone"/>
            <w:sdt>
              <w:sdtPr>
                <w:alias w:val="Kurum dışı Doküman Adı 7"/>
                <w:tag w:val="Kurum dışı Doküman Adı 7"/>
                <w:id w:val="42737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 </w:t>
                </w:r>
              </w:sdtContent>
            </w:sdt>
            <w:permEnd w:id="1738"/>
          </w:p>
        </w:tc>
        <w:tc>
          <w:tcPr>
            <w:tcW w:type="dxa" w:w="1984"/>
            <w:vAlign w:val="center"/>
          </w:tcPr>
          <w:p>
            <w:pPr>
              <w:spacing w:before="0" w:after="0" w:line="240" w:lineRule="auto"/>
              <w:jc w:val="left"/>
            </w:pPr>
            <w:permStart w:id="1739" w:edGrp="everyone"/>
            <w:sdt>
              <w:sdtPr>
                <w:alias w:val="Kurum dışı Yürürlük No / Tarih 7"/>
                <w:tag w:val="Kurum dışı Yürürlük No / Tarih 7"/>
                <w:id w:val="42738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1739"/>
          </w:p>
        </w:tc>
        <w:tc>
          <w:tcPr>
            <w:tcW w:type="dxa" w:w="1984"/>
            <w:vAlign w:val="center"/>
          </w:tcPr>
          <w:p>
            <w:pPr>
              <w:spacing w:before="0" w:after="0" w:line="240" w:lineRule="auto"/>
              <w:jc w:val="left"/>
            </w:pPr>
            <w:permStart w:id="1740" w:edGrp="everyone"/>
            <w:sdt>
              <w:sdtPr>
                <w:alias w:val="Kurum dışı Revizyon No / Tarih 7"/>
                <w:tag w:val="Kurum dışı Revizyon No / Tarih 7"/>
                <w:id w:val="42739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1740"/>
          </w:p>
        </w:tc>
      </w:tr>
      <w:tr>
        <w:trPr>
          <w:trHeight w:val="396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8</w:t>
            </w:r>
          </w:p>
        </w:tc>
        <w:tc>
          <w:tcPr>
            <w:tcW w:type="dxa" w:w="1701"/>
            <w:vAlign w:val="center"/>
          </w:tcPr>
          <w:p>
            <w:pPr>
              <w:spacing w:before="0" w:after="0" w:line="240" w:lineRule="auto"/>
              <w:jc w:val="left"/>
            </w:pPr>
            <w:permStart w:id="1741" w:edGrp="everyone"/>
            <w:sdt>
              <w:sdtPr>
                <w:alias w:val="Kurum dışı Doküman No 8"/>
                <w:tag w:val="Kurum dışı Doküman No 8"/>
                <w:id w:val="42740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</w:t>
                </w:r>
              </w:sdtContent>
            </w:sdt>
            <w:permEnd w:id="1741"/>
          </w:p>
        </w:tc>
        <w:tc>
          <w:tcPr>
            <w:tcW w:type="dxa" w:w="3402"/>
            <w:vAlign w:val="center"/>
          </w:tcPr>
          <w:p>
            <w:pPr>
              <w:spacing w:before="0" w:after="0" w:line="240" w:lineRule="auto"/>
              <w:jc w:val="left"/>
            </w:pPr>
            <w:permStart w:id="1742" w:edGrp="everyone"/>
            <w:sdt>
              <w:sdtPr>
                <w:alias w:val="Kurum dışı Doküman Adı 8"/>
                <w:tag w:val="Kurum dışı Doküman Adı 8"/>
                <w:id w:val="42741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 </w:t>
                </w:r>
              </w:sdtContent>
            </w:sdt>
            <w:permEnd w:id="1742"/>
          </w:p>
        </w:tc>
        <w:tc>
          <w:tcPr>
            <w:tcW w:type="dxa" w:w="1984"/>
            <w:vAlign w:val="center"/>
          </w:tcPr>
          <w:p>
            <w:pPr>
              <w:spacing w:before="0" w:after="0" w:line="240" w:lineRule="auto"/>
              <w:jc w:val="left"/>
            </w:pPr>
            <w:permStart w:id="1743" w:edGrp="everyone"/>
            <w:sdt>
              <w:sdtPr>
                <w:alias w:val="Kurum dışı Yürürlük No / Tarih 8"/>
                <w:tag w:val="Kurum dışı Yürürlük No / Tarih 8"/>
                <w:id w:val="42742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1743"/>
          </w:p>
        </w:tc>
        <w:tc>
          <w:tcPr>
            <w:tcW w:type="dxa" w:w="1984"/>
            <w:vAlign w:val="center"/>
          </w:tcPr>
          <w:p>
            <w:pPr>
              <w:spacing w:before="0" w:after="0" w:line="240" w:lineRule="auto"/>
              <w:jc w:val="left"/>
            </w:pPr>
            <w:permStart w:id="1744" w:edGrp="everyone"/>
            <w:sdt>
              <w:sdtPr>
                <w:alias w:val="Kurum dışı Revizyon No / Tarih 8"/>
                <w:tag w:val="Kurum dışı Revizyon No / Tarih 8"/>
                <w:id w:val="42743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1744"/>
          </w:p>
        </w:tc>
      </w:tr>
      <w:tr>
        <w:trPr>
          <w:trHeight w:val="396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9</w:t>
            </w:r>
          </w:p>
        </w:tc>
        <w:tc>
          <w:tcPr>
            <w:tcW w:type="dxa" w:w="1701"/>
            <w:vAlign w:val="center"/>
          </w:tcPr>
          <w:p>
            <w:pPr>
              <w:spacing w:before="0" w:after="0" w:line="240" w:lineRule="auto"/>
              <w:jc w:val="left"/>
            </w:pPr>
            <w:permStart w:id="1745" w:edGrp="everyone"/>
            <w:sdt>
              <w:sdtPr>
                <w:alias w:val="Kurum dışı Doküman No 9"/>
                <w:tag w:val="Kurum dışı Doküman No 9"/>
                <w:id w:val="42744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</w:t>
                </w:r>
              </w:sdtContent>
            </w:sdt>
            <w:permEnd w:id="1745"/>
          </w:p>
        </w:tc>
        <w:tc>
          <w:tcPr>
            <w:tcW w:type="dxa" w:w="3402"/>
            <w:vAlign w:val="center"/>
          </w:tcPr>
          <w:p>
            <w:pPr>
              <w:spacing w:before="0" w:after="0" w:line="240" w:lineRule="auto"/>
              <w:jc w:val="left"/>
            </w:pPr>
            <w:permStart w:id="1746" w:edGrp="everyone"/>
            <w:sdt>
              <w:sdtPr>
                <w:alias w:val="Kurum dışı Doküman Adı 9"/>
                <w:tag w:val="Kurum dışı Doküman Adı 9"/>
                <w:id w:val="42745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   </w:t>
                </w:r>
              </w:sdtContent>
            </w:sdt>
            <w:permEnd w:id="1746"/>
          </w:p>
        </w:tc>
        <w:tc>
          <w:tcPr>
            <w:tcW w:type="dxa" w:w="1984"/>
            <w:vAlign w:val="center"/>
          </w:tcPr>
          <w:p>
            <w:pPr>
              <w:spacing w:before="0" w:after="0" w:line="240" w:lineRule="auto"/>
              <w:jc w:val="left"/>
            </w:pPr>
            <w:permStart w:id="1747" w:edGrp="everyone"/>
            <w:sdt>
              <w:sdtPr>
                <w:alias w:val="Kurum dışı Yürürlük No / Tarih 9"/>
                <w:tag w:val="Kurum dışı Yürürlük No / Tarih 9"/>
                <w:id w:val="42746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1747"/>
          </w:p>
        </w:tc>
        <w:tc>
          <w:tcPr>
            <w:tcW w:type="dxa" w:w="1984"/>
            <w:vAlign w:val="center"/>
          </w:tcPr>
          <w:p>
            <w:pPr>
              <w:spacing w:before="0" w:after="0" w:line="240" w:lineRule="auto"/>
              <w:jc w:val="left"/>
            </w:pPr>
            <w:permStart w:id="1748" w:edGrp="everyone"/>
            <w:sdt>
              <w:sdtPr>
                <w:alias w:val="Kurum dışı Revizyon No / Tarih 9"/>
                <w:tag w:val="Kurum dışı Revizyon No / Tarih 9"/>
                <w:id w:val="42747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1748"/>
          </w:p>
        </w:tc>
      </w:tr>
    </w:tbl>
    <w:p>
      <w:pPr>
        <w:spacing w:before="0" w:after="0" w:line="80" w:lineRule="exact"/>
        <w:jc w:val="left"/>
      </w:pPr>
    </w:p>
    <w:tbl>
      <w:tblPr>
        <w:tblLayout w:type="fixed"/>
        <w:tblLook w:firstColumn="1" w:firstRow="1" w:lastColumn="0" w:lastRow="0" w:noHBand="0" w:noVBand="1" w:val="04A0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W w:w="9637" w:type="dxa"/>
      </w:tblPr>
      <w:tblGrid>
        <w:gridCol w:w="2834"/>
        <w:gridCol w:w="6803"/>
      </w:tblGrid>
      <w:tr>
        <w:trPr>
          <w:trHeight w:val="351" w:hRule="atLeast"/>
          <w:cantSplit/>
        </w:trPr>
        <w:tc>
          <w:tcPr>
            <w:tcW w:type="dxa" w:w="2835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Gönderildiği Kişi / Kuruluş</w:t>
            </w:r>
          </w:p>
        </w:tc>
        <w:tc>
          <w:tcPr>
            <w:tcW w:type="dxa" w:w="6803"/>
            <w:vAlign w:val="center"/>
          </w:tcPr>
          <w:p>
            <w:pPr>
              <w:spacing w:before="0" w:after="0" w:line="240" w:lineRule="auto"/>
              <w:jc w:val="left"/>
            </w:pPr>
            <w:permStart w:id="1749" w:edGrp="everyone"/>
            <w:sdt>
              <w:sdtPr>
                <w:alias w:val="Gönderilen kişi kuruluş"/>
                <w:tag w:val="Gönderilen kişi kuruluş"/>
                <w:id w:val="42748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1749"/>
          </w:p>
        </w:tc>
      </w:tr>
      <w:tr>
        <w:trPr>
          <w:trHeight w:val="351" w:hRule="atLeast"/>
          <w:cantSplit/>
        </w:trPr>
        <w:tc>
          <w:tcPr>
            <w:tcW w:type="dxa" w:w="2835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Teslim Alan (Adı, Unvanı)</w:t>
            </w:r>
          </w:p>
        </w:tc>
        <w:tc>
          <w:tcPr>
            <w:tcW w:type="dxa" w:w="6803"/>
            <w:vAlign w:val="center"/>
          </w:tcPr>
          <w:p>
            <w:pPr>
              <w:spacing w:before="0" w:after="0" w:line="240" w:lineRule="auto"/>
              <w:jc w:val="left"/>
            </w:pPr>
            <w:permStart w:id="1750" w:edGrp="everyone"/>
            <w:sdt>
              <w:sdtPr>
                <w:alias w:val="Teslim alan"/>
                <w:tag w:val="Teslim alan"/>
                <w:id w:val="42749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1750"/>
          </w:p>
        </w:tc>
      </w:tr>
      <w:tr>
        <w:trPr>
          <w:trHeight w:val="351" w:hRule="atLeast"/>
          <w:cantSplit/>
        </w:trPr>
        <w:tc>
          <w:tcPr>
            <w:tcW w:type="dxa" w:w="2835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Teslim Tarihi</w:t>
            </w:r>
          </w:p>
        </w:tc>
        <w:tc>
          <w:tcPr>
            <w:tcW w:type="dxa" w:w="6803"/>
            <w:vAlign w:val="center"/>
          </w:tcPr>
          <w:p>
            <w:pPr>
              <w:spacing w:before="0" w:after="0" w:line="240" w:lineRule="auto"/>
              <w:jc w:val="left"/>
            </w:pPr>
            <w:permStart w:id="1751" w:edGrp="everyone"/>
            <w:sdt>
              <w:sdtPr>
                <w:alias w:val="Teslim tarihi"/>
                <w:tag w:val="Teslim tarihi"/>
                <w:id w:val="42750"/>
                <w:showingPlcHdr/>
                <w:date>
                  <w:dateFormat w:val="dd.MM.yyyy"/>
                  <w:lid w:val="tr-TR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</w:t>
                </w:r>
              </w:sdtContent>
            </w:sdt>
            <w:permEnd w:id="1751"/>
          </w:p>
        </w:tc>
      </w:tr>
    </w:tbl>
    <w:p>
      <w:pPr>
        <w:spacing w:before="0" w:after="0" w:line="80" w:lineRule="exact"/>
        <w:jc w:val="left"/>
      </w:pPr>
    </w:p>
    <w:tbl>
      <w:tblPr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W w:w="9637" w:type="dxa"/>
      </w:tblPr>
      <w:tblGrid>
        <w:gridCol w:w="4818"/>
        <w:gridCol w:w="4818"/>
      </w:tblGrid>
      <w:tr>
        <w:trPr>
          <w:cantSplit/>
        </w:trPr>
        <w:tc>
          <w:tcPr>
            <w:tcW w:type="dxa" w:w="4819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Yüksekokul Müdürü</w:t>
            </w:r>
          </w:p>
        </w:tc>
        <w:tc>
          <w:tcPr>
            <w:tcW w:type="dxa" w:w="4819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Teslim Alan</w:t>
            </w:r>
          </w:p>
        </w:tc>
      </w:tr>
      <w:tr>
        <w:trPr>
          <w:cantSplit/>
        </w:trPr>
        <w:tc>
          <w:tcPr>
            <w:tcW w:type="dxa" w:w="4819"/>
            <w:vAlign w:val="center"/>
          </w:tcPr>
          <w:p>
            <w:pPr>
              <w:spacing w:before="0" w:after="0" w:line="240" w:lineRule="auto"/>
              <w:jc w:val="center"/>
            </w:pPr>
            <w:permStart w:id="1752" w:edGrp="everyone"/>
            <w:sdt>
              <w:sdtPr>
                <w:alias w:val="Yüksekokul Müdürü Adı Soyadı"/>
                <w:tag w:val="Yüksekokul Müdürü Adı Soyadı"/>
                <w:id w:val="42751"/>
                <w:showingPlcHdr/>
                <w:text/>
              </w:sdtPr>
              <w:sdtContent>
                <w:r>
                  <w:rPr>
                    <w:rStyle w:val="PlaceholderText"/>
                    <w:sz w:val="19"/>
                    <w:szCs w:val="19"/>
                  </w:rPr>
                  <w:t xml:space="preserve">          </w:t>
                </w:r>
              </w:sdtContent>
            </w:sdt>
            <w:permEnd w:id="1752"/>
          </w:p>
        </w:tc>
        <w:tc>
          <w:tcPr>
            <w:tcW w:type="dxa" w:w="4819"/>
            <w:vAlign w:val="center"/>
          </w:tcPr>
          <w:p>
            <w:pPr>
              <w:spacing w:before="0" w:after="0" w:line="240" w:lineRule="auto"/>
              <w:jc w:val="center"/>
            </w:pPr>
            <w:permStart w:id="1753" w:edGrp="everyone"/>
            <w:sdt>
              <w:sdtPr>
                <w:alias w:val="Teslim Alan Adı Soyadı"/>
                <w:tag w:val="Teslim Alan Adı Soyadı"/>
                <w:id w:val="42752"/>
                <w:showingPlcHdr/>
                <w:text/>
              </w:sdtPr>
              <w:sdtContent>
                <w:r>
                  <w:rPr>
                    <w:rStyle w:val="PlaceholderText"/>
                    <w:sz w:val="19"/>
                    <w:szCs w:val="19"/>
                  </w:rPr>
                  <w:t xml:space="preserve">          </w:t>
                </w:r>
              </w:sdtContent>
            </w:sdt>
            <w:permEnd w:id="1753"/>
          </w:p>
        </w:tc>
      </w:tr>
      <w:tr>
        <w:trPr>
          <w:trHeight w:val="850" w:hRule="atLeast"/>
          <w:cantSplit/>
        </w:trPr>
        <w:tc>
          <w:tcPr>
            <w:tcW w:type="dxa" w:w="4819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i/>
                <w:iCs/>
                <w:color w:val="595959"/>
                <w:sz w:val="16"/>
                <w:szCs w:val="16"/>
              </w:rPr>
              <w:t xml:space="preserve">İmza</w:t>
            </w:r>
          </w:p>
        </w:tc>
        <w:tc>
          <w:tcPr>
            <w:tcW w:type="dxa" w:w="4819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i/>
                <w:iCs/>
                <w:color w:val="595959"/>
                <w:sz w:val="16"/>
                <w:szCs w:val="16"/>
              </w:rPr>
              <w:t xml:space="preserve">İmza</w:t>
            </w:r>
          </w:p>
        </w:tc>
      </w:tr>
    </w:tbl>
    <w:p>
      <w:pPr>
        <w:spacing w:before="0" w:after="0" w:line="80" w:lineRule="exact"/>
        <w:jc w:val="left"/>
      </w:pPr>
    </w:p>
    <w:sectPr w:rsidR="00FC693F" w:rsidRPr="0006063C" w:rsidSect="00034616">
      <w:headerReference w:type="default" r:id="rId9"/>
      <w:footerReference w:type="default" r:id="rId10"/>
      <w:pgSz w:w="11906" w:h="16838"/>
      <w:pgMar w:top="2211" w:right="1134" w:bottom="1247" w:left="1134" w:header="567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 w:line="240" w:lineRule="auto"/>
      <w:jc w:val="center"/>
      <w:pBdr>
        <w:top w:val="single" w:sz="4" w:space="3" w:color="A6A6A6"/>
      </w:pBdr>
    </w:pPr>
    <w:r>
      <w:rPr>
        <w:color w:val="7F7F7F"/>
        <w:sz w:val="15"/>
        <w:szCs w:val="15"/>
      </w:rPr>
      <w:t xml:space="preserve">HTMYO-KFRM-319  |  Kurum Dışı Doküman Dağıtım Formu  |  HTMYO Kalite Yönetim Sistemi kapsamında kontrollü olarak yayımlanmıştır.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Look w:firstColumn="1" w:firstRow="1" w:lastColumn="0" w:lastRow="0" w:noHBand="0" w:noVBand="1" w:val="04A0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CellMar>
        <w:top w:w="25" w:type="dxa"/>
        <w:left w:w="70" w:type="dxa"/>
        <w:bottom w:w="25" w:type="dxa"/>
        <w:right w:w="70" w:type="dxa"/>
      </w:tblCellMar>
      <w:tblW w:w="9637" w:type="dxa"/>
    </w:tblPr>
    <w:tblGrid>
      <w:gridCol w:w="1360"/>
      <w:gridCol w:w="5442"/>
      <w:gridCol w:w="2834"/>
    </w:tblGrid>
    <w:tr>
      <w:tc>
        <w:tcPr>
          <w:tcW w:type="dxa" w:w="1361"/>
          <w:vAlign w:val="center"/>
        </w:tcPr>
        <w:p>
          <w:pPr>
            <w:spacing w:before="0" w:after="0" w:line="240" w:lineRule="auto"/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420171" cy="774000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_kirpik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20171" cy="774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5443"/>
          <w:vAlign w:val="center"/>
        </w:tcPr>
        <w:p>
          <w:pPr>
            <w:spacing w:before="0" w:after="20" w:line="240" w:lineRule="auto"/>
            <w:jc w:val="left"/>
          </w:pPr>
          <w:r>
            <w:rPr>
              <w:sz w:val="18"/>
              <w:szCs w:val="18"/>
            </w:rPr>
            <w:t xml:space="preserve">T.C.</w:t>
          </w:r>
        </w:p>
        <w:p>
          <w:pPr>
            <w:spacing w:before="0" w:after="20" w:line="240" w:lineRule="auto"/>
            <w:jc w:val="left"/>
          </w:pPr>
          <w:r>
            <w:rPr>
              <w:b/>
              <w:bCs/>
              <w:sz w:val="22"/>
              <w:szCs w:val="22"/>
            </w:rPr>
            <w:t xml:space="preserve">BURDUR MEHMET AKİF ERSOY ÜNİVERSİTESİ</w:t>
          </w:r>
        </w:p>
        <w:p>
          <w:pPr>
            <w:spacing w:before="0" w:after="20" w:line="240" w:lineRule="auto"/>
            <w:jc w:val="left"/>
          </w:pPr>
          <w:r>
            <w:rPr>
              <w:sz w:val="19"/>
              <w:szCs w:val="19"/>
            </w:rPr>
            <w:t xml:space="preserve">Bucak Hikmet Tolunay Ulaştırma ve Lojistik Meslek Yüksekokulu</w:t>
          </w:r>
        </w:p>
      </w:tc>
      <w:tc>
        <w:tcPr>
          <w:tcW w:type="dxa" w:w="2835"/>
          <w:vAlign w:val="center"/>
        </w:tcPr>
        <w:p>
          <w:pPr>
            <w:spacing w:before="0" w:after="0" w:line="240" w:lineRule="auto"/>
            <w:jc w:val="left"/>
          </w:pPr>
          <w:r>
            <w:rPr>
              <w:color w:val="595959"/>
              <w:sz w:val="16"/>
              <w:szCs w:val="16"/>
            </w:rPr>
            <w:t xml:space="preserve">Doküman No: </w:t>
          </w:r>
          <w:r>
            <w:rPr>
              <w:b/>
              <w:bCs/>
              <w:sz w:val="16"/>
              <w:szCs w:val="16"/>
            </w:rPr>
            <w:t xml:space="preserve">HTMYO-KFRM-319</w:t>
          </w:r>
        </w:p>
        <w:p>
          <w:pPr>
            <w:spacing w:before="0" w:after="0" w:line="240" w:lineRule="auto"/>
            <w:jc w:val="left"/>
          </w:pPr>
          <w:r>
            <w:rPr>
              <w:color w:val="595959"/>
              <w:sz w:val="16"/>
              <w:szCs w:val="16"/>
            </w:rPr>
            <w:t xml:space="preserve">Yürürlük Tarihi: </w:t>
          </w:r>
          <w:r>
            <w:rPr>
              <w:b/>
              <w:bCs/>
              <w:sz w:val="16"/>
              <w:szCs w:val="16"/>
            </w:rPr>
            <w:t xml:space="preserve">06.10.2026</w:t>
          </w:r>
        </w:p>
        <w:p>
          <w:pPr>
            <w:spacing w:before="0" w:after="0" w:line="240" w:lineRule="auto"/>
            <w:jc w:val="left"/>
          </w:pPr>
          <w:r>
            <w:rPr>
              <w:color w:val="595959"/>
              <w:sz w:val="16"/>
              <w:szCs w:val="16"/>
            </w:rPr>
            <w:t xml:space="preserve">Revizyon No: </w:t>
          </w:r>
          <w:r>
            <w:rPr>
              <w:b/>
              <w:bCs/>
              <w:sz w:val="16"/>
              <w:szCs w:val="16"/>
            </w:rPr>
            <w:t xml:space="preserve">-</w:t>
          </w:r>
        </w:p>
        <w:p>
          <w:pPr>
            <w:spacing w:before="0" w:after="0" w:line="240" w:lineRule="auto"/>
            <w:jc w:val="left"/>
          </w:pPr>
          <w:r>
            <w:rPr>
              <w:color w:val="595959"/>
              <w:sz w:val="16"/>
              <w:szCs w:val="16"/>
            </w:rPr>
            <w:t xml:space="preserve">Revizyon Tarihi: </w:t>
          </w:r>
          <w:r>
            <w:rPr>
              <w:b/>
              <w:bCs/>
              <w:sz w:val="16"/>
              <w:szCs w:val="16"/>
            </w:rPr>
            <w:t xml:space="preserve">-</w:t>
          </w:r>
        </w:p>
        <w:p>
          <w:pPr>
            <w:spacing w:before="0" w:after="0" w:line="240" w:lineRule="auto"/>
            <w:jc w:val="left"/>
          </w:pPr>
          <w:r>
            <w:rPr>
              <w:color w:val="595959"/>
              <w:sz w:val="16"/>
              <w:szCs w:val="16"/>
            </w:rPr>
            <w:t xml:space="preserve">Sayfa: </w:t>
          </w:r>
          <w:r>
            <w:rPr>
              <w:color w:val="404040"/>
              <w:sz w:val="16"/>
              <w:szCs w:val="16"/>
            </w:rPr>
            <w:fldChar w:fldCharType="begin"/>
          </w:r>
          <w:r>
            <w:rPr>
              <w:color w:val="404040"/>
              <w:sz w:val="16"/>
              <w:szCs w:val="16"/>
            </w:rPr>
            <w:instrText xml:space="preserve"> PAGE </w:instrText>
          </w:r>
          <w:r>
            <w:rPr>
              <w:color w:val="404040"/>
              <w:sz w:val="16"/>
              <w:szCs w:val="16"/>
            </w:rPr>
            <w:fldChar w:fldCharType="separate"/>
          </w:r>
          <w:r>
            <w:rPr>
              <w:color w:val="404040"/>
              <w:sz w:val="16"/>
              <w:szCs w:val="16"/>
            </w:rPr>
            <w:t>1</w:t>
          </w:r>
          <w:r>
            <w:rPr>
              <w:color w:val="404040"/>
              <w:sz w:val="16"/>
              <w:szCs w:val="16"/>
            </w:rPr>
            <w:fldChar w:fldCharType="end"/>
          </w:r>
          <w:r>
            <w:rPr>
              <w:color w:val="595959"/>
              <w:sz w:val="16"/>
              <w:szCs w:val="16"/>
            </w:rPr>
            <w:t xml:space="preserve"> / </w:t>
          </w:r>
          <w:r>
            <w:rPr>
              <w:color w:val="404040"/>
              <w:sz w:val="16"/>
              <w:szCs w:val="16"/>
            </w:rPr>
            <w:fldChar w:fldCharType="begin"/>
          </w:r>
          <w:r>
            <w:rPr>
              <w:color w:val="404040"/>
              <w:sz w:val="16"/>
              <w:szCs w:val="16"/>
            </w:rPr>
            <w:instrText xml:space="preserve"> NUMPAGES </w:instrText>
          </w:r>
          <w:r>
            <w:rPr>
              <w:color w:val="404040"/>
              <w:sz w:val="16"/>
              <w:szCs w:val="16"/>
            </w:rPr>
            <w:fldChar w:fldCharType="separate"/>
          </w:r>
          <w:r>
            <w:rPr>
              <w:color w:val="404040"/>
              <w:sz w:val="16"/>
              <w:szCs w:val="16"/>
            </w:rPr>
            <w:t>1</w:t>
          </w:r>
          <w:r>
            <w:rPr>
              <w:color w:val="404040"/>
              <w:sz w:val="16"/>
              <w:szCs w:val="16"/>
            </w:rPr>
            <w:fldChar w:fldCharType="end"/>
          </w:r>
        </w:p>
      </w:tc>
    </w:tr>
  </w:tbl>
  <w:p>
    <w:pPr>
      <w:pStyle w:val="Header"/>
      <w:spacing w:before="40" w:after="0" w:line="80" w:lineRule="exact"/>
      <w:jc w:val="left"/>
      <w:pBdr>
        <w:bottom w:val="single" w:sz="18" w:space="1" w:color="000000"/>
      </w:pBd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documentProtection w:edit="readOnly" w:enforcement="1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sz w:val="20"/>
      <w:lang w:val="tr-TR" w:eastAsia="tr-TR" w:bidi="ar-SA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customStyle="1" w:styleId="PlaceholderText">
    <w:name w:val="Placeholder Text"/>
    <w:rPr>
      <w:color w:val="80808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Kurum Dışı Doküman Dağıtım Formu</dc:title>
  <dc:subject>HTMYO-KFRM-319</dc:subject>
  <dc:creator>BMAÜ HTMYO</dc:creator>
  <cp:keywords/>
  <dc:description>Yalnızca doldurulabilir alanlar düzenlenebilir. Satır eklemek için Gözden Geçir &gt; Düzenlemeyi Kısıtla &gt; Korumayı Durdur (parola yoktur).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