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KALITE KAYITLARI İMHA TUTANAĞI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766" w:edGrp="everyone"/>
      <w:sdt>
        <w:sdtPr>
          <w:alias w:val="Tarih"/>
          <w:tag w:val="Tarih"/>
          <w:id w:val="42765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766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607"/>
        <w:gridCol w:w="1247"/>
        <w:gridCol w:w="2040"/>
        <w:gridCol w:w="1360"/>
        <w:gridCol w:w="1814"/>
      </w:tblGrid>
      <w:tr>
        <w:trPr>
          <w:trHeight w:val="425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Doküman Adı / Kodu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Saklama Süresi</w:t>
            </w:r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İmha Edilen Dokümanın Tarih Aralığı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İmha Tarihi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İmha Eden (Adı Soyadı, İmza)</w:t>
            </w:r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67" w:edGrp="everyone"/>
            <w:sdt>
              <w:sdtPr>
                <w:alias w:val="İmha Doküman Adı / Kodu 1"/>
                <w:tag w:val="İmha Doküman Adı / Kodu 1"/>
                <w:id w:val="427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6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68" w:edGrp="everyone"/>
            <w:sdt>
              <w:sdtPr>
                <w:alias w:val="İmha Saklama Süresi 1"/>
                <w:tag w:val="İmha Saklama Süresi 1"/>
                <w:id w:val="427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6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69" w:edGrp="everyone"/>
            <w:sdt>
              <w:sdtPr>
                <w:alias w:val="İmha İmha Edilen Dokümanın Tarih Aralığı 1"/>
                <w:tag w:val="İmha İmha Edilen Dokümanın Tarih Aralığı 1"/>
                <w:id w:val="427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6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70" w:edGrp="everyone"/>
            <w:sdt>
              <w:sdtPr>
                <w:alias w:val="İmha İmha Tarihi 1"/>
                <w:tag w:val="İmha İmha Tarihi 1"/>
                <w:id w:val="427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7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71" w:edGrp="everyone"/>
            <w:sdt>
              <w:sdtPr>
                <w:alias w:val="İmha İmha Eden (Adı Soyadı, İmza) 1"/>
                <w:tag w:val="İmha İmha Eden (Adı Soyadı, İmza) 1"/>
                <w:id w:val="427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1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72" w:edGrp="everyone"/>
            <w:sdt>
              <w:sdtPr>
                <w:alias w:val="İmha Doküman Adı / Kodu 2"/>
                <w:tag w:val="İmha Doküman Adı / Kodu 2"/>
                <w:id w:val="427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73" w:edGrp="everyone"/>
            <w:sdt>
              <w:sdtPr>
                <w:alias w:val="İmha Saklama Süresi 2"/>
                <w:tag w:val="İmha Saklama Süresi 2"/>
                <w:id w:val="427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74" w:edGrp="everyone"/>
            <w:sdt>
              <w:sdtPr>
                <w:alias w:val="İmha İmha Edilen Dokümanın Tarih Aralığı 2"/>
                <w:tag w:val="İmha İmha Edilen Dokümanın Tarih Aralığı 2"/>
                <w:id w:val="427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75" w:edGrp="everyone"/>
            <w:sdt>
              <w:sdtPr>
                <w:alias w:val="İmha İmha Tarihi 2"/>
                <w:tag w:val="İmha İmha Tarihi 2"/>
                <w:id w:val="427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7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76" w:edGrp="everyone"/>
            <w:sdt>
              <w:sdtPr>
                <w:alias w:val="İmha İmha Eden (Adı Soyadı, İmza) 2"/>
                <w:tag w:val="İmha İmha Eden (Adı Soyadı, İmza) 2"/>
                <w:id w:val="427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6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77" w:edGrp="everyone"/>
            <w:sdt>
              <w:sdtPr>
                <w:alias w:val="İmha Doküman Adı / Kodu 3"/>
                <w:tag w:val="İmha Doküman Adı / Kodu 3"/>
                <w:id w:val="427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78" w:edGrp="everyone"/>
            <w:sdt>
              <w:sdtPr>
                <w:alias w:val="İmha Saklama Süresi 3"/>
                <w:tag w:val="İmha Saklama Süresi 3"/>
                <w:id w:val="427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79" w:edGrp="everyone"/>
            <w:sdt>
              <w:sdtPr>
                <w:alias w:val="İmha İmha Edilen Dokümanın Tarih Aralığı 3"/>
                <w:tag w:val="İmha İmha Edilen Dokümanın Tarih Aralığı 3"/>
                <w:id w:val="427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7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80" w:edGrp="everyone"/>
            <w:sdt>
              <w:sdtPr>
                <w:alias w:val="İmha İmha Tarihi 3"/>
                <w:tag w:val="İmha İmha Tarihi 3"/>
                <w:id w:val="4277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8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81" w:edGrp="everyone"/>
            <w:sdt>
              <w:sdtPr>
                <w:alias w:val="İmha İmha Eden (Adı Soyadı, İmza) 3"/>
                <w:tag w:val="İmha İmha Eden (Adı Soyadı, İmza) 3"/>
                <w:id w:val="427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1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82" w:edGrp="everyone"/>
            <w:sdt>
              <w:sdtPr>
                <w:alias w:val="İmha Doküman Adı / Kodu 4"/>
                <w:tag w:val="İmha Doküman Adı / Kodu 4"/>
                <w:id w:val="427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83" w:edGrp="everyone"/>
            <w:sdt>
              <w:sdtPr>
                <w:alias w:val="İmha Saklama Süresi 4"/>
                <w:tag w:val="İmha Saklama Süresi 4"/>
                <w:id w:val="427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84" w:edGrp="everyone"/>
            <w:sdt>
              <w:sdtPr>
                <w:alias w:val="İmha İmha Edilen Dokümanın Tarih Aralığı 4"/>
                <w:tag w:val="İmha İmha Edilen Dokümanın Tarih Aralığı 4"/>
                <w:id w:val="427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85" w:edGrp="everyone"/>
            <w:sdt>
              <w:sdtPr>
                <w:alias w:val="İmha İmha Tarihi 4"/>
                <w:tag w:val="İmha İmha Tarihi 4"/>
                <w:id w:val="4278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8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86" w:edGrp="everyone"/>
            <w:sdt>
              <w:sdtPr>
                <w:alias w:val="İmha İmha Eden (Adı Soyadı, İmza) 4"/>
                <w:tag w:val="İmha İmha Eden (Adı Soyadı, İmza) 4"/>
                <w:id w:val="427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6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87" w:edGrp="everyone"/>
            <w:sdt>
              <w:sdtPr>
                <w:alias w:val="İmha Doküman Adı / Kodu 5"/>
                <w:tag w:val="İmha Doküman Adı / Kodu 5"/>
                <w:id w:val="427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88" w:edGrp="everyone"/>
            <w:sdt>
              <w:sdtPr>
                <w:alias w:val="İmha Saklama Süresi 5"/>
                <w:tag w:val="İmha Saklama Süresi 5"/>
                <w:id w:val="427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89" w:edGrp="everyone"/>
            <w:sdt>
              <w:sdtPr>
                <w:alias w:val="İmha İmha Edilen Dokümanın Tarih Aralığı 5"/>
                <w:tag w:val="İmha İmha Edilen Dokümanın Tarih Aralığı 5"/>
                <w:id w:val="427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8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90" w:edGrp="everyone"/>
            <w:sdt>
              <w:sdtPr>
                <w:alias w:val="İmha İmha Tarihi 5"/>
                <w:tag w:val="İmha İmha Tarihi 5"/>
                <w:id w:val="427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9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91" w:edGrp="everyone"/>
            <w:sdt>
              <w:sdtPr>
                <w:alias w:val="İmha İmha Eden (Adı Soyadı, İmza) 5"/>
                <w:tag w:val="İmha İmha Eden (Adı Soyadı, İmza) 5"/>
                <w:id w:val="427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1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92" w:edGrp="everyone"/>
            <w:sdt>
              <w:sdtPr>
                <w:alias w:val="İmha Doküman Adı / Kodu 6"/>
                <w:tag w:val="İmha Doküman Adı / Kodu 6"/>
                <w:id w:val="427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93" w:edGrp="everyone"/>
            <w:sdt>
              <w:sdtPr>
                <w:alias w:val="İmha Saklama Süresi 6"/>
                <w:tag w:val="İmha Saklama Süresi 6"/>
                <w:id w:val="427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94" w:edGrp="everyone"/>
            <w:sdt>
              <w:sdtPr>
                <w:alias w:val="İmha İmha Edilen Dokümanın Tarih Aralığı 6"/>
                <w:tag w:val="İmha İmha Edilen Dokümanın Tarih Aralığı 6"/>
                <w:id w:val="427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795" w:edGrp="everyone"/>
            <w:sdt>
              <w:sdtPr>
                <w:alias w:val="İmha İmha Tarihi 6"/>
                <w:tag w:val="İmha İmha Tarihi 6"/>
                <w:id w:val="4279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9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96" w:edGrp="everyone"/>
            <w:sdt>
              <w:sdtPr>
                <w:alias w:val="İmha İmha Eden (Adı Soyadı, İmza) 6"/>
                <w:tag w:val="İmha İmha Eden (Adı Soyadı, İmza) 6"/>
                <w:id w:val="427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6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97" w:edGrp="everyone"/>
            <w:sdt>
              <w:sdtPr>
                <w:alias w:val="İmha Doküman Adı / Kodu 7"/>
                <w:tag w:val="İmha Doküman Adı / Kodu 7"/>
                <w:id w:val="427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798" w:edGrp="everyone"/>
            <w:sdt>
              <w:sdtPr>
                <w:alias w:val="İmha Saklama Süresi 7"/>
                <w:tag w:val="İmha Saklama Süresi 7"/>
                <w:id w:val="427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799" w:edGrp="everyone"/>
            <w:sdt>
              <w:sdtPr>
                <w:alias w:val="İmha İmha Edilen Dokümanın Tarih Aralığı 7"/>
                <w:tag w:val="İmha İmha Edilen Dokümanın Tarih Aralığı 7"/>
                <w:id w:val="427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9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800" w:edGrp="everyone"/>
            <w:sdt>
              <w:sdtPr>
                <w:alias w:val="İmha İmha Tarihi 7"/>
                <w:tag w:val="İmha İmha Tarihi 7"/>
                <w:id w:val="4279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0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01" w:edGrp="everyone"/>
            <w:sdt>
              <w:sdtPr>
                <w:alias w:val="İmha İmha Eden (Adı Soyadı, İmza) 7"/>
                <w:tag w:val="İmha İmha Eden (Adı Soyadı, İmza) 7"/>
                <w:id w:val="428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1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02" w:edGrp="everyone"/>
            <w:sdt>
              <w:sdtPr>
                <w:alias w:val="İmha Doküman Adı / Kodu 8"/>
                <w:tag w:val="İmha Doküman Adı / Kodu 8"/>
                <w:id w:val="428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803" w:edGrp="everyone"/>
            <w:sdt>
              <w:sdtPr>
                <w:alias w:val="İmha Saklama Süresi 8"/>
                <w:tag w:val="İmha Saklama Süresi 8"/>
                <w:id w:val="428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804" w:edGrp="everyone"/>
            <w:sdt>
              <w:sdtPr>
                <w:alias w:val="İmha İmha Edilen Dokümanın Tarih Aralığı 8"/>
                <w:tag w:val="İmha İmha Edilen Dokümanın Tarih Aralığı 8"/>
                <w:id w:val="428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805" w:edGrp="everyone"/>
            <w:sdt>
              <w:sdtPr>
                <w:alias w:val="İmha İmha Tarihi 8"/>
                <w:tag w:val="İmha İmha Tarihi 8"/>
                <w:id w:val="4280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0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06" w:edGrp="everyone"/>
            <w:sdt>
              <w:sdtPr>
                <w:alias w:val="İmha İmha Eden (Adı Soyadı, İmza) 8"/>
                <w:tag w:val="İmha İmha Eden (Adı Soyadı, İmza) 8"/>
                <w:id w:val="428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6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07" w:edGrp="everyone"/>
            <w:sdt>
              <w:sdtPr>
                <w:alias w:val="İmha Doküman Adı / Kodu 9"/>
                <w:tag w:val="İmha Doküman Adı / Kodu 9"/>
                <w:id w:val="428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808" w:edGrp="everyone"/>
            <w:sdt>
              <w:sdtPr>
                <w:alias w:val="İmha Saklama Süresi 9"/>
                <w:tag w:val="İmha Saklama Süresi 9"/>
                <w:id w:val="428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809" w:edGrp="everyone"/>
            <w:sdt>
              <w:sdtPr>
                <w:alias w:val="İmha İmha Edilen Dokümanın Tarih Aralığı 9"/>
                <w:tag w:val="İmha İmha Edilen Dokümanın Tarih Aralığı 9"/>
                <w:id w:val="428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0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810" w:edGrp="everyone"/>
            <w:sdt>
              <w:sdtPr>
                <w:alias w:val="İmha İmha Tarihi 9"/>
                <w:tag w:val="İmha İmha Tarihi 9"/>
                <w:id w:val="428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1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11" w:edGrp="everyone"/>
            <w:sdt>
              <w:sdtPr>
                <w:alias w:val="İmha İmha Eden (Adı Soyadı, İmza) 9"/>
                <w:tag w:val="İmha İmha Eden (Adı Soyadı, İmza) 9"/>
                <w:id w:val="428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11"/>
          </w:p>
        </w:tc>
      </w:tr>
      <w:tr>
        <w:trPr>
          <w:trHeight w:val="425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12" w:edGrp="everyone"/>
            <w:sdt>
              <w:sdtPr>
                <w:alias w:val="İmha Doküman Adı / Kodu 10"/>
                <w:tag w:val="İmha Doküman Adı / Kodu 10"/>
                <w:id w:val="428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1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813" w:edGrp="everyone"/>
            <w:sdt>
              <w:sdtPr>
                <w:alias w:val="İmha Saklama Süresi 10"/>
                <w:tag w:val="İmha Saklama Süresi 10"/>
                <w:id w:val="428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1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814" w:edGrp="everyone"/>
            <w:sdt>
              <w:sdtPr>
                <w:alias w:val="İmha İmha Edilen Dokümanın Tarih Aralığı 10"/>
                <w:tag w:val="İmha İmha Edilen Dokümanın Tarih Aralığı 10"/>
                <w:id w:val="428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1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815" w:edGrp="everyone"/>
            <w:sdt>
              <w:sdtPr>
                <w:alias w:val="İmha İmha Tarihi 10"/>
                <w:tag w:val="İmha İmha Tarihi 10"/>
                <w:id w:val="428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1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16" w:edGrp="everyone"/>
            <w:sdt>
              <w:sdtPr>
                <w:alias w:val="İmha İmha Eden (Adı Soyadı, İmza) 10"/>
                <w:tag w:val="İmha İmha Eden (Adı Soyadı, İmza) 10"/>
                <w:id w:val="428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81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AÇIKLAMALAR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133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17" w:edGrp="everyone"/>
            <w:sdt>
              <w:sdtPr>
                <w:alias w:val="Açıklamalar"/>
                <w:tag w:val="Açıklamalar"/>
                <w:id w:val="428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1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18" w:edGrp="everyone"/>
            <w:sdt>
              <w:sdtPr>
                <w:alias w:val="Bölüm Başkanı Adı Soyadı"/>
                <w:tag w:val="Bölüm Başkanı Adı Soyadı"/>
                <w:id w:val="4281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1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19" w:edGrp="everyone"/>
            <w:sdt>
              <w:sdtPr>
                <w:alias w:val="Kalite Koordinatörü Adı Soyadı"/>
                <w:tag w:val="Kalite Koordinatörü Adı Soyadı"/>
                <w:id w:val="4281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1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20" w:edGrp="everyone"/>
            <w:sdt>
              <w:sdtPr>
                <w:alias w:val="Yüksekokul Müdürü Adı Soyadı"/>
                <w:tag w:val="Yüksekokul Müdürü Adı Soyadı"/>
                <w:id w:val="4281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20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HTMYO-KFRM-321  |  Kalite Kayıtları İmha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Kalite Kayıtları İmha Tutanağı</dc:title>
  <dc:subject>HTMYO-KFRM-321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