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DÜZELTICI VE ÖNLEYICI FAALIYET TAKIP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889"/>
        <w:gridCol w:w="1334"/>
        <w:gridCol w:w="2001"/>
        <w:gridCol w:w="2113"/>
        <w:gridCol w:w="2113"/>
        <w:gridCol w:w="3447"/>
        <w:gridCol w:w="1334"/>
        <w:gridCol w:w="1334"/>
      </w:tblGrid>
      <w:tr>
        <w:trPr>
          <w:trHeight w:val="396" w:hRule="atLeast"/>
          <w:cantSplit/>
        </w:trPr>
        <w:tc>
          <w:tcPr>
            <w:tcW w:type="dxa" w:w="89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DÖF No</w:t>
            </w:r>
          </w:p>
        </w:tc>
        <w:tc>
          <w:tcPr>
            <w:tcW w:type="dxa" w:w="13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Tarih</w:t>
            </w:r>
          </w:p>
        </w:tc>
        <w:tc>
          <w:tcPr>
            <w:tcW w:type="dxa" w:w="20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Talep Eden Kişi / Birim</w:t>
            </w:r>
          </w:p>
        </w:tc>
        <w:tc>
          <w:tcPr>
            <w:tcW w:type="dxa" w:w="211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DÖF Uygulayacak Kişi / Birim</w:t>
            </w:r>
          </w:p>
        </w:tc>
        <w:tc>
          <w:tcPr>
            <w:tcW w:type="dxa" w:w="211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DÖF Takip Edecek Kişi / Birim</w:t>
            </w:r>
          </w:p>
        </w:tc>
        <w:tc>
          <w:tcPr>
            <w:tcW w:type="dxa" w:w="34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Uygunsuzluğun Tanımı</w:t>
            </w:r>
          </w:p>
        </w:tc>
        <w:tc>
          <w:tcPr>
            <w:tcW w:type="dxa" w:w="13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Termin Tarihi</w:t>
            </w:r>
          </w:p>
        </w:tc>
        <w:tc>
          <w:tcPr>
            <w:tcW w:type="dxa" w:w="13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Sonuç</w:t>
            </w:r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540" w:edGrp="everyone"/>
            <w:sdt>
              <w:sdtPr>
                <w:alias w:val="DÖF DÖF No 1"/>
                <w:tag w:val="DÖF DÖF No 1"/>
                <w:id w:val="425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540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41" w:edGrp="everyone"/>
            <w:sdt>
              <w:sdtPr>
                <w:alias w:val="DÖF Tarih 1"/>
                <w:tag w:val="DÖF Tarih 1"/>
                <w:id w:val="4254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41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542" w:edGrp="everyone"/>
            <w:sdt>
              <w:sdtPr>
                <w:alias w:val="DÖF Talep Eden Kişi / Birim 1"/>
                <w:tag w:val="DÖF Talep Eden Kişi / Birim 1"/>
                <w:id w:val="425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42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43" w:edGrp="everyone"/>
            <w:sdt>
              <w:sdtPr>
                <w:alias w:val="DÖF DÖF Uygulayacak Kişi / Birim 1"/>
                <w:tag w:val="DÖF DÖF Uygulayacak Kişi / Birim 1"/>
                <w:id w:val="425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43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44" w:edGrp="everyone"/>
            <w:sdt>
              <w:sdtPr>
                <w:alias w:val="DÖF DÖF Takip Edecek Kişi / Birim 1"/>
                <w:tag w:val="DÖF DÖF Takip Edecek Kişi / Birim 1"/>
                <w:id w:val="425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44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545" w:edGrp="everyone"/>
            <w:sdt>
              <w:sdtPr>
                <w:alias w:val="DÖF Uygunsuzluğun Tanımı 1"/>
                <w:tag w:val="DÖF Uygunsuzluğun Tanımı 1"/>
                <w:id w:val="425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45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46" w:edGrp="everyone"/>
            <w:sdt>
              <w:sdtPr>
                <w:alias w:val="DÖF Termin Tarihi 1"/>
                <w:tag w:val="DÖF Termin Tarihi 1"/>
                <w:id w:val="4254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46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47" w:edGrp="everyone"/>
            <w:sdt>
              <w:sdtPr>
                <w:alias w:val="DÖF Sonuç 1"/>
                <w:tag w:val="DÖF Sonuç 1"/>
                <w:id w:val="42546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547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548" w:edGrp="everyone"/>
            <w:sdt>
              <w:sdtPr>
                <w:alias w:val="DÖF DÖF No 2"/>
                <w:tag w:val="DÖF DÖF No 2"/>
                <w:id w:val="425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548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49" w:edGrp="everyone"/>
            <w:sdt>
              <w:sdtPr>
                <w:alias w:val="DÖF Tarih 2"/>
                <w:tag w:val="DÖF Tarih 2"/>
                <w:id w:val="4254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49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550" w:edGrp="everyone"/>
            <w:sdt>
              <w:sdtPr>
                <w:alias w:val="DÖF Talep Eden Kişi / Birim 2"/>
                <w:tag w:val="DÖF Talep Eden Kişi / Birim 2"/>
                <w:id w:val="425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50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51" w:edGrp="everyone"/>
            <w:sdt>
              <w:sdtPr>
                <w:alias w:val="DÖF DÖF Uygulayacak Kişi / Birim 2"/>
                <w:tag w:val="DÖF DÖF Uygulayacak Kişi / Birim 2"/>
                <w:id w:val="425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51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52" w:edGrp="everyone"/>
            <w:sdt>
              <w:sdtPr>
                <w:alias w:val="DÖF DÖF Takip Edecek Kişi / Birim 2"/>
                <w:tag w:val="DÖF DÖF Takip Edecek Kişi / Birim 2"/>
                <w:id w:val="425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52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553" w:edGrp="everyone"/>
            <w:sdt>
              <w:sdtPr>
                <w:alias w:val="DÖF Uygunsuzluğun Tanımı 2"/>
                <w:tag w:val="DÖF Uygunsuzluğun Tanımı 2"/>
                <w:id w:val="425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53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54" w:edGrp="everyone"/>
            <w:sdt>
              <w:sdtPr>
                <w:alias w:val="DÖF Termin Tarihi 2"/>
                <w:tag w:val="DÖF Termin Tarihi 2"/>
                <w:id w:val="425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54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55" w:edGrp="everyone"/>
            <w:sdt>
              <w:sdtPr>
                <w:alias w:val="DÖF Sonuç 2"/>
                <w:tag w:val="DÖF Sonuç 2"/>
                <w:id w:val="42554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555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556" w:edGrp="everyone"/>
            <w:sdt>
              <w:sdtPr>
                <w:alias w:val="DÖF DÖF No 3"/>
                <w:tag w:val="DÖF DÖF No 3"/>
                <w:id w:val="425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556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57" w:edGrp="everyone"/>
            <w:sdt>
              <w:sdtPr>
                <w:alias w:val="DÖF Tarih 3"/>
                <w:tag w:val="DÖF Tarih 3"/>
                <w:id w:val="4255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57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558" w:edGrp="everyone"/>
            <w:sdt>
              <w:sdtPr>
                <w:alias w:val="DÖF Talep Eden Kişi / Birim 3"/>
                <w:tag w:val="DÖF Talep Eden Kişi / Birim 3"/>
                <w:id w:val="425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58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59" w:edGrp="everyone"/>
            <w:sdt>
              <w:sdtPr>
                <w:alias w:val="DÖF DÖF Uygulayacak Kişi / Birim 3"/>
                <w:tag w:val="DÖF DÖF Uygulayacak Kişi / Birim 3"/>
                <w:id w:val="425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59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60" w:edGrp="everyone"/>
            <w:sdt>
              <w:sdtPr>
                <w:alias w:val="DÖF DÖF Takip Edecek Kişi / Birim 3"/>
                <w:tag w:val="DÖF DÖF Takip Edecek Kişi / Birim 3"/>
                <w:id w:val="425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60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561" w:edGrp="everyone"/>
            <w:sdt>
              <w:sdtPr>
                <w:alias w:val="DÖF Uygunsuzluğun Tanımı 3"/>
                <w:tag w:val="DÖF Uygunsuzluğun Tanımı 3"/>
                <w:id w:val="4256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61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62" w:edGrp="everyone"/>
            <w:sdt>
              <w:sdtPr>
                <w:alias w:val="DÖF Termin Tarihi 3"/>
                <w:tag w:val="DÖF Termin Tarihi 3"/>
                <w:id w:val="4256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62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63" w:edGrp="everyone"/>
            <w:sdt>
              <w:sdtPr>
                <w:alias w:val="DÖF Sonuç 3"/>
                <w:tag w:val="DÖF Sonuç 3"/>
                <w:id w:val="42562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563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564" w:edGrp="everyone"/>
            <w:sdt>
              <w:sdtPr>
                <w:alias w:val="DÖF DÖF No 4"/>
                <w:tag w:val="DÖF DÖF No 4"/>
                <w:id w:val="425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564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65" w:edGrp="everyone"/>
            <w:sdt>
              <w:sdtPr>
                <w:alias w:val="DÖF Tarih 4"/>
                <w:tag w:val="DÖF Tarih 4"/>
                <w:id w:val="4256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65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566" w:edGrp="everyone"/>
            <w:sdt>
              <w:sdtPr>
                <w:alias w:val="DÖF Talep Eden Kişi / Birim 4"/>
                <w:tag w:val="DÖF Talep Eden Kişi / Birim 4"/>
                <w:id w:val="425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66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67" w:edGrp="everyone"/>
            <w:sdt>
              <w:sdtPr>
                <w:alias w:val="DÖF DÖF Uygulayacak Kişi / Birim 4"/>
                <w:tag w:val="DÖF DÖF Uygulayacak Kişi / Birim 4"/>
                <w:id w:val="425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67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68" w:edGrp="everyone"/>
            <w:sdt>
              <w:sdtPr>
                <w:alias w:val="DÖF DÖF Takip Edecek Kişi / Birim 4"/>
                <w:tag w:val="DÖF DÖF Takip Edecek Kişi / Birim 4"/>
                <w:id w:val="425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68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569" w:edGrp="everyone"/>
            <w:sdt>
              <w:sdtPr>
                <w:alias w:val="DÖF Uygunsuzluğun Tanımı 4"/>
                <w:tag w:val="DÖF Uygunsuzluğun Tanımı 4"/>
                <w:id w:val="425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69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70" w:edGrp="everyone"/>
            <w:sdt>
              <w:sdtPr>
                <w:alias w:val="DÖF Termin Tarihi 4"/>
                <w:tag w:val="DÖF Termin Tarihi 4"/>
                <w:id w:val="4256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70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71" w:edGrp="everyone"/>
            <w:sdt>
              <w:sdtPr>
                <w:alias w:val="DÖF Sonuç 4"/>
                <w:tag w:val="DÖF Sonuç 4"/>
                <w:id w:val="42570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571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572" w:edGrp="everyone"/>
            <w:sdt>
              <w:sdtPr>
                <w:alias w:val="DÖF DÖF No 5"/>
                <w:tag w:val="DÖF DÖF No 5"/>
                <w:id w:val="425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572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73" w:edGrp="everyone"/>
            <w:sdt>
              <w:sdtPr>
                <w:alias w:val="DÖF Tarih 5"/>
                <w:tag w:val="DÖF Tarih 5"/>
                <w:id w:val="4257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73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574" w:edGrp="everyone"/>
            <w:sdt>
              <w:sdtPr>
                <w:alias w:val="DÖF Talep Eden Kişi / Birim 5"/>
                <w:tag w:val="DÖF Talep Eden Kişi / Birim 5"/>
                <w:id w:val="425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74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75" w:edGrp="everyone"/>
            <w:sdt>
              <w:sdtPr>
                <w:alias w:val="DÖF DÖF Uygulayacak Kişi / Birim 5"/>
                <w:tag w:val="DÖF DÖF Uygulayacak Kişi / Birim 5"/>
                <w:id w:val="425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75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76" w:edGrp="everyone"/>
            <w:sdt>
              <w:sdtPr>
                <w:alias w:val="DÖF DÖF Takip Edecek Kişi / Birim 5"/>
                <w:tag w:val="DÖF DÖF Takip Edecek Kişi / Birim 5"/>
                <w:id w:val="425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76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577" w:edGrp="everyone"/>
            <w:sdt>
              <w:sdtPr>
                <w:alias w:val="DÖF Uygunsuzluğun Tanımı 5"/>
                <w:tag w:val="DÖF Uygunsuzluğun Tanımı 5"/>
                <w:id w:val="425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77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78" w:edGrp="everyone"/>
            <w:sdt>
              <w:sdtPr>
                <w:alias w:val="DÖF Termin Tarihi 5"/>
                <w:tag w:val="DÖF Termin Tarihi 5"/>
                <w:id w:val="425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78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79" w:edGrp="everyone"/>
            <w:sdt>
              <w:sdtPr>
                <w:alias w:val="DÖF Sonuç 5"/>
                <w:tag w:val="DÖF Sonuç 5"/>
                <w:id w:val="42578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579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580" w:edGrp="everyone"/>
            <w:sdt>
              <w:sdtPr>
                <w:alias w:val="DÖF DÖF No 6"/>
                <w:tag w:val="DÖF DÖF No 6"/>
                <w:id w:val="425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580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81" w:edGrp="everyone"/>
            <w:sdt>
              <w:sdtPr>
                <w:alias w:val="DÖF Tarih 6"/>
                <w:tag w:val="DÖF Tarih 6"/>
                <w:id w:val="4258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81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582" w:edGrp="everyone"/>
            <w:sdt>
              <w:sdtPr>
                <w:alias w:val="DÖF Talep Eden Kişi / Birim 6"/>
                <w:tag w:val="DÖF Talep Eden Kişi / Birim 6"/>
                <w:id w:val="425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82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83" w:edGrp="everyone"/>
            <w:sdt>
              <w:sdtPr>
                <w:alias w:val="DÖF DÖF Uygulayacak Kişi / Birim 6"/>
                <w:tag w:val="DÖF DÖF Uygulayacak Kişi / Birim 6"/>
                <w:id w:val="425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83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84" w:edGrp="everyone"/>
            <w:sdt>
              <w:sdtPr>
                <w:alias w:val="DÖF DÖF Takip Edecek Kişi / Birim 6"/>
                <w:tag w:val="DÖF DÖF Takip Edecek Kişi / Birim 6"/>
                <w:id w:val="425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84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585" w:edGrp="everyone"/>
            <w:sdt>
              <w:sdtPr>
                <w:alias w:val="DÖF Uygunsuzluğun Tanımı 6"/>
                <w:tag w:val="DÖF Uygunsuzluğun Tanımı 6"/>
                <w:id w:val="425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85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86" w:edGrp="everyone"/>
            <w:sdt>
              <w:sdtPr>
                <w:alias w:val="DÖF Termin Tarihi 6"/>
                <w:tag w:val="DÖF Termin Tarihi 6"/>
                <w:id w:val="4258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86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87" w:edGrp="everyone"/>
            <w:sdt>
              <w:sdtPr>
                <w:alias w:val="DÖF Sonuç 6"/>
                <w:tag w:val="DÖF Sonuç 6"/>
                <w:id w:val="42586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587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588" w:edGrp="everyone"/>
            <w:sdt>
              <w:sdtPr>
                <w:alias w:val="DÖF DÖF No 7"/>
                <w:tag w:val="DÖF DÖF No 7"/>
                <w:id w:val="4258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588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89" w:edGrp="everyone"/>
            <w:sdt>
              <w:sdtPr>
                <w:alias w:val="DÖF Tarih 7"/>
                <w:tag w:val="DÖF Tarih 7"/>
                <w:id w:val="4258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89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590" w:edGrp="everyone"/>
            <w:sdt>
              <w:sdtPr>
                <w:alias w:val="DÖF Talep Eden Kişi / Birim 7"/>
                <w:tag w:val="DÖF Talep Eden Kişi / Birim 7"/>
                <w:id w:val="425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90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91" w:edGrp="everyone"/>
            <w:sdt>
              <w:sdtPr>
                <w:alias w:val="DÖF DÖF Uygulayacak Kişi / Birim 7"/>
                <w:tag w:val="DÖF DÖF Uygulayacak Kişi / Birim 7"/>
                <w:id w:val="4259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91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92" w:edGrp="everyone"/>
            <w:sdt>
              <w:sdtPr>
                <w:alias w:val="DÖF DÖF Takip Edecek Kişi / Birim 7"/>
                <w:tag w:val="DÖF DÖF Takip Edecek Kişi / Birim 7"/>
                <w:id w:val="425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92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593" w:edGrp="everyone"/>
            <w:sdt>
              <w:sdtPr>
                <w:alias w:val="DÖF Uygunsuzluğun Tanımı 7"/>
                <w:tag w:val="DÖF Uygunsuzluğun Tanımı 7"/>
                <w:id w:val="425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93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94" w:edGrp="everyone"/>
            <w:sdt>
              <w:sdtPr>
                <w:alias w:val="DÖF Termin Tarihi 7"/>
                <w:tag w:val="DÖF Termin Tarihi 7"/>
                <w:id w:val="425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94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95" w:edGrp="everyone"/>
            <w:sdt>
              <w:sdtPr>
                <w:alias w:val="DÖF Sonuç 7"/>
                <w:tag w:val="DÖF Sonuç 7"/>
                <w:id w:val="42594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595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596" w:edGrp="everyone"/>
            <w:sdt>
              <w:sdtPr>
                <w:alias w:val="DÖF DÖF No 8"/>
                <w:tag w:val="DÖF DÖF No 8"/>
                <w:id w:val="4259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596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597" w:edGrp="everyone"/>
            <w:sdt>
              <w:sdtPr>
                <w:alias w:val="DÖF Tarih 8"/>
                <w:tag w:val="DÖF Tarih 8"/>
                <w:id w:val="4259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597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598" w:edGrp="everyone"/>
            <w:sdt>
              <w:sdtPr>
                <w:alias w:val="DÖF Talep Eden Kişi / Birim 8"/>
                <w:tag w:val="DÖF Talep Eden Kişi / Birim 8"/>
                <w:id w:val="425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98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599" w:edGrp="everyone"/>
            <w:sdt>
              <w:sdtPr>
                <w:alias w:val="DÖF DÖF Uygulayacak Kişi / Birim 8"/>
                <w:tag w:val="DÖF DÖF Uygulayacak Kişi / Birim 8"/>
                <w:id w:val="425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599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00" w:edGrp="everyone"/>
            <w:sdt>
              <w:sdtPr>
                <w:alias w:val="DÖF DÖF Takip Edecek Kişi / Birim 8"/>
                <w:tag w:val="DÖF DÖF Takip Edecek Kişi / Birim 8"/>
                <w:id w:val="4259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00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601" w:edGrp="everyone"/>
            <w:sdt>
              <w:sdtPr>
                <w:alias w:val="DÖF Uygunsuzluğun Tanımı 8"/>
                <w:tag w:val="DÖF Uygunsuzluğun Tanımı 8"/>
                <w:id w:val="4260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01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02" w:edGrp="everyone"/>
            <w:sdt>
              <w:sdtPr>
                <w:alias w:val="DÖF Termin Tarihi 8"/>
                <w:tag w:val="DÖF Termin Tarihi 8"/>
                <w:id w:val="4260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02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03" w:edGrp="everyone"/>
            <w:sdt>
              <w:sdtPr>
                <w:alias w:val="DÖF Sonuç 8"/>
                <w:tag w:val="DÖF Sonuç 8"/>
                <w:id w:val="42602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603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604" w:edGrp="everyone"/>
            <w:sdt>
              <w:sdtPr>
                <w:alias w:val="DÖF DÖF No 9"/>
                <w:tag w:val="DÖF DÖF No 9"/>
                <w:id w:val="4260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604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05" w:edGrp="everyone"/>
            <w:sdt>
              <w:sdtPr>
                <w:alias w:val="DÖF Tarih 9"/>
                <w:tag w:val="DÖF Tarih 9"/>
                <w:id w:val="4260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05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606" w:edGrp="everyone"/>
            <w:sdt>
              <w:sdtPr>
                <w:alias w:val="DÖF Talep Eden Kişi / Birim 9"/>
                <w:tag w:val="DÖF Talep Eden Kişi / Birim 9"/>
                <w:id w:val="4260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06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07" w:edGrp="everyone"/>
            <w:sdt>
              <w:sdtPr>
                <w:alias w:val="DÖF DÖF Uygulayacak Kişi / Birim 9"/>
                <w:tag w:val="DÖF DÖF Uygulayacak Kişi / Birim 9"/>
                <w:id w:val="426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07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08" w:edGrp="everyone"/>
            <w:sdt>
              <w:sdtPr>
                <w:alias w:val="DÖF DÖF Takip Edecek Kişi / Birim 9"/>
                <w:tag w:val="DÖF DÖF Takip Edecek Kişi / Birim 9"/>
                <w:id w:val="426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08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609" w:edGrp="everyone"/>
            <w:sdt>
              <w:sdtPr>
                <w:alias w:val="DÖF Uygunsuzluğun Tanımı 9"/>
                <w:tag w:val="DÖF Uygunsuzluğun Tanımı 9"/>
                <w:id w:val="426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09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10" w:edGrp="everyone"/>
            <w:sdt>
              <w:sdtPr>
                <w:alias w:val="DÖF Termin Tarihi 9"/>
                <w:tag w:val="DÖF Termin Tarihi 9"/>
                <w:id w:val="4260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10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11" w:edGrp="everyone"/>
            <w:sdt>
              <w:sdtPr>
                <w:alias w:val="DÖF Sonuç 9"/>
                <w:tag w:val="DÖF Sonuç 9"/>
                <w:id w:val="42610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611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612" w:edGrp="everyone"/>
            <w:sdt>
              <w:sdtPr>
                <w:alias w:val="DÖF DÖF No 10"/>
                <w:tag w:val="DÖF DÖF No 10"/>
                <w:id w:val="4261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612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13" w:edGrp="everyone"/>
            <w:sdt>
              <w:sdtPr>
                <w:alias w:val="DÖF Tarih 10"/>
                <w:tag w:val="DÖF Tarih 10"/>
                <w:id w:val="4261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13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614" w:edGrp="everyone"/>
            <w:sdt>
              <w:sdtPr>
                <w:alias w:val="DÖF Talep Eden Kişi / Birim 10"/>
                <w:tag w:val="DÖF Talep Eden Kişi / Birim 10"/>
                <w:id w:val="426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14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15" w:edGrp="everyone"/>
            <w:sdt>
              <w:sdtPr>
                <w:alias w:val="DÖF DÖF Uygulayacak Kişi / Birim 10"/>
                <w:tag w:val="DÖF DÖF Uygulayacak Kişi / Birim 10"/>
                <w:id w:val="4261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15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16" w:edGrp="everyone"/>
            <w:sdt>
              <w:sdtPr>
                <w:alias w:val="DÖF DÖF Takip Edecek Kişi / Birim 10"/>
                <w:tag w:val="DÖF DÖF Takip Edecek Kişi / Birim 10"/>
                <w:id w:val="426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16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617" w:edGrp="everyone"/>
            <w:sdt>
              <w:sdtPr>
                <w:alias w:val="DÖF Uygunsuzluğun Tanımı 10"/>
                <w:tag w:val="DÖF Uygunsuzluğun Tanımı 10"/>
                <w:id w:val="426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17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18" w:edGrp="everyone"/>
            <w:sdt>
              <w:sdtPr>
                <w:alias w:val="DÖF Termin Tarihi 10"/>
                <w:tag w:val="DÖF Termin Tarihi 10"/>
                <w:id w:val="426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18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19" w:edGrp="everyone"/>
            <w:sdt>
              <w:sdtPr>
                <w:alias w:val="DÖF Sonuç 10"/>
                <w:tag w:val="DÖF Sonuç 10"/>
                <w:id w:val="42618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619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620" w:edGrp="everyone"/>
            <w:sdt>
              <w:sdtPr>
                <w:alias w:val="DÖF DÖF No 11"/>
                <w:tag w:val="DÖF DÖF No 11"/>
                <w:id w:val="426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620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21" w:edGrp="everyone"/>
            <w:sdt>
              <w:sdtPr>
                <w:alias w:val="DÖF Tarih 11"/>
                <w:tag w:val="DÖF Tarih 11"/>
                <w:id w:val="426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21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622" w:edGrp="everyone"/>
            <w:sdt>
              <w:sdtPr>
                <w:alias w:val="DÖF Talep Eden Kişi / Birim 11"/>
                <w:tag w:val="DÖF Talep Eden Kişi / Birim 11"/>
                <w:id w:val="426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22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23" w:edGrp="everyone"/>
            <w:sdt>
              <w:sdtPr>
                <w:alias w:val="DÖF DÖF Uygulayacak Kişi / Birim 11"/>
                <w:tag w:val="DÖF DÖF Uygulayacak Kişi / Birim 11"/>
                <w:id w:val="426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23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24" w:edGrp="everyone"/>
            <w:sdt>
              <w:sdtPr>
                <w:alias w:val="DÖF DÖF Takip Edecek Kişi / Birim 11"/>
                <w:tag w:val="DÖF DÖF Takip Edecek Kişi / Birim 11"/>
                <w:id w:val="426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24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625" w:edGrp="everyone"/>
            <w:sdt>
              <w:sdtPr>
                <w:alias w:val="DÖF Uygunsuzluğun Tanımı 11"/>
                <w:tag w:val="DÖF Uygunsuzluğun Tanımı 11"/>
                <w:id w:val="426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25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26" w:edGrp="everyone"/>
            <w:sdt>
              <w:sdtPr>
                <w:alias w:val="DÖF Termin Tarihi 11"/>
                <w:tag w:val="DÖF Termin Tarihi 11"/>
                <w:id w:val="4262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26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27" w:edGrp="everyone"/>
            <w:sdt>
              <w:sdtPr>
                <w:alias w:val="DÖF Sonuç 11"/>
                <w:tag w:val="DÖF Sonuç 11"/>
                <w:id w:val="42626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627"/>
          </w:p>
        </w:tc>
      </w:tr>
      <w:tr>
        <w:trPr>
          <w:trHeight w:val="396" w:hRule="atLeast"/>
          <w:cantSplit/>
        </w:trPr>
        <w:tc>
          <w:tcPr>
            <w:tcW w:type="dxa" w:w="890"/>
            <w:vAlign w:val="center"/>
          </w:tcPr>
          <w:p>
            <w:pPr>
              <w:spacing w:before="0" w:after="0" w:line="240" w:lineRule="auto"/>
              <w:jc w:val="left"/>
            </w:pPr>
            <w:permStart w:id="1628" w:edGrp="everyone"/>
            <w:sdt>
              <w:sdtPr>
                <w:alias w:val="DÖF DÖF No 12"/>
                <w:tag w:val="DÖF DÖF No 12"/>
                <w:id w:val="426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1628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29" w:edGrp="everyone"/>
            <w:sdt>
              <w:sdtPr>
                <w:alias w:val="DÖF Tarih 12"/>
                <w:tag w:val="DÖF Tarih 12"/>
                <w:id w:val="4262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29"/>
          </w:p>
        </w:tc>
        <w:tc>
          <w:tcPr>
            <w:tcW w:type="dxa" w:w="2002"/>
            <w:vAlign w:val="center"/>
          </w:tcPr>
          <w:p>
            <w:pPr>
              <w:spacing w:before="0" w:after="0" w:line="240" w:lineRule="auto"/>
              <w:jc w:val="left"/>
            </w:pPr>
            <w:permStart w:id="1630" w:edGrp="everyone"/>
            <w:sdt>
              <w:sdtPr>
                <w:alias w:val="DÖF Talep Eden Kişi / Birim 12"/>
                <w:tag w:val="DÖF Talep Eden Kişi / Birim 12"/>
                <w:id w:val="426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30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31" w:edGrp="everyone"/>
            <w:sdt>
              <w:sdtPr>
                <w:alias w:val="DÖF DÖF Uygulayacak Kişi / Birim 12"/>
                <w:tag w:val="DÖF DÖF Uygulayacak Kişi / Birim 12"/>
                <w:id w:val="426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31"/>
          </w:p>
        </w:tc>
        <w:tc>
          <w:tcPr>
            <w:tcW w:type="dxa" w:w="2113"/>
            <w:vAlign w:val="center"/>
          </w:tcPr>
          <w:p>
            <w:pPr>
              <w:spacing w:before="0" w:after="0" w:line="240" w:lineRule="auto"/>
              <w:jc w:val="left"/>
            </w:pPr>
            <w:permStart w:id="1632" w:edGrp="everyone"/>
            <w:sdt>
              <w:sdtPr>
                <w:alias w:val="DÖF DÖF Takip Edecek Kişi / Birim 12"/>
                <w:tag w:val="DÖF DÖF Takip Edecek Kişi / Birim 12"/>
                <w:id w:val="426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32"/>
          </w:p>
        </w:tc>
        <w:tc>
          <w:tcPr>
            <w:tcW w:type="dxa" w:w="3448"/>
            <w:vAlign w:val="center"/>
          </w:tcPr>
          <w:p>
            <w:pPr>
              <w:spacing w:before="0" w:after="0" w:line="240" w:lineRule="auto"/>
              <w:jc w:val="left"/>
            </w:pPr>
            <w:permStart w:id="1633" w:edGrp="everyone"/>
            <w:sdt>
              <w:sdtPr>
                <w:alias w:val="DÖF Uygunsuzluğun Tanımı 12"/>
                <w:tag w:val="DÖF Uygunsuzluğun Tanımı 12"/>
                <w:id w:val="426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33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34" w:edGrp="everyone"/>
            <w:sdt>
              <w:sdtPr>
                <w:alias w:val="DÖF Termin Tarihi 12"/>
                <w:tag w:val="DÖF Termin Tarihi 12"/>
                <w:id w:val="4263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34"/>
          </w:p>
        </w:tc>
        <w:tc>
          <w:tcPr>
            <w:tcW w:type="dxa" w:w="1335"/>
            <w:vAlign w:val="center"/>
          </w:tcPr>
          <w:p>
            <w:pPr>
              <w:spacing w:before="0" w:after="0" w:line="240" w:lineRule="auto"/>
              <w:jc w:val="left"/>
            </w:pPr>
            <w:permStart w:id="1635" w:edGrp="everyone"/>
            <w:sdt>
              <w:sdtPr>
                <w:alias w:val="DÖF Sonuç 12"/>
                <w:tag w:val="DÖF Sonuç 12"/>
                <w:id w:val="42634"/>
                <w:showingPlcHdr/>
                <w:dropDownList>
                  <w:listItem w:displayText="Kapandı" w:value="Kapandı"/>
                  <w:listItem w:displayText="Devam ediyor" w:value="Devam ediyor"/>
                  <w:listItem w:displayText="Etkisiz" w:value="Etkisiz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63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Hazırlayan</w:t>
            </w:r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Kalite Koordinatörü</w:t>
            </w:r>
          </w:p>
        </w:tc>
      </w:tr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1636" w:edGrp="everyone"/>
            <w:sdt>
              <w:sdtPr>
                <w:alias w:val="Hazırlayan Adı Soyadı"/>
                <w:tag w:val="Hazırlayan Adı Soyadı"/>
                <w:id w:val="4263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636"/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1637" w:edGrp="everyone"/>
            <w:sdt>
              <w:sdtPr>
                <w:alias w:val="Kalite Koordinatörü Adı Soyadı"/>
                <w:tag w:val="Kalite Koordinatörü Adı Soyadı"/>
                <w:id w:val="4263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637"/>
          </w:p>
        </w:tc>
      </w:tr>
      <w:tr>
        <w:trPr>
          <w:trHeight w:val="850" w:hRule="atLeast"/>
          <w:cantSplit/>
        </w:trPr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HTMYO-KFRM-317  |  Düzeltici ve Önleyici Faaliyet Takip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Düzeltici ve Önleyici Faaliyet Takip Formu</dc:title>
  <dc:subject>HTMYO-KFRM-317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