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UYGUNSUZ ÜRÜN / HIZMET KONTROL TAKIP FORMU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1120"/>
        <w:gridCol w:w="1344"/>
        <w:gridCol w:w="2017"/>
        <w:gridCol w:w="2577"/>
        <w:gridCol w:w="3362"/>
        <w:gridCol w:w="2801"/>
        <w:gridCol w:w="1344"/>
      </w:tblGrid>
      <w:tr>
        <w:trPr>
          <w:trHeight w:val="396" w:hRule="atLeast"/>
          <w:cantSplit/>
        </w:trPr>
        <w:tc>
          <w:tcPr>
            <w:tcW w:type="dxa" w:w="112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Tutanak No</w:t>
            </w:r>
          </w:p>
        </w:tc>
        <w:tc>
          <w:tcPr>
            <w:tcW w:type="dxa" w:w="134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Tarih</w:t>
            </w:r>
          </w:p>
        </w:tc>
        <w:tc>
          <w:tcPr>
            <w:tcW w:type="dxa" w:w="201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Birim / Bölüm</w:t>
            </w:r>
          </w:p>
        </w:tc>
        <w:tc>
          <w:tcPr>
            <w:tcW w:type="dxa" w:w="257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Uygunsuz Ürün / Hizmet</w:t>
            </w:r>
          </w:p>
        </w:tc>
        <w:tc>
          <w:tcPr>
            <w:tcW w:type="dxa" w:w="336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Uygunsuzluk Tanımı</w:t>
            </w:r>
          </w:p>
        </w:tc>
        <w:tc>
          <w:tcPr>
            <w:tcW w:type="dxa" w:w="280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Değerlendirme / Karar</w:t>
            </w:r>
          </w:p>
        </w:tc>
        <w:tc>
          <w:tcPr>
            <w:tcW w:type="dxa" w:w="134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Kapanış Tarihi</w:t>
            </w:r>
          </w:p>
        </w:tc>
      </w:tr>
      <w:tr>
        <w:trPr>
          <w:trHeight w:val="396" w:hRule="atLeast"/>
          <w:cantSplit/>
        </w:trPr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1981" w:edGrp="everyone"/>
            <w:sdt>
              <w:sdtPr>
                <w:alias w:val="Takip Tutanak No 1"/>
                <w:tag w:val="Takip Tutanak No 1"/>
                <w:id w:val="4298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1981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982" w:edGrp="everyone"/>
            <w:sdt>
              <w:sdtPr>
                <w:alias w:val="Takip Tarih 1"/>
                <w:tag w:val="Takip Tarih 1"/>
                <w:id w:val="4298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82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1983" w:edGrp="everyone"/>
            <w:sdt>
              <w:sdtPr>
                <w:alias w:val="Takip Birim / Bölüm 1"/>
                <w:tag w:val="Takip Birim / Bölüm 1"/>
                <w:id w:val="4298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1983"/>
          </w:p>
        </w:tc>
        <w:tc>
          <w:tcPr>
            <w:tcW w:type="dxa" w:w="2578"/>
            <w:vAlign w:val="center"/>
          </w:tcPr>
          <w:p>
            <w:pPr>
              <w:spacing w:before="0" w:after="0" w:line="240" w:lineRule="auto"/>
              <w:jc w:val="left"/>
            </w:pPr>
            <w:permStart w:id="1984" w:edGrp="everyone"/>
            <w:sdt>
              <w:sdtPr>
                <w:alias w:val="Takip Uygunsuz Ürün / Hizmet 1"/>
                <w:tag w:val="Takip Uygunsuz Ürün / Hizmet 1"/>
                <w:id w:val="4298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984"/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1985" w:edGrp="everyone"/>
            <w:sdt>
              <w:sdtPr>
                <w:alias w:val="Takip Uygunsuzluk Tanımı 1"/>
                <w:tag w:val="Takip Uygunsuzluk Tanımı 1"/>
                <w:id w:val="4298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985"/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1986" w:edGrp="everyone"/>
            <w:sdt>
              <w:sdtPr>
                <w:alias w:val="Takip Değerlendirme / Karar 1"/>
                <w:tag w:val="Takip Değerlendirme / Karar 1"/>
                <w:id w:val="4298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986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987" w:edGrp="everyone"/>
            <w:sdt>
              <w:sdtPr>
                <w:alias w:val="Takip Kapanış Tarihi 1"/>
                <w:tag w:val="Takip Kapanış Tarihi 1"/>
                <w:id w:val="4298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87"/>
          </w:p>
        </w:tc>
      </w:tr>
      <w:tr>
        <w:trPr>
          <w:trHeight w:val="396" w:hRule="atLeast"/>
          <w:cantSplit/>
        </w:trPr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1988" w:edGrp="everyone"/>
            <w:sdt>
              <w:sdtPr>
                <w:alias w:val="Takip Tutanak No 2"/>
                <w:tag w:val="Takip Tutanak No 2"/>
                <w:id w:val="4298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1988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989" w:edGrp="everyone"/>
            <w:sdt>
              <w:sdtPr>
                <w:alias w:val="Takip Tarih 2"/>
                <w:tag w:val="Takip Tarih 2"/>
                <w:id w:val="4298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89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1990" w:edGrp="everyone"/>
            <w:sdt>
              <w:sdtPr>
                <w:alias w:val="Takip Birim / Bölüm 2"/>
                <w:tag w:val="Takip Birim / Bölüm 2"/>
                <w:id w:val="4298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1990"/>
          </w:p>
        </w:tc>
        <w:tc>
          <w:tcPr>
            <w:tcW w:type="dxa" w:w="2578"/>
            <w:vAlign w:val="center"/>
          </w:tcPr>
          <w:p>
            <w:pPr>
              <w:spacing w:before="0" w:after="0" w:line="240" w:lineRule="auto"/>
              <w:jc w:val="left"/>
            </w:pPr>
            <w:permStart w:id="1991" w:edGrp="everyone"/>
            <w:sdt>
              <w:sdtPr>
                <w:alias w:val="Takip Uygunsuz Ürün / Hizmet 2"/>
                <w:tag w:val="Takip Uygunsuz Ürün / Hizmet 2"/>
                <w:id w:val="4299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991"/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1992" w:edGrp="everyone"/>
            <w:sdt>
              <w:sdtPr>
                <w:alias w:val="Takip Uygunsuzluk Tanımı 2"/>
                <w:tag w:val="Takip Uygunsuzluk Tanımı 2"/>
                <w:id w:val="4299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992"/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1993" w:edGrp="everyone"/>
            <w:sdt>
              <w:sdtPr>
                <w:alias w:val="Takip Değerlendirme / Karar 2"/>
                <w:tag w:val="Takip Değerlendirme / Karar 2"/>
                <w:id w:val="4299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993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994" w:edGrp="everyone"/>
            <w:sdt>
              <w:sdtPr>
                <w:alias w:val="Takip Kapanış Tarihi 2"/>
                <w:tag w:val="Takip Kapanış Tarihi 2"/>
                <w:id w:val="4299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94"/>
          </w:p>
        </w:tc>
      </w:tr>
      <w:tr>
        <w:trPr>
          <w:trHeight w:val="396" w:hRule="atLeast"/>
          <w:cantSplit/>
        </w:trPr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1995" w:edGrp="everyone"/>
            <w:sdt>
              <w:sdtPr>
                <w:alias w:val="Takip Tutanak No 3"/>
                <w:tag w:val="Takip Tutanak No 3"/>
                <w:id w:val="4299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1995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1996" w:edGrp="everyone"/>
            <w:sdt>
              <w:sdtPr>
                <w:alias w:val="Takip Tarih 3"/>
                <w:tag w:val="Takip Tarih 3"/>
                <w:id w:val="4299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996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1997" w:edGrp="everyone"/>
            <w:sdt>
              <w:sdtPr>
                <w:alias w:val="Takip Birim / Bölüm 3"/>
                <w:tag w:val="Takip Birim / Bölüm 3"/>
                <w:id w:val="4299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1997"/>
          </w:p>
        </w:tc>
        <w:tc>
          <w:tcPr>
            <w:tcW w:type="dxa" w:w="2578"/>
            <w:vAlign w:val="center"/>
          </w:tcPr>
          <w:p>
            <w:pPr>
              <w:spacing w:before="0" w:after="0" w:line="240" w:lineRule="auto"/>
              <w:jc w:val="left"/>
            </w:pPr>
            <w:permStart w:id="1998" w:edGrp="everyone"/>
            <w:sdt>
              <w:sdtPr>
                <w:alias w:val="Takip Uygunsuz Ürün / Hizmet 3"/>
                <w:tag w:val="Takip Uygunsuz Ürün / Hizmet 3"/>
                <w:id w:val="4299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998"/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1999" w:edGrp="everyone"/>
            <w:sdt>
              <w:sdtPr>
                <w:alias w:val="Takip Uygunsuzluk Tanımı 3"/>
                <w:tag w:val="Takip Uygunsuzluk Tanımı 3"/>
                <w:id w:val="4299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999"/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2000" w:edGrp="everyone"/>
            <w:sdt>
              <w:sdtPr>
                <w:alias w:val="Takip Değerlendirme / Karar 3"/>
                <w:tag w:val="Takip Değerlendirme / Karar 3"/>
                <w:id w:val="4299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00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2001" w:edGrp="everyone"/>
            <w:sdt>
              <w:sdtPr>
                <w:alias w:val="Takip Kapanış Tarihi 3"/>
                <w:tag w:val="Takip Kapanış Tarihi 3"/>
                <w:id w:val="4300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001"/>
          </w:p>
        </w:tc>
      </w:tr>
      <w:tr>
        <w:trPr>
          <w:trHeight w:val="396" w:hRule="atLeast"/>
          <w:cantSplit/>
        </w:trPr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2002" w:edGrp="everyone"/>
            <w:sdt>
              <w:sdtPr>
                <w:alias w:val="Takip Tutanak No 4"/>
                <w:tag w:val="Takip Tutanak No 4"/>
                <w:id w:val="4300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2002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2003" w:edGrp="everyone"/>
            <w:sdt>
              <w:sdtPr>
                <w:alias w:val="Takip Tarih 4"/>
                <w:tag w:val="Takip Tarih 4"/>
                <w:id w:val="4300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003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2004" w:edGrp="everyone"/>
            <w:sdt>
              <w:sdtPr>
                <w:alias w:val="Takip Birim / Bölüm 4"/>
                <w:tag w:val="Takip Birim / Bölüm 4"/>
                <w:id w:val="4300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2004"/>
          </w:p>
        </w:tc>
        <w:tc>
          <w:tcPr>
            <w:tcW w:type="dxa" w:w="2578"/>
            <w:vAlign w:val="center"/>
          </w:tcPr>
          <w:p>
            <w:pPr>
              <w:spacing w:before="0" w:after="0" w:line="240" w:lineRule="auto"/>
              <w:jc w:val="left"/>
            </w:pPr>
            <w:permStart w:id="2005" w:edGrp="everyone"/>
            <w:sdt>
              <w:sdtPr>
                <w:alias w:val="Takip Uygunsuz Ürün / Hizmet 4"/>
                <w:tag w:val="Takip Uygunsuz Ürün / Hizmet 4"/>
                <w:id w:val="4300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05"/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2006" w:edGrp="everyone"/>
            <w:sdt>
              <w:sdtPr>
                <w:alias w:val="Takip Uygunsuzluk Tanımı 4"/>
                <w:tag w:val="Takip Uygunsuzluk Tanımı 4"/>
                <w:id w:val="4300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06"/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2007" w:edGrp="everyone"/>
            <w:sdt>
              <w:sdtPr>
                <w:alias w:val="Takip Değerlendirme / Karar 4"/>
                <w:tag w:val="Takip Değerlendirme / Karar 4"/>
                <w:id w:val="4300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07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2008" w:edGrp="everyone"/>
            <w:sdt>
              <w:sdtPr>
                <w:alias w:val="Takip Kapanış Tarihi 4"/>
                <w:tag w:val="Takip Kapanış Tarihi 4"/>
                <w:id w:val="4300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008"/>
          </w:p>
        </w:tc>
      </w:tr>
      <w:tr>
        <w:trPr>
          <w:trHeight w:val="396" w:hRule="atLeast"/>
          <w:cantSplit/>
        </w:trPr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2009" w:edGrp="everyone"/>
            <w:sdt>
              <w:sdtPr>
                <w:alias w:val="Takip Tutanak No 5"/>
                <w:tag w:val="Takip Tutanak No 5"/>
                <w:id w:val="4300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2009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2010" w:edGrp="everyone"/>
            <w:sdt>
              <w:sdtPr>
                <w:alias w:val="Takip Tarih 5"/>
                <w:tag w:val="Takip Tarih 5"/>
                <w:id w:val="4300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010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2011" w:edGrp="everyone"/>
            <w:sdt>
              <w:sdtPr>
                <w:alias w:val="Takip Birim / Bölüm 5"/>
                <w:tag w:val="Takip Birim / Bölüm 5"/>
                <w:id w:val="4301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2011"/>
          </w:p>
        </w:tc>
        <w:tc>
          <w:tcPr>
            <w:tcW w:type="dxa" w:w="2578"/>
            <w:vAlign w:val="center"/>
          </w:tcPr>
          <w:p>
            <w:pPr>
              <w:spacing w:before="0" w:after="0" w:line="240" w:lineRule="auto"/>
              <w:jc w:val="left"/>
            </w:pPr>
            <w:permStart w:id="2012" w:edGrp="everyone"/>
            <w:sdt>
              <w:sdtPr>
                <w:alias w:val="Takip Uygunsuz Ürün / Hizmet 5"/>
                <w:tag w:val="Takip Uygunsuz Ürün / Hizmet 5"/>
                <w:id w:val="4301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12"/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2013" w:edGrp="everyone"/>
            <w:sdt>
              <w:sdtPr>
                <w:alias w:val="Takip Uygunsuzluk Tanımı 5"/>
                <w:tag w:val="Takip Uygunsuzluk Tanımı 5"/>
                <w:id w:val="4301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13"/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2014" w:edGrp="everyone"/>
            <w:sdt>
              <w:sdtPr>
                <w:alias w:val="Takip Değerlendirme / Karar 5"/>
                <w:tag w:val="Takip Değerlendirme / Karar 5"/>
                <w:id w:val="4301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14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2015" w:edGrp="everyone"/>
            <w:sdt>
              <w:sdtPr>
                <w:alias w:val="Takip Kapanış Tarihi 5"/>
                <w:tag w:val="Takip Kapanış Tarihi 5"/>
                <w:id w:val="4301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015"/>
          </w:p>
        </w:tc>
      </w:tr>
      <w:tr>
        <w:trPr>
          <w:trHeight w:val="396" w:hRule="atLeast"/>
          <w:cantSplit/>
        </w:trPr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2016" w:edGrp="everyone"/>
            <w:sdt>
              <w:sdtPr>
                <w:alias w:val="Takip Tutanak No 6"/>
                <w:tag w:val="Takip Tutanak No 6"/>
                <w:id w:val="4301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2016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2017" w:edGrp="everyone"/>
            <w:sdt>
              <w:sdtPr>
                <w:alias w:val="Takip Tarih 6"/>
                <w:tag w:val="Takip Tarih 6"/>
                <w:id w:val="4301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017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2018" w:edGrp="everyone"/>
            <w:sdt>
              <w:sdtPr>
                <w:alias w:val="Takip Birim / Bölüm 6"/>
                <w:tag w:val="Takip Birim / Bölüm 6"/>
                <w:id w:val="4301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2018"/>
          </w:p>
        </w:tc>
        <w:tc>
          <w:tcPr>
            <w:tcW w:type="dxa" w:w="2578"/>
            <w:vAlign w:val="center"/>
          </w:tcPr>
          <w:p>
            <w:pPr>
              <w:spacing w:before="0" w:after="0" w:line="240" w:lineRule="auto"/>
              <w:jc w:val="left"/>
            </w:pPr>
            <w:permStart w:id="2019" w:edGrp="everyone"/>
            <w:sdt>
              <w:sdtPr>
                <w:alias w:val="Takip Uygunsuz Ürün / Hizmet 6"/>
                <w:tag w:val="Takip Uygunsuz Ürün / Hizmet 6"/>
                <w:id w:val="4301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19"/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2020" w:edGrp="everyone"/>
            <w:sdt>
              <w:sdtPr>
                <w:alias w:val="Takip Uygunsuzluk Tanımı 6"/>
                <w:tag w:val="Takip Uygunsuzluk Tanımı 6"/>
                <w:id w:val="4301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20"/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2021" w:edGrp="everyone"/>
            <w:sdt>
              <w:sdtPr>
                <w:alias w:val="Takip Değerlendirme / Karar 6"/>
                <w:tag w:val="Takip Değerlendirme / Karar 6"/>
                <w:id w:val="4302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21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2022" w:edGrp="everyone"/>
            <w:sdt>
              <w:sdtPr>
                <w:alias w:val="Takip Kapanış Tarihi 6"/>
                <w:tag w:val="Takip Kapanış Tarihi 6"/>
                <w:id w:val="4302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022"/>
          </w:p>
        </w:tc>
      </w:tr>
      <w:tr>
        <w:trPr>
          <w:trHeight w:val="396" w:hRule="atLeast"/>
          <w:cantSplit/>
        </w:trPr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2023" w:edGrp="everyone"/>
            <w:sdt>
              <w:sdtPr>
                <w:alias w:val="Takip Tutanak No 7"/>
                <w:tag w:val="Takip Tutanak No 7"/>
                <w:id w:val="4302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2023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2024" w:edGrp="everyone"/>
            <w:sdt>
              <w:sdtPr>
                <w:alias w:val="Takip Tarih 7"/>
                <w:tag w:val="Takip Tarih 7"/>
                <w:id w:val="4302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024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2025" w:edGrp="everyone"/>
            <w:sdt>
              <w:sdtPr>
                <w:alias w:val="Takip Birim / Bölüm 7"/>
                <w:tag w:val="Takip Birim / Bölüm 7"/>
                <w:id w:val="4302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2025"/>
          </w:p>
        </w:tc>
        <w:tc>
          <w:tcPr>
            <w:tcW w:type="dxa" w:w="2578"/>
            <w:vAlign w:val="center"/>
          </w:tcPr>
          <w:p>
            <w:pPr>
              <w:spacing w:before="0" w:after="0" w:line="240" w:lineRule="auto"/>
              <w:jc w:val="left"/>
            </w:pPr>
            <w:permStart w:id="2026" w:edGrp="everyone"/>
            <w:sdt>
              <w:sdtPr>
                <w:alias w:val="Takip Uygunsuz Ürün / Hizmet 7"/>
                <w:tag w:val="Takip Uygunsuz Ürün / Hizmet 7"/>
                <w:id w:val="4302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26"/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2027" w:edGrp="everyone"/>
            <w:sdt>
              <w:sdtPr>
                <w:alias w:val="Takip Uygunsuzluk Tanımı 7"/>
                <w:tag w:val="Takip Uygunsuzluk Tanımı 7"/>
                <w:id w:val="4302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27"/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2028" w:edGrp="everyone"/>
            <w:sdt>
              <w:sdtPr>
                <w:alias w:val="Takip Değerlendirme / Karar 7"/>
                <w:tag w:val="Takip Değerlendirme / Karar 7"/>
                <w:id w:val="4302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28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2029" w:edGrp="everyone"/>
            <w:sdt>
              <w:sdtPr>
                <w:alias w:val="Takip Kapanış Tarihi 7"/>
                <w:tag w:val="Takip Kapanış Tarihi 7"/>
                <w:id w:val="4302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029"/>
          </w:p>
        </w:tc>
      </w:tr>
      <w:tr>
        <w:trPr>
          <w:trHeight w:val="396" w:hRule="atLeast"/>
          <w:cantSplit/>
        </w:trPr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2030" w:edGrp="everyone"/>
            <w:sdt>
              <w:sdtPr>
                <w:alias w:val="Takip Tutanak No 8"/>
                <w:tag w:val="Takip Tutanak No 8"/>
                <w:id w:val="4302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2030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2031" w:edGrp="everyone"/>
            <w:sdt>
              <w:sdtPr>
                <w:alias w:val="Takip Tarih 8"/>
                <w:tag w:val="Takip Tarih 8"/>
                <w:id w:val="4303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031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2032" w:edGrp="everyone"/>
            <w:sdt>
              <w:sdtPr>
                <w:alias w:val="Takip Birim / Bölüm 8"/>
                <w:tag w:val="Takip Birim / Bölüm 8"/>
                <w:id w:val="4303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2032"/>
          </w:p>
        </w:tc>
        <w:tc>
          <w:tcPr>
            <w:tcW w:type="dxa" w:w="2578"/>
            <w:vAlign w:val="center"/>
          </w:tcPr>
          <w:p>
            <w:pPr>
              <w:spacing w:before="0" w:after="0" w:line="240" w:lineRule="auto"/>
              <w:jc w:val="left"/>
            </w:pPr>
            <w:permStart w:id="2033" w:edGrp="everyone"/>
            <w:sdt>
              <w:sdtPr>
                <w:alias w:val="Takip Uygunsuz Ürün / Hizmet 8"/>
                <w:tag w:val="Takip Uygunsuz Ürün / Hizmet 8"/>
                <w:id w:val="4303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33"/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2034" w:edGrp="everyone"/>
            <w:sdt>
              <w:sdtPr>
                <w:alias w:val="Takip Uygunsuzluk Tanımı 8"/>
                <w:tag w:val="Takip Uygunsuzluk Tanımı 8"/>
                <w:id w:val="4303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34"/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2035" w:edGrp="everyone"/>
            <w:sdt>
              <w:sdtPr>
                <w:alias w:val="Takip Değerlendirme / Karar 8"/>
                <w:tag w:val="Takip Değerlendirme / Karar 8"/>
                <w:id w:val="4303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35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2036" w:edGrp="everyone"/>
            <w:sdt>
              <w:sdtPr>
                <w:alias w:val="Takip Kapanış Tarihi 8"/>
                <w:tag w:val="Takip Kapanış Tarihi 8"/>
                <w:id w:val="4303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036"/>
          </w:p>
        </w:tc>
      </w:tr>
      <w:tr>
        <w:trPr>
          <w:trHeight w:val="396" w:hRule="atLeast"/>
          <w:cantSplit/>
        </w:trPr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2037" w:edGrp="everyone"/>
            <w:sdt>
              <w:sdtPr>
                <w:alias w:val="Takip Tutanak No 9"/>
                <w:tag w:val="Takip Tutanak No 9"/>
                <w:id w:val="4303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2037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2038" w:edGrp="everyone"/>
            <w:sdt>
              <w:sdtPr>
                <w:alias w:val="Takip Tarih 9"/>
                <w:tag w:val="Takip Tarih 9"/>
                <w:id w:val="4303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038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2039" w:edGrp="everyone"/>
            <w:sdt>
              <w:sdtPr>
                <w:alias w:val="Takip Birim / Bölüm 9"/>
                <w:tag w:val="Takip Birim / Bölüm 9"/>
                <w:id w:val="4303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2039"/>
          </w:p>
        </w:tc>
        <w:tc>
          <w:tcPr>
            <w:tcW w:type="dxa" w:w="2578"/>
            <w:vAlign w:val="center"/>
          </w:tcPr>
          <w:p>
            <w:pPr>
              <w:spacing w:before="0" w:after="0" w:line="240" w:lineRule="auto"/>
              <w:jc w:val="left"/>
            </w:pPr>
            <w:permStart w:id="2040" w:edGrp="everyone"/>
            <w:sdt>
              <w:sdtPr>
                <w:alias w:val="Takip Uygunsuz Ürün / Hizmet 9"/>
                <w:tag w:val="Takip Uygunsuz Ürün / Hizmet 9"/>
                <w:id w:val="4303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40"/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2041" w:edGrp="everyone"/>
            <w:sdt>
              <w:sdtPr>
                <w:alias w:val="Takip Uygunsuzluk Tanımı 9"/>
                <w:tag w:val="Takip Uygunsuzluk Tanımı 9"/>
                <w:id w:val="4304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41"/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2042" w:edGrp="everyone"/>
            <w:sdt>
              <w:sdtPr>
                <w:alias w:val="Takip Değerlendirme / Karar 9"/>
                <w:tag w:val="Takip Değerlendirme / Karar 9"/>
                <w:id w:val="4304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42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2043" w:edGrp="everyone"/>
            <w:sdt>
              <w:sdtPr>
                <w:alias w:val="Takip Kapanış Tarihi 9"/>
                <w:tag w:val="Takip Kapanış Tarihi 9"/>
                <w:id w:val="4304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043"/>
          </w:p>
        </w:tc>
      </w:tr>
      <w:tr>
        <w:trPr>
          <w:trHeight w:val="396" w:hRule="atLeast"/>
          <w:cantSplit/>
        </w:trPr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2044" w:edGrp="everyone"/>
            <w:sdt>
              <w:sdtPr>
                <w:alias w:val="Takip Tutanak No 10"/>
                <w:tag w:val="Takip Tutanak No 10"/>
                <w:id w:val="4304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2044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2045" w:edGrp="everyone"/>
            <w:sdt>
              <w:sdtPr>
                <w:alias w:val="Takip Tarih 10"/>
                <w:tag w:val="Takip Tarih 10"/>
                <w:id w:val="4304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045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2046" w:edGrp="everyone"/>
            <w:sdt>
              <w:sdtPr>
                <w:alias w:val="Takip Birim / Bölüm 10"/>
                <w:tag w:val="Takip Birim / Bölüm 10"/>
                <w:id w:val="4304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2046"/>
          </w:p>
        </w:tc>
        <w:tc>
          <w:tcPr>
            <w:tcW w:type="dxa" w:w="2578"/>
            <w:vAlign w:val="center"/>
          </w:tcPr>
          <w:p>
            <w:pPr>
              <w:spacing w:before="0" w:after="0" w:line="240" w:lineRule="auto"/>
              <w:jc w:val="left"/>
            </w:pPr>
            <w:permStart w:id="2047" w:edGrp="everyone"/>
            <w:sdt>
              <w:sdtPr>
                <w:alias w:val="Takip Uygunsuz Ürün / Hizmet 10"/>
                <w:tag w:val="Takip Uygunsuz Ürün / Hizmet 10"/>
                <w:id w:val="4304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47"/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2048" w:edGrp="everyone"/>
            <w:sdt>
              <w:sdtPr>
                <w:alias w:val="Takip Uygunsuzluk Tanımı 10"/>
                <w:tag w:val="Takip Uygunsuzluk Tanımı 10"/>
                <w:id w:val="4304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48"/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2049" w:edGrp="everyone"/>
            <w:sdt>
              <w:sdtPr>
                <w:alias w:val="Takip Değerlendirme / Karar 10"/>
                <w:tag w:val="Takip Değerlendirme / Karar 10"/>
                <w:id w:val="4304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49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2050" w:edGrp="everyone"/>
            <w:sdt>
              <w:sdtPr>
                <w:alias w:val="Takip Kapanış Tarihi 10"/>
                <w:tag w:val="Takip Kapanış Tarihi 10"/>
                <w:id w:val="4304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050"/>
          </w:p>
        </w:tc>
      </w:tr>
      <w:tr>
        <w:trPr>
          <w:trHeight w:val="396" w:hRule="atLeast"/>
          <w:cantSplit/>
        </w:trPr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2051" w:edGrp="everyone"/>
            <w:sdt>
              <w:sdtPr>
                <w:alias w:val="Takip Tutanak No 11"/>
                <w:tag w:val="Takip Tutanak No 11"/>
                <w:id w:val="4305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2051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2052" w:edGrp="everyone"/>
            <w:sdt>
              <w:sdtPr>
                <w:alias w:val="Takip Tarih 11"/>
                <w:tag w:val="Takip Tarih 11"/>
                <w:id w:val="4305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052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2053" w:edGrp="everyone"/>
            <w:sdt>
              <w:sdtPr>
                <w:alias w:val="Takip Birim / Bölüm 11"/>
                <w:tag w:val="Takip Birim / Bölüm 11"/>
                <w:id w:val="4305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2053"/>
          </w:p>
        </w:tc>
        <w:tc>
          <w:tcPr>
            <w:tcW w:type="dxa" w:w="2578"/>
            <w:vAlign w:val="center"/>
          </w:tcPr>
          <w:p>
            <w:pPr>
              <w:spacing w:before="0" w:after="0" w:line="240" w:lineRule="auto"/>
              <w:jc w:val="left"/>
            </w:pPr>
            <w:permStart w:id="2054" w:edGrp="everyone"/>
            <w:sdt>
              <w:sdtPr>
                <w:alias w:val="Takip Uygunsuz Ürün / Hizmet 11"/>
                <w:tag w:val="Takip Uygunsuz Ürün / Hizmet 11"/>
                <w:id w:val="4305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54"/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2055" w:edGrp="everyone"/>
            <w:sdt>
              <w:sdtPr>
                <w:alias w:val="Takip Uygunsuzluk Tanımı 11"/>
                <w:tag w:val="Takip Uygunsuzluk Tanımı 11"/>
                <w:id w:val="4305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55"/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2056" w:edGrp="everyone"/>
            <w:sdt>
              <w:sdtPr>
                <w:alias w:val="Takip Değerlendirme / Karar 11"/>
                <w:tag w:val="Takip Değerlendirme / Karar 11"/>
                <w:id w:val="4305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56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2057" w:edGrp="everyone"/>
            <w:sdt>
              <w:sdtPr>
                <w:alias w:val="Takip Kapanış Tarihi 11"/>
                <w:tag w:val="Takip Kapanış Tarihi 11"/>
                <w:id w:val="4305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057"/>
          </w:p>
        </w:tc>
      </w:tr>
      <w:tr>
        <w:trPr>
          <w:trHeight w:val="396" w:hRule="atLeast"/>
          <w:cantSplit/>
        </w:trPr>
        <w:tc>
          <w:tcPr>
            <w:tcW w:type="dxa" w:w="1121"/>
            <w:vAlign w:val="center"/>
          </w:tcPr>
          <w:p>
            <w:pPr>
              <w:spacing w:before="0" w:after="0" w:line="240" w:lineRule="auto"/>
              <w:jc w:val="left"/>
            </w:pPr>
            <w:permStart w:id="2058" w:edGrp="everyone"/>
            <w:sdt>
              <w:sdtPr>
                <w:alias w:val="Takip Tutanak No 12"/>
                <w:tag w:val="Takip Tutanak No 12"/>
                <w:id w:val="4305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2058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2059" w:edGrp="everyone"/>
            <w:sdt>
              <w:sdtPr>
                <w:alias w:val="Takip Tarih 12"/>
                <w:tag w:val="Takip Tarih 12"/>
                <w:id w:val="4305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059"/>
          </w:p>
        </w:tc>
        <w:tc>
          <w:tcPr>
            <w:tcW w:type="dxa" w:w="2017"/>
            <w:vAlign w:val="center"/>
          </w:tcPr>
          <w:p>
            <w:pPr>
              <w:spacing w:before="0" w:after="0" w:line="240" w:lineRule="auto"/>
              <w:jc w:val="left"/>
            </w:pPr>
            <w:permStart w:id="2060" w:edGrp="everyone"/>
            <w:sdt>
              <w:sdtPr>
                <w:alias w:val="Takip Birim / Bölüm 12"/>
                <w:tag w:val="Takip Birim / Bölüm 12"/>
                <w:id w:val="4305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2060"/>
          </w:p>
        </w:tc>
        <w:tc>
          <w:tcPr>
            <w:tcW w:type="dxa" w:w="2578"/>
            <w:vAlign w:val="center"/>
          </w:tcPr>
          <w:p>
            <w:pPr>
              <w:spacing w:before="0" w:after="0" w:line="240" w:lineRule="auto"/>
              <w:jc w:val="left"/>
            </w:pPr>
            <w:permStart w:id="2061" w:edGrp="everyone"/>
            <w:sdt>
              <w:sdtPr>
                <w:alias w:val="Takip Uygunsuz Ürün / Hizmet 12"/>
                <w:tag w:val="Takip Uygunsuz Ürün / Hizmet 12"/>
                <w:id w:val="4306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61"/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2062" w:edGrp="everyone"/>
            <w:sdt>
              <w:sdtPr>
                <w:alias w:val="Takip Uygunsuzluk Tanımı 12"/>
                <w:tag w:val="Takip Uygunsuzluk Tanımı 12"/>
                <w:id w:val="4306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62"/>
          </w:p>
        </w:tc>
        <w:tc>
          <w:tcPr>
            <w:tcW w:type="dxa" w:w="2802"/>
            <w:vAlign w:val="center"/>
          </w:tcPr>
          <w:p>
            <w:pPr>
              <w:spacing w:before="0" w:after="0" w:line="240" w:lineRule="auto"/>
              <w:jc w:val="left"/>
            </w:pPr>
            <w:permStart w:id="2063" w:edGrp="everyone"/>
            <w:sdt>
              <w:sdtPr>
                <w:alias w:val="Takip Değerlendirme / Karar 12"/>
                <w:tag w:val="Takip Değerlendirme / Karar 12"/>
                <w:id w:val="4306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2063"/>
          </w:p>
        </w:tc>
        <w:tc>
          <w:tcPr>
            <w:tcW w:type="dxa" w:w="1345"/>
            <w:vAlign w:val="center"/>
          </w:tcPr>
          <w:p>
            <w:pPr>
              <w:spacing w:before="0" w:after="0" w:line="240" w:lineRule="auto"/>
              <w:jc w:val="left"/>
            </w:pPr>
            <w:permStart w:id="2064" w:edGrp="everyone"/>
            <w:sdt>
              <w:sdtPr>
                <w:alias w:val="Takip Kapanış Tarihi 12"/>
                <w:tag w:val="Takip Kapanış Tarihi 12"/>
                <w:id w:val="4306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2064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7285"/>
        <w:gridCol w:w="7285"/>
      </w:tblGrid>
      <w:tr>
        <w:trPr>
          <w:cantSplit/>
        </w:trPr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Hazırlayan</w:t>
            </w:r>
          </w:p>
        </w:tc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Kalite Koordinatörü</w:t>
            </w:r>
          </w:p>
        </w:tc>
      </w:tr>
      <w:tr>
        <w:trPr>
          <w:cantSplit/>
        </w:trPr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center"/>
            </w:pPr>
            <w:permStart w:id="2065" w:edGrp="everyone"/>
            <w:sdt>
              <w:sdtPr>
                <w:alias w:val="Hazırlayan Adı Soyadı"/>
                <w:tag w:val="Hazırlayan Adı Soyadı"/>
                <w:id w:val="43064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065"/>
          </w:p>
        </w:tc>
        <w:tc>
          <w:tcPr>
            <w:tcW w:type="dxa" w:w="7285"/>
            <w:vAlign w:val="center"/>
          </w:tcPr>
          <w:p>
            <w:pPr>
              <w:spacing w:before="0" w:after="0" w:line="240" w:lineRule="auto"/>
              <w:jc w:val="center"/>
            </w:pPr>
            <w:permStart w:id="2066" w:edGrp="everyone"/>
            <w:sdt>
              <w:sdtPr>
                <w:alias w:val="Kalite Koordinatörü Adı Soyadı"/>
                <w:tag w:val="Kalite Koordinatörü Adı Soyadı"/>
                <w:id w:val="43065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066"/>
          </w:p>
        </w:tc>
      </w:tr>
      <w:tr>
        <w:trPr>
          <w:trHeight w:val="850" w:hRule="atLeast"/>
          <w:cantSplit/>
        </w:trPr>
        <w:tc>
          <w:tcPr>
            <w:tcW w:type="dxa" w:w="728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728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HTMYO-KFRM-326  |  Uygunsuz Ürün / Hizmet Kontrol Takip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Uygunsuz Ürün / Hizmet Kontrol Takip Formu</dc:title>
  <dc:subject>HTMYO-KFRM-326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