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İÇ TETKIK PLANI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Plan Yılı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21" w:edGrp="everyone"/>
            <w:sdt>
              <w:sdtPr>
                <w:alias w:val="Plan yılı"/>
                <w:tag w:val="Plan yılı"/>
                <w:id w:val="42820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20__</w:t>
                </w:r>
              </w:sdtContent>
            </w:sdt>
            <w:permEnd w:id="182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Hazırlayan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822" w:edGrp="everyone"/>
            <w:sdt>
              <w:sdtPr>
                <w:alias w:val="Hazırlayan"/>
                <w:tag w:val="Hazırlayan"/>
                <w:id w:val="4282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82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47"/>
        <w:gridCol w:w="2409"/>
        <w:gridCol w:w="1752"/>
        <w:gridCol w:w="1204"/>
        <w:gridCol w:w="1314"/>
        <w:gridCol w:w="1314"/>
        <w:gridCol w:w="1095"/>
      </w:tblGrid>
      <w:tr>
        <w:trPr>
          <w:trHeight w:val="396" w:hRule="atLeast"/>
          <w:cantSplit/>
        </w:trPr>
        <w:tc>
          <w:tcPr>
            <w:tcW w:type="dxa" w:w="54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Sıra</w:t>
            </w:r>
          </w:p>
        </w:tc>
        <w:tc>
          <w:tcPr>
            <w:tcW w:type="dxa" w:w="240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Tetkik Edilecek Birim / Süreç</w:t>
            </w:r>
          </w:p>
        </w:tc>
        <w:tc>
          <w:tcPr>
            <w:tcW w:type="dxa" w:w="175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Tetkik Amacı</w:t>
            </w:r>
          </w:p>
        </w:tc>
        <w:tc>
          <w:tcPr>
            <w:tcW w:type="dxa" w:w="120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Planlanan Tarih</w:t>
            </w:r>
          </w:p>
        </w:tc>
        <w:tc>
          <w:tcPr>
            <w:tcW w:type="dxa" w:w="13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Baş Tetkikçi</w:t>
            </w:r>
          </w:p>
        </w:tc>
        <w:tc>
          <w:tcPr>
            <w:tcW w:type="dxa" w:w="131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Tetkikçi(ler)</w:t>
            </w:r>
          </w:p>
        </w:tc>
        <w:tc>
          <w:tcPr>
            <w:tcW w:type="dxa" w:w="10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Gerçekleşen Tarih</w:t>
            </w:r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23" w:edGrp="everyone"/>
            <w:sdt>
              <w:sdtPr>
                <w:alias w:val="Plan Tetkik Edilecek Birim / Süreç 1"/>
                <w:tag w:val="Plan Tetkik Edilecek Birim / Süreç 1"/>
                <w:id w:val="4282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23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24" w:edGrp="everyone"/>
            <w:sdt>
              <w:sdtPr>
                <w:alias w:val="Plan Tetkik Amacı 1"/>
                <w:tag w:val="Plan Tetkik Amacı 1"/>
                <w:id w:val="4282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24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25" w:edGrp="everyone"/>
            <w:sdt>
              <w:sdtPr>
                <w:alias w:val="Plan Planlanan Tarih 1"/>
                <w:tag w:val="Plan Planlanan Tarih 1"/>
                <w:id w:val="4282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25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26" w:edGrp="everyone"/>
            <w:sdt>
              <w:sdtPr>
                <w:alias w:val="Plan Baş Tetkikçi 1"/>
                <w:tag w:val="Plan Baş Tetkikçi 1"/>
                <w:id w:val="4282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26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27" w:edGrp="everyone"/>
            <w:sdt>
              <w:sdtPr>
                <w:alias w:val="Plan Tetkikçi(ler) 1"/>
                <w:tag w:val="Plan Tetkikçi(ler) 1"/>
                <w:id w:val="4282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27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28" w:edGrp="everyone"/>
            <w:sdt>
              <w:sdtPr>
                <w:alias w:val="Plan Gerçekleşen Tarih 1"/>
                <w:tag w:val="Plan Gerçekleşen Tarih 1"/>
                <w:id w:val="4282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28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29" w:edGrp="everyone"/>
            <w:sdt>
              <w:sdtPr>
                <w:alias w:val="Plan Tetkik Edilecek Birim / Süreç 2"/>
                <w:tag w:val="Plan Tetkik Edilecek Birim / Süreç 2"/>
                <w:id w:val="4282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29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30" w:edGrp="everyone"/>
            <w:sdt>
              <w:sdtPr>
                <w:alias w:val="Plan Tetkik Amacı 2"/>
                <w:tag w:val="Plan Tetkik Amacı 2"/>
                <w:id w:val="4282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30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31" w:edGrp="everyone"/>
            <w:sdt>
              <w:sdtPr>
                <w:alias w:val="Plan Planlanan Tarih 2"/>
                <w:tag w:val="Plan Planlanan Tarih 2"/>
                <w:id w:val="4283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1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32" w:edGrp="everyone"/>
            <w:sdt>
              <w:sdtPr>
                <w:alias w:val="Plan Baş Tetkikçi 2"/>
                <w:tag w:val="Plan Baş Tetkikçi 2"/>
                <w:id w:val="4283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32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33" w:edGrp="everyone"/>
            <w:sdt>
              <w:sdtPr>
                <w:alias w:val="Plan Tetkikçi(ler) 2"/>
                <w:tag w:val="Plan Tetkikçi(ler) 2"/>
                <w:id w:val="4283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33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34" w:edGrp="everyone"/>
            <w:sdt>
              <w:sdtPr>
                <w:alias w:val="Plan Gerçekleşen Tarih 2"/>
                <w:tag w:val="Plan Gerçekleşen Tarih 2"/>
                <w:id w:val="4283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4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35" w:edGrp="everyone"/>
            <w:sdt>
              <w:sdtPr>
                <w:alias w:val="Plan Tetkik Edilecek Birim / Süreç 3"/>
                <w:tag w:val="Plan Tetkik Edilecek Birim / Süreç 3"/>
                <w:id w:val="4283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35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36" w:edGrp="everyone"/>
            <w:sdt>
              <w:sdtPr>
                <w:alias w:val="Plan Tetkik Amacı 3"/>
                <w:tag w:val="Plan Tetkik Amacı 3"/>
                <w:id w:val="4283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36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37" w:edGrp="everyone"/>
            <w:sdt>
              <w:sdtPr>
                <w:alias w:val="Plan Planlanan Tarih 3"/>
                <w:tag w:val="Plan Planlanan Tarih 3"/>
                <w:id w:val="4283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37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38" w:edGrp="everyone"/>
            <w:sdt>
              <w:sdtPr>
                <w:alias w:val="Plan Baş Tetkikçi 3"/>
                <w:tag w:val="Plan Baş Tetkikçi 3"/>
                <w:id w:val="4283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38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39" w:edGrp="everyone"/>
            <w:sdt>
              <w:sdtPr>
                <w:alias w:val="Plan Tetkikçi(ler) 3"/>
                <w:tag w:val="Plan Tetkikçi(ler) 3"/>
                <w:id w:val="4283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39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40" w:edGrp="everyone"/>
            <w:sdt>
              <w:sdtPr>
                <w:alias w:val="Plan Gerçekleşen Tarih 3"/>
                <w:tag w:val="Plan Gerçekleşen Tarih 3"/>
                <w:id w:val="4283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0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4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41" w:edGrp="everyone"/>
            <w:sdt>
              <w:sdtPr>
                <w:alias w:val="Plan Tetkik Edilecek Birim / Süreç 4"/>
                <w:tag w:val="Plan Tetkik Edilecek Birim / Süreç 4"/>
                <w:id w:val="4284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41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42" w:edGrp="everyone"/>
            <w:sdt>
              <w:sdtPr>
                <w:alias w:val="Plan Tetkik Amacı 4"/>
                <w:tag w:val="Plan Tetkik Amacı 4"/>
                <w:id w:val="4284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42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43" w:edGrp="everyone"/>
            <w:sdt>
              <w:sdtPr>
                <w:alias w:val="Plan Planlanan Tarih 4"/>
                <w:tag w:val="Plan Planlanan Tarih 4"/>
                <w:id w:val="4284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3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44" w:edGrp="everyone"/>
            <w:sdt>
              <w:sdtPr>
                <w:alias w:val="Plan Baş Tetkikçi 4"/>
                <w:tag w:val="Plan Baş Tetkikçi 4"/>
                <w:id w:val="4284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44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45" w:edGrp="everyone"/>
            <w:sdt>
              <w:sdtPr>
                <w:alias w:val="Plan Tetkikçi(ler) 4"/>
                <w:tag w:val="Plan Tetkikçi(ler) 4"/>
                <w:id w:val="4284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45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46" w:edGrp="everyone"/>
            <w:sdt>
              <w:sdtPr>
                <w:alias w:val="Plan Gerçekleşen Tarih 4"/>
                <w:tag w:val="Plan Gerçekleşen Tarih 4"/>
                <w:id w:val="4284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6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5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47" w:edGrp="everyone"/>
            <w:sdt>
              <w:sdtPr>
                <w:alias w:val="Plan Tetkik Edilecek Birim / Süreç 5"/>
                <w:tag w:val="Plan Tetkik Edilecek Birim / Süreç 5"/>
                <w:id w:val="4284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47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48" w:edGrp="everyone"/>
            <w:sdt>
              <w:sdtPr>
                <w:alias w:val="Plan Tetkik Amacı 5"/>
                <w:tag w:val="Plan Tetkik Amacı 5"/>
                <w:id w:val="4284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48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49" w:edGrp="everyone"/>
            <w:sdt>
              <w:sdtPr>
                <w:alias w:val="Plan Planlanan Tarih 5"/>
                <w:tag w:val="Plan Planlanan Tarih 5"/>
                <w:id w:val="4284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49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50" w:edGrp="everyone"/>
            <w:sdt>
              <w:sdtPr>
                <w:alias w:val="Plan Baş Tetkikçi 5"/>
                <w:tag w:val="Plan Baş Tetkikçi 5"/>
                <w:id w:val="4284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50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51" w:edGrp="everyone"/>
            <w:sdt>
              <w:sdtPr>
                <w:alias w:val="Plan Tetkikçi(ler) 5"/>
                <w:tag w:val="Plan Tetkikçi(ler) 5"/>
                <w:id w:val="4285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51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52" w:edGrp="everyone"/>
            <w:sdt>
              <w:sdtPr>
                <w:alias w:val="Plan Gerçekleşen Tarih 5"/>
                <w:tag w:val="Plan Gerçekleşen Tarih 5"/>
                <w:id w:val="4285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52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6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53" w:edGrp="everyone"/>
            <w:sdt>
              <w:sdtPr>
                <w:alias w:val="Plan Tetkik Edilecek Birim / Süreç 6"/>
                <w:tag w:val="Plan Tetkik Edilecek Birim / Süreç 6"/>
                <w:id w:val="4285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53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54" w:edGrp="everyone"/>
            <w:sdt>
              <w:sdtPr>
                <w:alias w:val="Plan Tetkik Amacı 6"/>
                <w:tag w:val="Plan Tetkik Amacı 6"/>
                <w:id w:val="4285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54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55" w:edGrp="everyone"/>
            <w:sdt>
              <w:sdtPr>
                <w:alias w:val="Plan Planlanan Tarih 6"/>
                <w:tag w:val="Plan Planlanan Tarih 6"/>
                <w:id w:val="4285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55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56" w:edGrp="everyone"/>
            <w:sdt>
              <w:sdtPr>
                <w:alias w:val="Plan Baş Tetkikçi 6"/>
                <w:tag w:val="Plan Baş Tetkikçi 6"/>
                <w:id w:val="4285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56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57" w:edGrp="everyone"/>
            <w:sdt>
              <w:sdtPr>
                <w:alias w:val="Plan Tetkikçi(ler) 6"/>
                <w:tag w:val="Plan Tetkikçi(ler) 6"/>
                <w:id w:val="4285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57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58" w:edGrp="everyone"/>
            <w:sdt>
              <w:sdtPr>
                <w:alias w:val="Plan Gerçekleşen Tarih 6"/>
                <w:tag w:val="Plan Gerçekleşen Tarih 6"/>
                <w:id w:val="4285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58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7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59" w:edGrp="everyone"/>
            <w:sdt>
              <w:sdtPr>
                <w:alias w:val="Plan Tetkik Edilecek Birim / Süreç 7"/>
                <w:tag w:val="Plan Tetkik Edilecek Birim / Süreç 7"/>
                <w:id w:val="4285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59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60" w:edGrp="everyone"/>
            <w:sdt>
              <w:sdtPr>
                <w:alias w:val="Plan Tetkik Amacı 7"/>
                <w:tag w:val="Plan Tetkik Amacı 7"/>
                <w:id w:val="4285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60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61" w:edGrp="everyone"/>
            <w:sdt>
              <w:sdtPr>
                <w:alias w:val="Plan Planlanan Tarih 7"/>
                <w:tag w:val="Plan Planlanan Tarih 7"/>
                <w:id w:val="4286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1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62" w:edGrp="everyone"/>
            <w:sdt>
              <w:sdtPr>
                <w:alias w:val="Plan Baş Tetkikçi 7"/>
                <w:tag w:val="Plan Baş Tetkikçi 7"/>
                <w:id w:val="4286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62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63" w:edGrp="everyone"/>
            <w:sdt>
              <w:sdtPr>
                <w:alias w:val="Plan Tetkikçi(ler) 7"/>
                <w:tag w:val="Plan Tetkikçi(ler) 7"/>
                <w:id w:val="4286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63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64" w:edGrp="everyone"/>
            <w:sdt>
              <w:sdtPr>
                <w:alias w:val="Plan Gerçekleşen Tarih 7"/>
                <w:tag w:val="Plan Gerçekleşen Tarih 7"/>
                <w:id w:val="4286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4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8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65" w:edGrp="everyone"/>
            <w:sdt>
              <w:sdtPr>
                <w:alias w:val="Plan Tetkik Edilecek Birim / Süreç 8"/>
                <w:tag w:val="Plan Tetkik Edilecek Birim / Süreç 8"/>
                <w:id w:val="4286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65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66" w:edGrp="everyone"/>
            <w:sdt>
              <w:sdtPr>
                <w:alias w:val="Plan Tetkik Amacı 8"/>
                <w:tag w:val="Plan Tetkik Amacı 8"/>
                <w:id w:val="4286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66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67" w:edGrp="everyone"/>
            <w:sdt>
              <w:sdtPr>
                <w:alias w:val="Plan Planlanan Tarih 8"/>
                <w:tag w:val="Plan Planlanan Tarih 8"/>
                <w:id w:val="42866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67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68" w:edGrp="everyone"/>
            <w:sdt>
              <w:sdtPr>
                <w:alias w:val="Plan Baş Tetkikçi 8"/>
                <w:tag w:val="Plan Baş Tetkikçi 8"/>
                <w:id w:val="4286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68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69" w:edGrp="everyone"/>
            <w:sdt>
              <w:sdtPr>
                <w:alias w:val="Plan Tetkikçi(ler) 8"/>
                <w:tag w:val="Plan Tetkikçi(ler) 8"/>
                <w:id w:val="4286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69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70" w:edGrp="everyone"/>
            <w:sdt>
              <w:sdtPr>
                <w:alias w:val="Plan Gerçekleşen Tarih 8"/>
                <w:tag w:val="Plan Gerçekleşen Tarih 8"/>
                <w:id w:val="42869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70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9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71" w:edGrp="everyone"/>
            <w:sdt>
              <w:sdtPr>
                <w:alias w:val="Plan Tetkik Edilecek Birim / Süreç 9"/>
                <w:tag w:val="Plan Tetkik Edilecek Birim / Süreç 9"/>
                <w:id w:val="4287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71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72" w:edGrp="everyone"/>
            <w:sdt>
              <w:sdtPr>
                <w:alias w:val="Plan Tetkik Amacı 9"/>
                <w:tag w:val="Plan Tetkik Amacı 9"/>
                <w:id w:val="4287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72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73" w:edGrp="everyone"/>
            <w:sdt>
              <w:sdtPr>
                <w:alias w:val="Plan Planlanan Tarih 9"/>
                <w:tag w:val="Plan Planlanan Tarih 9"/>
                <w:id w:val="4287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73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74" w:edGrp="everyone"/>
            <w:sdt>
              <w:sdtPr>
                <w:alias w:val="Plan Baş Tetkikçi 9"/>
                <w:tag w:val="Plan Baş Tetkikçi 9"/>
                <w:id w:val="4287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74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75" w:edGrp="everyone"/>
            <w:sdt>
              <w:sdtPr>
                <w:alias w:val="Plan Tetkikçi(ler) 9"/>
                <w:tag w:val="Plan Tetkikçi(ler) 9"/>
                <w:id w:val="42874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75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76" w:edGrp="everyone"/>
            <w:sdt>
              <w:sdtPr>
                <w:alias w:val="Plan Gerçekleşen Tarih 9"/>
                <w:tag w:val="Plan Gerçekleşen Tarih 9"/>
                <w:id w:val="4287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76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10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77" w:edGrp="everyone"/>
            <w:sdt>
              <w:sdtPr>
                <w:alias w:val="Plan Tetkik Edilecek Birim / Süreç 10"/>
                <w:tag w:val="Plan Tetkik Edilecek Birim / Süreç 10"/>
                <w:id w:val="4287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77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78" w:edGrp="everyone"/>
            <w:sdt>
              <w:sdtPr>
                <w:alias w:val="Plan Tetkik Amacı 10"/>
                <w:tag w:val="Plan Tetkik Amacı 10"/>
                <w:id w:val="42877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78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79" w:edGrp="everyone"/>
            <w:sdt>
              <w:sdtPr>
                <w:alias w:val="Plan Planlanan Tarih 10"/>
                <w:tag w:val="Plan Planlanan Tarih 10"/>
                <w:id w:val="42878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79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80" w:edGrp="everyone"/>
            <w:sdt>
              <w:sdtPr>
                <w:alias w:val="Plan Baş Tetkikçi 10"/>
                <w:tag w:val="Plan Baş Tetkikçi 10"/>
                <w:id w:val="4287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80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81" w:edGrp="everyone"/>
            <w:sdt>
              <w:sdtPr>
                <w:alias w:val="Plan Tetkikçi(ler) 10"/>
                <w:tag w:val="Plan Tetkikçi(ler) 10"/>
                <w:id w:val="42880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81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82" w:edGrp="everyone"/>
            <w:sdt>
              <w:sdtPr>
                <w:alias w:val="Plan Gerçekleşen Tarih 10"/>
                <w:tag w:val="Plan Gerçekleşen Tarih 10"/>
                <w:id w:val="42881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82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11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83" w:edGrp="everyone"/>
            <w:sdt>
              <w:sdtPr>
                <w:alias w:val="Plan Tetkik Edilecek Birim / Süreç 11"/>
                <w:tag w:val="Plan Tetkik Edilecek Birim / Süreç 11"/>
                <w:id w:val="4288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83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84" w:edGrp="everyone"/>
            <w:sdt>
              <w:sdtPr>
                <w:alias w:val="Plan Tetkik Amacı 11"/>
                <w:tag w:val="Plan Tetkik Amacı 11"/>
                <w:id w:val="42883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84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85" w:edGrp="everyone"/>
            <w:sdt>
              <w:sdtPr>
                <w:alias w:val="Plan Planlanan Tarih 11"/>
                <w:tag w:val="Plan Planlanan Tarih 11"/>
                <w:id w:val="4288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85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86" w:edGrp="everyone"/>
            <w:sdt>
              <w:sdtPr>
                <w:alias w:val="Plan Baş Tetkikçi 11"/>
                <w:tag w:val="Plan Baş Tetkikçi 11"/>
                <w:id w:val="42885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86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87" w:edGrp="everyone"/>
            <w:sdt>
              <w:sdtPr>
                <w:alias w:val="Plan Tetkikçi(ler) 11"/>
                <w:tag w:val="Plan Tetkikçi(ler) 11"/>
                <w:id w:val="42886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87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88" w:edGrp="everyone"/>
            <w:sdt>
              <w:sdtPr>
                <w:alias w:val="Plan Gerçekleşen Tarih 11"/>
                <w:tag w:val="Plan Gerçekleşen Tarih 11"/>
                <w:id w:val="42887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88"/>
          </w:p>
        </w:tc>
      </w:tr>
      <w:tr>
        <w:trPr>
          <w:trHeight w:val="396" w:hRule="atLeast"/>
          <w:cantSplit/>
        </w:trPr>
        <w:tc>
          <w:tcPr>
            <w:tcW w:type="dxa" w:w="548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12</w:t>
            </w:r>
          </w:p>
        </w:tc>
        <w:tc>
          <w:tcPr>
            <w:tcW w:type="dxa" w:w="2409"/>
            <w:vAlign w:val="center"/>
          </w:tcPr>
          <w:p>
            <w:pPr>
              <w:spacing w:before="0" w:after="0" w:line="240" w:lineRule="auto"/>
              <w:jc w:val="left"/>
            </w:pPr>
            <w:permStart w:id="1889" w:edGrp="everyone"/>
            <w:sdt>
              <w:sdtPr>
                <w:alias w:val="Plan Tetkik Edilecek Birim / Süreç 12"/>
                <w:tag w:val="Plan Tetkik Edilecek Birim / Süreç 12"/>
                <w:id w:val="42888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</w:t>
                </w:r>
              </w:sdtContent>
            </w:sdt>
            <w:permEnd w:id="1889"/>
          </w:p>
        </w:tc>
        <w:tc>
          <w:tcPr>
            <w:tcW w:type="dxa" w:w="1752"/>
            <w:vAlign w:val="center"/>
          </w:tcPr>
          <w:p>
            <w:pPr>
              <w:spacing w:before="0" w:after="0" w:line="240" w:lineRule="auto"/>
              <w:jc w:val="left"/>
            </w:pPr>
            <w:permStart w:id="1890" w:edGrp="everyone"/>
            <w:sdt>
              <w:sdtPr>
                <w:alias w:val="Plan Tetkik Amacı 12"/>
                <w:tag w:val="Plan Tetkik Amacı 12"/>
                <w:id w:val="42889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90"/>
          </w:p>
        </w:tc>
        <w:tc>
          <w:tcPr>
            <w:tcW w:type="dxa" w:w="1205"/>
            <w:vAlign w:val="center"/>
          </w:tcPr>
          <w:p>
            <w:pPr>
              <w:spacing w:before="0" w:after="0" w:line="240" w:lineRule="auto"/>
              <w:jc w:val="left"/>
            </w:pPr>
            <w:permStart w:id="1891" w:edGrp="everyone"/>
            <w:sdt>
              <w:sdtPr>
                <w:alias w:val="Plan Planlanan Tarih 12"/>
                <w:tag w:val="Plan Planlanan Tarih 12"/>
                <w:id w:val="4289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91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92" w:edGrp="everyone"/>
            <w:sdt>
              <w:sdtPr>
                <w:alias w:val="Plan Baş Tetkikçi 12"/>
                <w:tag w:val="Plan Baş Tetkikçi 12"/>
                <w:id w:val="42891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</w:t>
                </w:r>
              </w:sdtContent>
            </w:sdt>
            <w:permEnd w:id="1892"/>
          </w:p>
        </w:tc>
        <w:tc>
          <w:tcPr>
            <w:tcW w:type="dxa" w:w="1314"/>
            <w:vAlign w:val="center"/>
          </w:tcPr>
          <w:p>
            <w:pPr>
              <w:spacing w:before="0" w:after="0" w:line="240" w:lineRule="auto"/>
              <w:jc w:val="left"/>
            </w:pPr>
            <w:permStart w:id="1893" w:edGrp="everyone"/>
            <w:sdt>
              <w:sdtPr>
                <w:alias w:val="Plan Tetkikçi(ler) 12"/>
                <w:tag w:val="Plan Tetkikçi(ler) 12"/>
                <w:id w:val="42892"/>
                <w:showingPlcHdr/>
                <w:text/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  </w:t>
                </w:r>
              </w:sdtContent>
            </w:sdt>
            <w:permEnd w:id="1893"/>
          </w:p>
        </w:tc>
        <w:tc>
          <w:tcPr>
            <w:tcW w:type="dxa" w:w="1095"/>
            <w:vAlign w:val="center"/>
          </w:tcPr>
          <w:p>
            <w:pPr>
              <w:spacing w:before="0" w:after="0" w:line="240" w:lineRule="auto"/>
              <w:jc w:val="left"/>
            </w:pPr>
            <w:permStart w:id="1894" w:edGrp="everyone"/>
            <w:sdt>
              <w:sdtPr>
                <w:alias w:val="Plan Gerçekleşen Tarih 12"/>
                <w:tag w:val="Plan Gerçekleşen Tarih 12"/>
                <w:id w:val="4289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6"/>
                    <w:szCs w:val="16"/>
                  </w:rPr>
                  <w:t xml:space="preserve">           </w:t>
                </w:r>
              </w:sdtContent>
            </w:sdt>
            <w:permEnd w:id="189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Hazırlayan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Koordinatörü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895" w:edGrp="everyone"/>
            <w:sdt>
              <w:sdtPr>
                <w:alias w:val="Hazırlayan Adı Soyadı"/>
                <w:tag w:val="Hazırlayan Adı Soyadı"/>
                <w:id w:val="4289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895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896" w:edGrp="everyone"/>
            <w:sdt>
              <w:sdtPr>
                <w:alias w:val="Kalite Koordinatörü Adı Soyadı"/>
                <w:tag w:val="Kalite Koordinatörü Adı Soyadı"/>
                <w:id w:val="42895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896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897" w:edGrp="everyone"/>
            <w:sdt>
              <w:sdtPr>
                <w:alias w:val="Yüksekokul Müdürü Adı Soyadı"/>
                <w:tag w:val="Yüksekokul Müdürü Adı Soyadı"/>
                <w:id w:val="42896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897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HTMYO-KFRM-322  |  İç Tetkik Planı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HTMYO-KFRM-322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İç Tetkik Planı</dc:title>
  <dc:subject>HTMYO-KFRM-322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