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SATINALMA ONAY BELGESI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151" w:edGrp="everyone"/>
      <w:sdt>
        <w:sdtPr>
          <w:alias w:val="Tarih"/>
          <w:tag w:val="Tarih"/>
          <w:id w:val="43150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151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Belge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152" w:edGrp="everyone"/>
            <w:sdt>
              <w:sdtPr>
                <w:alias w:val="Belge no"/>
                <w:tag w:val="Belge no"/>
                <w:id w:val="4315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52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İhtiyaç Sahibi Birim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153" w:edGrp="everyone"/>
            <w:sdt>
              <w:sdtPr>
                <w:alias w:val="İhtiyaç sahibi birim"/>
                <w:tag w:val="İhtiyaç sahibi birim"/>
                <w:id w:val="4315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53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Harcama Kalemi / Bütçe Kodu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154" w:edGrp="everyone"/>
            <w:sdt>
              <w:sdtPr>
                <w:alias w:val="Bütçe kodu"/>
                <w:tag w:val="Bütçe kodu"/>
                <w:id w:val="4315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54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Satınalma Yöntemi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155" w:edGrp="everyone"/>
            <w:sdt>
              <w:sdtPr>
                <w:alias w:val="Satınalma yöntemi"/>
                <w:tag w:val="Satınalma yöntemi"/>
                <w:id w:val="43154"/>
                <w:showingPlcHdr/>
                <w:dropDownList>
                  <w:listItem w:displayText="Doğrudan temin" w:value="Doğrudan temin"/>
                  <w:listItem w:displayText="Piyasa fiyat araştırması" w:value="Piyasa fiyat araştırması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15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494"/>
        <w:gridCol w:w="2154"/>
        <w:gridCol w:w="850"/>
        <w:gridCol w:w="850"/>
        <w:gridCol w:w="1360"/>
        <w:gridCol w:w="1360"/>
      </w:tblGrid>
      <w:tr>
        <w:trPr>
          <w:trHeight w:val="351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S.N</w:t>
            </w:r>
          </w:p>
        </w:tc>
        <w:tc>
          <w:tcPr>
            <w:tcW w:type="dxa" w:w="24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Malzeme / Hizmet Adı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Özellik / Teknik Şartname</w:t>
            </w:r>
          </w:p>
        </w:tc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Birim</w:t>
            </w:r>
          </w:p>
        </w:tc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Miktar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Tahmini Birim Fiyat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Tahmini Tutar</w:t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156" w:edGrp="everyone"/>
            <w:sdt>
              <w:sdtPr>
                <w:alias w:val="Kalem Malzeme / Hizmet Adı 1"/>
                <w:tag w:val="Kalem Malzeme / Hizmet Adı 1"/>
                <w:id w:val="431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5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157" w:edGrp="everyone"/>
            <w:sdt>
              <w:sdtPr>
                <w:alias w:val="Kalem Özellik / Teknik Şartname 1"/>
                <w:tag w:val="Kalem Özellik / Teknik Şartname 1"/>
                <w:id w:val="431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57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158" w:edGrp="everyone"/>
            <w:sdt>
              <w:sdtPr>
                <w:alias w:val="Kalem Birim 1"/>
                <w:tag w:val="Kalem Birim 1"/>
                <w:id w:val="431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58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159" w:edGrp="everyone"/>
            <w:sdt>
              <w:sdtPr>
                <w:alias w:val="Kalem Miktar 1"/>
                <w:tag w:val="Kalem Miktar 1"/>
                <w:id w:val="4315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15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60" w:edGrp="everyone"/>
            <w:sdt>
              <w:sdtPr>
                <w:alias w:val="Kalem Tahmini Birim Fiyat 1"/>
                <w:tag w:val="Kalem Tahmini Birim Fiyat 1"/>
                <w:id w:val="431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6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61" w:edGrp="everyone"/>
            <w:sdt>
              <w:sdtPr>
                <w:alias w:val="Kalem Tahmini Tutar 1"/>
                <w:tag w:val="Kalem Tahmini Tutar 1"/>
                <w:id w:val="431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161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162" w:edGrp="everyone"/>
            <w:sdt>
              <w:sdtPr>
                <w:alias w:val="Kalem Malzeme / Hizmet Adı 2"/>
                <w:tag w:val="Kalem Malzeme / Hizmet Adı 2"/>
                <w:id w:val="431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6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163" w:edGrp="everyone"/>
            <w:sdt>
              <w:sdtPr>
                <w:alias w:val="Kalem Özellik / Teknik Şartname 2"/>
                <w:tag w:val="Kalem Özellik / Teknik Şartname 2"/>
                <w:id w:val="431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63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164" w:edGrp="everyone"/>
            <w:sdt>
              <w:sdtPr>
                <w:alias w:val="Kalem Birim 2"/>
                <w:tag w:val="Kalem Birim 2"/>
                <w:id w:val="431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64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165" w:edGrp="everyone"/>
            <w:sdt>
              <w:sdtPr>
                <w:alias w:val="Kalem Miktar 2"/>
                <w:tag w:val="Kalem Miktar 2"/>
                <w:id w:val="431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16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66" w:edGrp="everyone"/>
            <w:sdt>
              <w:sdtPr>
                <w:alias w:val="Kalem Tahmini Birim Fiyat 2"/>
                <w:tag w:val="Kalem Tahmini Birim Fiyat 2"/>
                <w:id w:val="431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6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67" w:edGrp="everyone"/>
            <w:sdt>
              <w:sdtPr>
                <w:alias w:val="Kalem Tahmini Tutar 2"/>
                <w:tag w:val="Kalem Tahmini Tutar 2"/>
                <w:id w:val="431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167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168" w:edGrp="everyone"/>
            <w:sdt>
              <w:sdtPr>
                <w:alias w:val="Kalem Malzeme / Hizmet Adı 3"/>
                <w:tag w:val="Kalem Malzeme / Hizmet Adı 3"/>
                <w:id w:val="431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6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169" w:edGrp="everyone"/>
            <w:sdt>
              <w:sdtPr>
                <w:alias w:val="Kalem Özellik / Teknik Şartname 3"/>
                <w:tag w:val="Kalem Özellik / Teknik Şartname 3"/>
                <w:id w:val="431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69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170" w:edGrp="everyone"/>
            <w:sdt>
              <w:sdtPr>
                <w:alias w:val="Kalem Birim 3"/>
                <w:tag w:val="Kalem Birim 3"/>
                <w:id w:val="431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70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171" w:edGrp="everyone"/>
            <w:sdt>
              <w:sdtPr>
                <w:alias w:val="Kalem Miktar 3"/>
                <w:tag w:val="Kalem Miktar 3"/>
                <w:id w:val="431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17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72" w:edGrp="everyone"/>
            <w:sdt>
              <w:sdtPr>
                <w:alias w:val="Kalem Tahmini Birim Fiyat 3"/>
                <w:tag w:val="Kalem Tahmini Birim Fiyat 3"/>
                <w:id w:val="431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7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73" w:edGrp="everyone"/>
            <w:sdt>
              <w:sdtPr>
                <w:alias w:val="Kalem Tahmini Tutar 3"/>
                <w:tag w:val="Kalem Tahmini Tutar 3"/>
                <w:id w:val="431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173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174" w:edGrp="everyone"/>
            <w:sdt>
              <w:sdtPr>
                <w:alias w:val="Kalem Malzeme / Hizmet Adı 4"/>
                <w:tag w:val="Kalem Malzeme / Hizmet Adı 4"/>
                <w:id w:val="431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7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175" w:edGrp="everyone"/>
            <w:sdt>
              <w:sdtPr>
                <w:alias w:val="Kalem Özellik / Teknik Şartname 4"/>
                <w:tag w:val="Kalem Özellik / Teknik Şartname 4"/>
                <w:id w:val="431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75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176" w:edGrp="everyone"/>
            <w:sdt>
              <w:sdtPr>
                <w:alias w:val="Kalem Birim 4"/>
                <w:tag w:val="Kalem Birim 4"/>
                <w:id w:val="431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76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177" w:edGrp="everyone"/>
            <w:sdt>
              <w:sdtPr>
                <w:alias w:val="Kalem Miktar 4"/>
                <w:tag w:val="Kalem Miktar 4"/>
                <w:id w:val="431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17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78" w:edGrp="everyone"/>
            <w:sdt>
              <w:sdtPr>
                <w:alias w:val="Kalem Tahmini Birim Fiyat 4"/>
                <w:tag w:val="Kalem Tahmini Birim Fiyat 4"/>
                <w:id w:val="431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7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79" w:edGrp="everyone"/>
            <w:sdt>
              <w:sdtPr>
                <w:alias w:val="Kalem Tahmini Tutar 4"/>
                <w:tag w:val="Kalem Tahmini Tutar 4"/>
                <w:id w:val="431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179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180" w:edGrp="everyone"/>
            <w:sdt>
              <w:sdtPr>
                <w:alias w:val="Kalem Malzeme / Hizmet Adı 5"/>
                <w:tag w:val="Kalem Malzeme / Hizmet Adı 5"/>
                <w:id w:val="431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8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181" w:edGrp="everyone"/>
            <w:sdt>
              <w:sdtPr>
                <w:alias w:val="Kalem Özellik / Teknik Şartname 5"/>
                <w:tag w:val="Kalem Özellik / Teknik Şartname 5"/>
                <w:id w:val="431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81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182" w:edGrp="everyone"/>
            <w:sdt>
              <w:sdtPr>
                <w:alias w:val="Kalem Birim 5"/>
                <w:tag w:val="Kalem Birim 5"/>
                <w:id w:val="431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82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183" w:edGrp="everyone"/>
            <w:sdt>
              <w:sdtPr>
                <w:alias w:val="Kalem Miktar 5"/>
                <w:tag w:val="Kalem Miktar 5"/>
                <w:id w:val="431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18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84" w:edGrp="everyone"/>
            <w:sdt>
              <w:sdtPr>
                <w:alias w:val="Kalem Tahmini Birim Fiyat 5"/>
                <w:tag w:val="Kalem Tahmini Birim Fiyat 5"/>
                <w:id w:val="431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8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85" w:edGrp="everyone"/>
            <w:sdt>
              <w:sdtPr>
                <w:alias w:val="Kalem Tahmini Tutar 5"/>
                <w:tag w:val="Kalem Tahmini Tutar 5"/>
                <w:id w:val="431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185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186" w:edGrp="everyone"/>
            <w:sdt>
              <w:sdtPr>
                <w:alias w:val="Kalem Malzeme / Hizmet Adı 6"/>
                <w:tag w:val="Kalem Malzeme / Hizmet Adı 6"/>
                <w:id w:val="431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8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187" w:edGrp="everyone"/>
            <w:sdt>
              <w:sdtPr>
                <w:alias w:val="Kalem Özellik / Teknik Şartname 6"/>
                <w:tag w:val="Kalem Özellik / Teknik Şartname 6"/>
                <w:id w:val="431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87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188" w:edGrp="everyone"/>
            <w:sdt>
              <w:sdtPr>
                <w:alias w:val="Kalem Birim 6"/>
                <w:tag w:val="Kalem Birim 6"/>
                <w:id w:val="431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88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189" w:edGrp="everyone"/>
            <w:sdt>
              <w:sdtPr>
                <w:alias w:val="Kalem Miktar 6"/>
                <w:tag w:val="Kalem Miktar 6"/>
                <w:id w:val="431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18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90" w:edGrp="everyone"/>
            <w:sdt>
              <w:sdtPr>
                <w:alias w:val="Kalem Tahmini Birim Fiyat 6"/>
                <w:tag w:val="Kalem Tahmini Birim Fiyat 6"/>
                <w:id w:val="431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9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91" w:edGrp="everyone"/>
            <w:sdt>
              <w:sdtPr>
                <w:alias w:val="Kalem Tahmini Tutar 6"/>
                <w:tag w:val="Kalem Tahmini Tutar 6"/>
                <w:id w:val="431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191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192" w:edGrp="everyone"/>
            <w:sdt>
              <w:sdtPr>
                <w:alias w:val="Kalem Malzeme / Hizmet Adı 7"/>
                <w:tag w:val="Kalem Malzeme / Hizmet Adı 7"/>
                <w:id w:val="431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9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193" w:edGrp="everyone"/>
            <w:sdt>
              <w:sdtPr>
                <w:alias w:val="Kalem Özellik / Teknik Şartname 7"/>
                <w:tag w:val="Kalem Özellik / Teknik Şartname 7"/>
                <w:id w:val="431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93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194" w:edGrp="everyone"/>
            <w:sdt>
              <w:sdtPr>
                <w:alias w:val="Kalem Birim 7"/>
                <w:tag w:val="Kalem Birim 7"/>
                <w:id w:val="431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94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195" w:edGrp="everyone"/>
            <w:sdt>
              <w:sdtPr>
                <w:alias w:val="Kalem Miktar 7"/>
                <w:tag w:val="Kalem Miktar 7"/>
                <w:id w:val="431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19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96" w:edGrp="everyone"/>
            <w:sdt>
              <w:sdtPr>
                <w:alias w:val="Kalem Tahmini Birim Fiyat 7"/>
                <w:tag w:val="Kalem Tahmini Birim Fiyat 7"/>
                <w:id w:val="431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9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97" w:edGrp="everyone"/>
            <w:sdt>
              <w:sdtPr>
                <w:alias w:val="Kalem Tahmini Tutar 7"/>
                <w:tag w:val="Kalem Tahmini Tutar 7"/>
                <w:id w:val="431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197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198" w:edGrp="everyone"/>
            <w:sdt>
              <w:sdtPr>
                <w:alias w:val="Kalem Malzeme / Hizmet Adı 8"/>
                <w:tag w:val="Kalem Malzeme / Hizmet Adı 8"/>
                <w:id w:val="431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9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199" w:edGrp="everyone"/>
            <w:sdt>
              <w:sdtPr>
                <w:alias w:val="Kalem Özellik / Teknik Şartname 8"/>
                <w:tag w:val="Kalem Özellik / Teknik Şartname 8"/>
                <w:id w:val="431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199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00" w:edGrp="everyone"/>
            <w:sdt>
              <w:sdtPr>
                <w:alias w:val="Kalem Birim 8"/>
                <w:tag w:val="Kalem Birim 8"/>
                <w:id w:val="431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00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01" w:edGrp="everyone"/>
            <w:sdt>
              <w:sdtPr>
                <w:alias w:val="Kalem Miktar 8"/>
                <w:tag w:val="Kalem Miktar 8"/>
                <w:id w:val="432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0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02" w:edGrp="everyone"/>
            <w:sdt>
              <w:sdtPr>
                <w:alias w:val="Kalem Tahmini Birim Fiyat 8"/>
                <w:tag w:val="Kalem Tahmini Birim Fiyat 8"/>
                <w:id w:val="432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0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03" w:edGrp="everyone"/>
            <w:sdt>
              <w:sdtPr>
                <w:alias w:val="Kalem Tahmini Tutar 8"/>
                <w:tag w:val="Kalem Tahmini Tutar 8"/>
                <w:id w:val="432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203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204" w:edGrp="everyone"/>
            <w:sdt>
              <w:sdtPr>
                <w:alias w:val="Kalem Malzeme / Hizmet Adı 9"/>
                <w:tag w:val="Kalem Malzeme / Hizmet Adı 9"/>
                <w:id w:val="432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0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205" w:edGrp="everyone"/>
            <w:sdt>
              <w:sdtPr>
                <w:alias w:val="Kalem Özellik / Teknik Şartname 9"/>
                <w:tag w:val="Kalem Özellik / Teknik Şartname 9"/>
                <w:id w:val="432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05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06" w:edGrp="everyone"/>
            <w:sdt>
              <w:sdtPr>
                <w:alias w:val="Kalem Birim 9"/>
                <w:tag w:val="Kalem Birim 9"/>
                <w:id w:val="432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06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07" w:edGrp="everyone"/>
            <w:sdt>
              <w:sdtPr>
                <w:alias w:val="Kalem Miktar 9"/>
                <w:tag w:val="Kalem Miktar 9"/>
                <w:id w:val="432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0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08" w:edGrp="everyone"/>
            <w:sdt>
              <w:sdtPr>
                <w:alias w:val="Kalem Tahmini Birim Fiyat 9"/>
                <w:tag w:val="Kalem Tahmini Birim Fiyat 9"/>
                <w:id w:val="432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0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09" w:edGrp="everyone"/>
            <w:sdt>
              <w:sdtPr>
                <w:alias w:val="Kalem Tahmini Tutar 9"/>
                <w:tag w:val="Kalem Tahmini Tutar 9"/>
                <w:id w:val="432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209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210" w:edGrp="everyone"/>
            <w:sdt>
              <w:sdtPr>
                <w:alias w:val="Kalem Malzeme / Hizmet Adı 10"/>
                <w:tag w:val="Kalem Malzeme / Hizmet Adı 10"/>
                <w:id w:val="432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1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211" w:edGrp="everyone"/>
            <w:sdt>
              <w:sdtPr>
                <w:alias w:val="Kalem Özellik / Teknik Şartname 10"/>
                <w:tag w:val="Kalem Özellik / Teknik Şartname 10"/>
                <w:id w:val="432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11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12" w:edGrp="everyone"/>
            <w:sdt>
              <w:sdtPr>
                <w:alias w:val="Kalem Birim 10"/>
                <w:tag w:val="Kalem Birim 10"/>
                <w:id w:val="432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12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13" w:edGrp="everyone"/>
            <w:sdt>
              <w:sdtPr>
                <w:alias w:val="Kalem Miktar 10"/>
                <w:tag w:val="Kalem Miktar 10"/>
                <w:id w:val="432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1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14" w:edGrp="everyone"/>
            <w:sdt>
              <w:sdtPr>
                <w:alias w:val="Kalem Tahmini Birim Fiyat 10"/>
                <w:tag w:val="Kalem Tahmini Birim Fiyat 10"/>
                <w:id w:val="432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1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15" w:edGrp="everyone"/>
            <w:sdt>
              <w:sdtPr>
                <w:alias w:val="Kalem Tahmini Tutar 10"/>
                <w:tag w:val="Kalem Tahmini Tutar 10"/>
                <w:id w:val="432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21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396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Yaklaşık Maliyet (Toplam)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2216" w:edGrp="everyone"/>
            <w:sdt>
              <w:sdtPr>
                <w:alias w:val="Yaklaşık maliyet"/>
                <w:tag w:val="Yaklaşık maliyet"/>
                <w:id w:val="4321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2216"/>
          </w:p>
        </w:tc>
      </w:tr>
      <w:tr>
        <w:trPr>
          <w:trHeight w:val="396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Ödenek Kontrolü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2217" w:edGrp="everyone"/>
            <w:sdt>
              <w:sdtPr>
                <w:alias w:val="Ödenek yeterlidir"/>
                <w:tag w:val="Ödenek yeterlidir"/>
                <w:id w:val="43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217"/>
            <w:r>
              <w:rPr>
                <w:sz w:val="18"/>
                <w:szCs w:val="18"/>
              </w:rPr>
              <w:t xml:space="preserve"> Ödenek yeterlidir   </w:t>
            </w:r>
            <w:r>
              <w:rPr>
                <w:sz w:val="18"/>
                <w:szCs w:val="18"/>
              </w:rPr>
              <w:t xml:space="preserve">     </w:t>
            </w:r>
            <w:permStart w:id="2218" w:edGrp="everyone"/>
            <w:sdt>
              <w:sdtPr>
                <w:alias w:val="Ödenek yetersizdir"/>
                <w:tag w:val="Ödenek yetersizdir"/>
                <w:id w:val="4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218"/>
            <w:r>
              <w:rPr>
                <w:sz w:val="18"/>
                <w:szCs w:val="18"/>
              </w:rPr>
              <w:t xml:space="preserve"> Ödenek yetersizdir   </w:t>
            </w:r>
            <w:r>
              <w:rPr>
                <w:sz w:val="18"/>
                <w:szCs w:val="18"/>
              </w:rPr>
              <w:t xml:space="preserve">     Ödenek tutarı: </w:t>
            </w:r>
            <w:permStart w:id="2219" w:edGrp="everyone"/>
            <w:sdt>
              <w:sdtPr>
                <w:alias w:val="Ödenek tutarı"/>
                <w:tag w:val="Ödenek tutarı"/>
                <w:id w:val="4321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2219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GEREKÇE / AÇIKLAMA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90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220" w:edGrp="everyone"/>
            <w:sdt>
              <w:sdtPr>
                <w:alias w:val="Gerekçe"/>
                <w:tag w:val="Gerekçe"/>
                <w:id w:val="43219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20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İhtiyaç Sahibi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Yüksekokul Sekreteri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Harcama Yetkilisi (Yüksekokul Müdürü)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221" w:edGrp="everyone"/>
            <w:sdt>
              <w:sdtPr>
                <w:alias w:val="İhtiyaç Sahibi Adı Soyadı"/>
                <w:tag w:val="İhtiyaç Sahibi Adı Soyadı"/>
                <w:id w:val="4322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221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222" w:edGrp="everyone"/>
            <w:sdt>
              <w:sdtPr>
                <w:alias w:val="Yüksekokul Sekreteri Adı Soyadı"/>
                <w:tag w:val="Yüksekokul Sekreteri Adı Soyadı"/>
                <w:id w:val="4322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222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223" w:edGrp="everyone"/>
            <w:sdt>
              <w:sdtPr>
                <w:alias w:val="Harcama Yetkilisi (Yüksekokul Müdürü) Adı Soyadı"/>
                <w:tag w:val="Harcama Yetkilisi (Yüksekokul Müdürü) Adı Soyadı"/>
                <w:id w:val="4322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223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HTMYO-KFRM-329  |  Satınalma Onay Belgesi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HTMYO-KFRM-329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Satınalma Onay Belgesi</dc:title>
  <dc:subject>HTMYO-KFRM-329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