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SATINALMA TEKLIF İSTEME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2224" w:edGrp="everyone"/>
      <w:sdt>
        <w:sdtPr>
          <w:alias w:val="Tarih"/>
          <w:tag w:val="Tarih"/>
          <w:id w:val="43223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2224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Teklif İstenen Firma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225" w:edGrp="everyone"/>
            <w:sdt>
              <w:sdtPr>
                <w:alias w:val="Firma adı"/>
                <w:tag w:val="Firma adı"/>
                <w:id w:val="4322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25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Sayı / Referans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226" w:edGrp="everyone"/>
            <w:sdt>
              <w:sdtPr>
                <w:alias w:val="Sayı"/>
                <w:tag w:val="Sayı"/>
                <w:id w:val="4322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26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Teklifin Son Teslim Tarihi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227" w:edGrp="everyone"/>
            <w:sdt>
              <w:sdtPr>
                <w:alias w:val="Son teslim tarihi"/>
                <w:tag w:val="Son teslim tarihi"/>
                <w:id w:val="4322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227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Son Teslim Saati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228" w:edGrp="everyone"/>
            <w:sdt>
              <w:sdtPr>
                <w:alias w:val="Son teslim saati"/>
                <w:tag w:val="Son teslim saati"/>
                <w:id w:val="4322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2228"/>
          </w:p>
        </w:tc>
      </w:tr>
    </w:tbl>
    <w:p>
      <w:pPr>
        <w:spacing w:before="0" w:after="0" w:line="80" w:lineRule="exact"/>
        <w:jc w:val="left"/>
      </w:pPr>
    </w:p>
    <w:p>
      <w:pPr>
        <w:spacing w:before="60" w:after="80" w:line="240" w:lineRule="auto"/>
        <w:jc w:val="both"/>
      </w:pPr>
      <w:r>
        <w:rPr>
          <w:sz w:val="19"/>
          <w:szCs w:val="19"/>
        </w:rPr>
        <w:t xml:space="preserve">Aşağıda belirtilen mal / hizmet için KDV hariç fiyat teklifinizin, kapalı zarf içinde ve yukarıda belirtilen tarih ve saate kadar Yüksekokul Sekreterliğine teslim edilmesini rica ederiz. Varsa teknik şartname ekte sunulmuştur.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494"/>
        <w:gridCol w:w="2154"/>
        <w:gridCol w:w="850"/>
        <w:gridCol w:w="850"/>
        <w:gridCol w:w="1360"/>
        <w:gridCol w:w="1360"/>
      </w:tblGrid>
      <w:tr>
        <w:trPr>
          <w:trHeight w:val="351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S.N</w:t>
            </w:r>
          </w:p>
        </w:tc>
        <w:tc>
          <w:tcPr>
            <w:tcW w:type="dxa" w:w="24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Malzeme / Hizmet Adı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Özellik</w:t>
            </w:r>
          </w:p>
        </w:tc>
        <w:tc>
          <w:tcPr>
            <w:tcW w:type="dxa" w:w="85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Birim</w:t>
            </w:r>
          </w:p>
        </w:tc>
        <w:tc>
          <w:tcPr>
            <w:tcW w:type="dxa" w:w="85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Miktar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Birim Fiyat (KDV Hariç)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Toplam</w:t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229" w:edGrp="everyone"/>
            <w:sdt>
              <w:sdtPr>
                <w:alias w:val="Kalem Malzeme / Hizmet Adı 1"/>
                <w:tag w:val="Kalem Malzeme / Hizmet Adı 1"/>
                <w:id w:val="432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2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230" w:edGrp="everyone"/>
            <w:sdt>
              <w:sdtPr>
                <w:alias w:val="Kalem Özellik 1"/>
                <w:tag w:val="Kalem Özellik 1"/>
                <w:id w:val="432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230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31" w:edGrp="everyone"/>
            <w:sdt>
              <w:sdtPr>
                <w:alias w:val="Kalem Birim 1"/>
                <w:tag w:val="Kalem Birim 1"/>
                <w:id w:val="432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231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32" w:edGrp="everyone"/>
            <w:sdt>
              <w:sdtPr>
                <w:alias w:val="Kalem Miktar 1"/>
                <w:tag w:val="Kalem Miktar 1"/>
                <w:id w:val="432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3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33" w:edGrp="everyone"/>
            <w:sdt>
              <w:sdtPr>
                <w:alias w:val="Kalem Birim Fiyat (KDV Hariç) 1"/>
                <w:tag w:val="Kalem Birim Fiyat (KDV Hariç) 1"/>
                <w:id w:val="432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3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34" w:edGrp="everyone"/>
            <w:sdt>
              <w:sdtPr>
                <w:alias w:val="Kalem Toplam 1"/>
                <w:tag w:val="Kalem Toplam 1"/>
                <w:id w:val="432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34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235" w:edGrp="everyone"/>
            <w:sdt>
              <w:sdtPr>
                <w:alias w:val="Kalem Malzeme / Hizmet Adı 2"/>
                <w:tag w:val="Kalem Malzeme / Hizmet Adı 2"/>
                <w:id w:val="432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3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236" w:edGrp="everyone"/>
            <w:sdt>
              <w:sdtPr>
                <w:alias w:val="Kalem Özellik 2"/>
                <w:tag w:val="Kalem Özellik 2"/>
                <w:id w:val="432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236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37" w:edGrp="everyone"/>
            <w:sdt>
              <w:sdtPr>
                <w:alias w:val="Kalem Birim 2"/>
                <w:tag w:val="Kalem Birim 2"/>
                <w:id w:val="432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237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38" w:edGrp="everyone"/>
            <w:sdt>
              <w:sdtPr>
                <w:alias w:val="Kalem Miktar 2"/>
                <w:tag w:val="Kalem Miktar 2"/>
                <w:id w:val="432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3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39" w:edGrp="everyone"/>
            <w:sdt>
              <w:sdtPr>
                <w:alias w:val="Kalem Birim Fiyat (KDV Hariç) 2"/>
                <w:tag w:val="Kalem Birim Fiyat (KDV Hariç) 2"/>
                <w:id w:val="432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3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40" w:edGrp="everyone"/>
            <w:sdt>
              <w:sdtPr>
                <w:alias w:val="Kalem Toplam 2"/>
                <w:tag w:val="Kalem Toplam 2"/>
                <w:id w:val="432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40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241" w:edGrp="everyone"/>
            <w:sdt>
              <w:sdtPr>
                <w:alias w:val="Kalem Malzeme / Hizmet Adı 3"/>
                <w:tag w:val="Kalem Malzeme / Hizmet Adı 3"/>
                <w:id w:val="4324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4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242" w:edGrp="everyone"/>
            <w:sdt>
              <w:sdtPr>
                <w:alias w:val="Kalem Özellik 3"/>
                <w:tag w:val="Kalem Özellik 3"/>
                <w:id w:val="432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242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43" w:edGrp="everyone"/>
            <w:sdt>
              <w:sdtPr>
                <w:alias w:val="Kalem Birim 3"/>
                <w:tag w:val="Kalem Birim 3"/>
                <w:id w:val="432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243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44" w:edGrp="everyone"/>
            <w:sdt>
              <w:sdtPr>
                <w:alias w:val="Kalem Miktar 3"/>
                <w:tag w:val="Kalem Miktar 3"/>
                <w:id w:val="4324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4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45" w:edGrp="everyone"/>
            <w:sdt>
              <w:sdtPr>
                <w:alias w:val="Kalem Birim Fiyat (KDV Hariç) 3"/>
                <w:tag w:val="Kalem Birim Fiyat (KDV Hariç) 3"/>
                <w:id w:val="4324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4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46" w:edGrp="everyone"/>
            <w:sdt>
              <w:sdtPr>
                <w:alias w:val="Kalem Toplam 3"/>
                <w:tag w:val="Kalem Toplam 3"/>
                <w:id w:val="432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46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247" w:edGrp="everyone"/>
            <w:sdt>
              <w:sdtPr>
                <w:alias w:val="Kalem Malzeme / Hizmet Adı 4"/>
                <w:tag w:val="Kalem Malzeme / Hizmet Adı 4"/>
                <w:id w:val="4324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4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248" w:edGrp="everyone"/>
            <w:sdt>
              <w:sdtPr>
                <w:alias w:val="Kalem Özellik 4"/>
                <w:tag w:val="Kalem Özellik 4"/>
                <w:id w:val="4324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248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49" w:edGrp="everyone"/>
            <w:sdt>
              <w:sdtPr>
                <w:alias w:val="Kalem Birim 4"/>
                <w:tag w:val="Kalem Birim 4"/>
                <w:id w:val="432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249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50" w:edGrp="everyone"/>
            <w:sdt>
              <w:sdtPr>
                <w:alias w:val="Kalem Miktar 4"/>
                <w:tag w:val="Kalem Miktar 4"/>
                <w:id w:val="432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50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51" w:edGrp="everyone"/>
            <w:sdt>
              <w:sdtPr>
                <w:alias w:val="Kalem Birim Fiyat (KDV Hariç) 4"/>
                <w:tag w:val="Kalem Birim Fiyat (KDV Hariç) 4"/>
                <w:id w:val="432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5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52" w:edGrp="everyone"/>
            <w:sdt>
              <w:sdtPr>
                <w:alias w:val="Kalem Toplam 4"/>
                <w:tag w:val="Kalem Toplam 4"/>
                <w:id w:val="432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52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253" w:edGrp="everyone"/>
            <w:sdt>
              <w:sdtPr>
                <w:alias w:val="Kalem Malzeme / Hizmet Adı 5"/>
                <w:tag w:val="Kalem Malzeme / Hizmet Adı 5"/>
                <w:id w:val="4325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5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254" w:edGrp="everyone"/>
            <w:sdt>
              <w:sdtPr>
                <w:alias w:val="Kalem Özellik 5"/>
                <w:tag w:val="Kalem Özellik 5"/>
                <w:id w:val="4325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254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55" w:edGrp="everyone"/>
            <w:sdt>
              <w:sdtPr>
                <w:alias w:val="Kalem Birim 5"/>
                <w:tag w:val="Kalem Birim 5"/>
                <w:id w:val="432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255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56" w:edGrp="everyone"/>
            <w:sdt>
              <w:sdtPr>
                <w:alias w:val="Kalem Miktar 5"/>
                <w:tag w:val="Kalem Miktar 5"/>
                <w:id w:val="432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56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57" w:edGrp="everyone"/>
            <w:sdt>
              <w:sdtPr>
                <w:alias w:val="Kalem Birim Fiyat (KDV Hariç) 5"/>
                <w:tag w:val="Kalem Birim Fiyat (KDV Hariç) 5"/>
                <w:id w:val="432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5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58" w:edGrp="everyone"/>
            <w:sdt>
              <w:sdtPr>
                <w:alias w:val="Kalem Toplam 5"/>
                <w:tag w:val="Kalem Toplam 5"/>
                <w:id w:val="432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58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259" w:edGrp="everyone"/>
            <w:sdt>
              <w:sdtPr>
                <w:alias w:val="Kalem Malzeme / Hizmet Adı 6"/>
                <w:tag w:val="Kalem Malzeme / Hizmet Adı 6"/>
                <w:id w:val="4325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5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260" w:edGrp="everyone"/>
            <w:sdt>
              <w:sdtPr>
                <w:alias w:val="Kalem Özellik 6"/>
                <w:tag w:val="Kalem Özellik 6"/>
                <w:id w:val="4325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260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61" w:edGrp="everyone"/>
            <w:sdt>
              <w:sdtPr>
                <w:alias w:val="Kalem Birim 6"/>
                <w:tag w:val="Kalem Birim 6"/>
                <w:id w:val="432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261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62" w:edGrp="everyone"/>
            <w:sdt>
              <w:sdtPr>
                <w:alias w:val="Kalem Miktar 6"/>
                <w:tag w:val="Kalem Miktar 6"/>
                <w:id w:val="432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6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63" w:edGrp="everyone"/>
            <w:sdt>
              <w:sdtPr>
                <w:alias w:val="Kalem Birim Fiyat (KDV Hariç) 6"/>
                <w:tag w:val="Kalem Birim Fiyat (KDV Hariç) 6"/>
                <w:id w:val="432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6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64" w:edGrp="everyone"/>
            <w:sdt>
              <w:sdtPr>
                <w:alias w:val="Kalem Toplam 6"/>
                <w:tag w:val="Kalem Toplam 6"/>
                <w:id w:val="432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64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265" w:edGrp="everyone"/>
            <w:sdt>
              <w:sdtPr>
                <w:alias w:val="Kalem Malzeme / Hizmet Adı 7"/>
                <w:tag w:val="Kalem Malzeme / Hizmet Adı 7"/>
                <w:id w:val="4326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6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266" w:edGrp="everyone"/>
            <w:sdt>
              <w:sdtPr>
                <w:alias w:val="Kalem Özellik 7"/>
                <w:tag w:val="Kalem Özellik 7"/>
                <w:id w:val="4326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266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67" w:edGrp="everyone"/>
            <w:sdt>
              <w:sdtPr>
                <w:alias w:val="Kalem Birim 7"/>
                <w:tag w:val="Kalem Birim 7"/>
                <w:id w:val="432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267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68" w:edGrp="everyone"/>
            <w:sdt>
              <w:sdtPr>
                <w:alias w:val="Kalem Miktar 7"/>
                <w:tag w:val="Kalem Miktar 7"/>
                <w:id w:val="432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6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69" w:edGrp="everyone"/>
            <w:sdt>
              <w:sdtPr>
                <w:alias w:val="Kalem Birim Fiyat (KDV Hariç) 7"/>
                <w:tag w:val="Kalem Birim Fiyat (KDV Hariç) 7"/>
                <w:id w:val="432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6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70" w:edGrp="everyone"/>
            <w:sdt>
              <w:sdtPr>
                <w:alias w:val="Kalem Toplam 7"/>
                <w:tag w:val="Kalem Toplam 7"/>
                <w:id w:val="432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70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271" w:edGrp="everyone"/>
            <w:sdt>
              <w:sdtPr>
                <w:alias w:val="Kalem Malzeme / Hizmet Adı 8"/>
                <w:tag w:val="Kalem Malzeme / Hizmet Adı 8"/>
                <w:id w:val="4327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7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272" w:edGrp="everyone"/>
            <w:sdt>
              <w:sdtPr>
                <w:alias w:val="Kalem Özellik 8"/>
                <w:tag w:val="Kalem Özellik 8"/>
                <w:id w:val="4327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272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73" w:edGrp="everyone"/>
            <w:sdt>
              <w:sdtPr>
                <w:alias w:val="Kalem Birim 8"/>
                <w:tag w:val="Kalem Birim 8"/>
                <w:id w:val="432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273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74" w:edGrp="everyone"/>
            <w:sdt>
              <w:sdtPr>
                <w:alias w:val="Kalem Miktar 8"/>
                <w:tag w:val="Kalem Miktar 8"/>
                <w:id w:val="432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7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75" w:edGrp="everyone"/>
            <w:sdt>
              <w:sdtPr>
                <w:alias w:val="Kalem Birim Fiyat (KDV Hariç) 8"/>
                <w:tag w:val="Kalem Birim Fiyat (KDV Hariç) 8"/>
                <w:id w:val="432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7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76" w:edGrp="everyone"/>
            <w:sdt>
              <w:sdtPr>
                <w:alias w:val="Kalem Toplam 8"/>
                <w:tag w:val="Kalem Toplam 8"/>
                <w:id w:val="432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76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277" w:edGrp="everyone"/>
            <w:sdt>
              <w:sdtPr>
                <w:alias w:val="Kalem Malzeme / Hizmet Adı 9"/>
                <w:tag w:val="Kalem Malzeme / Hizmet Adı 9"/>
                <w:id w:val="432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7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278" w:edGrp="everyone"/>
            <w:sdt>
              <w:sdtPr>
                <w:alias w:val="Kalem Özellik 9"/>
                <w:tag w:val="Kalem Özellik 9"/>
                <w:id w:val="432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278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79" w:edGrp="everyone"/>
            <w:sdt>
              <w:sdtPr>
                <w:alias w:val="Kalem Birim 9"/>
                <w:tag w:val="Kalem Birim 9"/>
                <w:id w:val="432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279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80" w:edGrp="everyone"/>
            <w:sdt>
              <w:sdtPr>
                <w:alias w:val="Kalem Miktar 9"/>
                <w:tag w:val="Kalem Miktar 9"/>
                <w:id w:val="432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80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81" w:edGrp="everyone"/>
            <w:sdt>
              <w:sdtPr>
                <w:alias w:val="Kalem Birim Fiyat (KDV Hariç) 9"/>
                <w:tag w:val="Kalem Birim Fiyat (KDV Hariç) 9"/>
                <w:id w:val="432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8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82" w:edGrp="everyone"/>
            <w:sdt>
              <w:sdtPr>
                <w:alias w:val="Kalem Toplam 9"/>
                <w:tag w:val="Kalem Toplam 9"/>
                <w:id w:val="432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82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283" w:edGrp="everyone"/>
            <w:sdt>
              <w:sdtPr>
                <w:alias w:val="Kalem Malzeme / Hizmet Adı 10"/>
                <w:tag w:val="Kalem Malzeme / Hizmet Adı 10"/>
                <w:id w:val="432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8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284" w:edGrp="everyone"/>
            <w:sdt>
              <w:sdtPr>
                <w:alias w:val="Kalem Özellik 10"/>
                <w:tag w:val="Kalem Özellik 10"/>
                <w:id w:val="4328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284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85" w:edGrp="everyone"/>
            <w:sdt>
              <w:sdtPr>
                <w:alias w:val="Kalem Birim 10"/>
                <w:tag w:val="Kalem Birim 10"/>
                <w:id w:val="432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285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2286" w:edGrp="everyone"/>
            <w:sdt>
              <w:sdtPr>
                <w:alias w:val="Kalem Miktar 10"/>
                <w:tag w:val="Kalem Miktar 10"/>
                <w:id w:val="432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86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87" w:edGrp="everyone"/>
            <w:sdt>
              <w:sdtPr>
                <w:alias w:val="Kalem Birim Fiyat (KDV Hariç) 10"/>
                <w:tag w:val="Kalem Birim Fiyat (KDV Hariç) 10"/>
                <w:id w:val="432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28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288" w:edGrp="everyone"/>
            <w:sdt>
              <w:sdtPr>
                <w:alias w:val="Kalem Toplam 10"/>
                <w:tag w:val="Kalem Toplam 10"/>
                <w:id w:val="432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28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7370"/>
      </w:tblGrid>
      <w:tr>
        <w:trPr>
          <w:trHeight w:val="351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Teslim Yeri ve Süresi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2289" w:edGrp="everyone"/>
            <w:sdt>
              <w:sdtPr>
                <w:alias w:val="Teslim yeri ve süresi"/>
                <w:tag w:val="Teslim yeri ve süresi"/>
                <w:id w:val="4328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89"/>
          </w:p>
        </w:tc>
      </w:tr>
      <w:tr>
        <w:trPr>
          <w:trHeight w:val="351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Ödeme Koşulları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2290" w:edGrp="everyone"/>
            <w:sdt>
              <w:sdtPr>
                <w:alias w:val="Ödeme koşulları"/>
                <w:tag w:val="Ödeme koşulları"/>
                <w:id w:val="4328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90"/>
          </w:p>
        </w:tc>
      </w:tr>
      <w:tr>
        <w:trPr>
          <w:trHeight w:val="351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Teklifin Geçerlilik Süresi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2291" w:edGrp="everyone"/>
            <w:sdt>
              <w:sdtPr>
                <w:alias w:val="Geçerlilik süresi"/>
                <w:tag w:val="Geçerlilik süresi"/>
                <w:id w:val="4329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91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Teklifi İsteyen (Yüksekokul Sekreteri)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Teklif Veren Firma Yetkilisi (Kaşe / İmza)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2292" w:edGrp="everyone"/>
            <w:sdt>
              <w:sdtPr>
                <w:alias w:val="Teklifi İsteyen (Yüksekokul Sekreteri) Adı Soyadı"/>
                <w:tag w:val="Teklifi İsteyen (Yüksekokul Sekreteri) Adı Soyadı"/>
                <w:id w:val="4329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292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2293" w:edGrp="everyone"/>
            <w:sdt>
              <w:sdtPr>
                <w:alias w:val="Teklif Veren Firma Yetkilisi (Kaşe / İmza) Adı Soyadı"/>
                <w:tag w:val="Teklif Veren Firma Yetkilisi (Kaşe / İmza) Adı Soyadı"/>
                <w:id w:val="4329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293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HTMYO-KFRM-330  |  Satınalma Teklif İsteme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HTMYO-KFRM-330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Satınalma Teklif İsteme Formu</dc:title>
  <dc:subject>HTMYO-KFRM-330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