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PIYASA FIYAT ARAŞTIRMA TUTANAĞI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294" w:edGrp="everyone"/>
      <w:sdt>
        <w:sdtPr>
          <w:alias w:val="Tarih"/>
          <w:tag w:val="Tarih"/>
          <w:id w:val="4329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29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Satınalma Onay Belge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295" w:edGrp="everyone"/>
            <w:sdt>
              <w:sdtPr>
                <w:alias w:val="Onay belge no"/>
                <w:tag w:val="Onay belge no"/>
                <w:id w:val="432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Alınacak Mal / Hizmet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296" w:edGrp="everyone"/>
            <w:sdt>
              <w:sdtPr>
                <w:alias w:val="Mal / hizmet"/>
                <w:tag w:val="Mal / hizmet"/>
                <w:id w:val="4329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6"/>
          </w:p>
        </w:tc>
      </w:tr>
    </w:tbl>
    <w:p>
      <w:pPr>
        <w:spacing w:before="0" w:after="0" w:line="80" w:lineRule="exact"/>
        <w:jc w:val="left"/>
      </w:pPr>
    </w:p>
    <w:p>
      <w:pPr>
        <w:spacing w:before="60" w:after="60" w:line="240" w:lineRule="auto"/>
        <w:jc w:val="both"/>
      </w:pPr>
      <w:r>
        <w:rPr>
          <w:sz w:val="19"/>
          <w:szCs w:val="19"/>
        </w:rPr>
        <w:t xml:space="preserve">Kapalı zarf içinde alınan tekliflerin komisyon önünde toplu olarak açılması sonucunda aşağıdaki fiyat teklifleri tespit edilmiştir.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607"/>
        <w:gridCol w:w="1360"/>
        <w:gridCol w:w="1814"/>
        <w:gridCol w:w="1247"/>
        <w:gridCol w:w="2040"/>
      </w:tblGrid>
      <w:tr>
        <w:trPr>
          <w:trHeight w:val="396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Teklif Tarihi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Teklif Tutarı (KDV Hariç)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Teslim Süresi</w:t>
            </w:r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297" w:edGrp="everyone"/>
            <w:sdt>
              <w:sdtPr>
                <w:alias w:val="Teklif Firma Adı 1"/>
                <w:tag w:val="Teklif Firma Adı 1"/>
                <w:id w:val="432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229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98" w:edGrp="everyone"/>
            <w:sdt>
              <w:sdtPr>
                <w:alias w:val="Teklif Teklif Tarihi 1"/>
                <w:tag w:val="Teklif Teklif Tarihi 1"/>
                <w:id w:val="4329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29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99" w:edGrp="everyone"/>
            <w:sdt>
              <w:sdtPr>
                <w:alias w:val="Teklif Teklif Tutarı (KDV Hariç) 1"/>
                <w:tag w:val="Teklif Teklif Tutarı (KDV Hariç) 1"/>
                <w:id w:val="432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9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00" w:edGrp="everyone"/>
            <w:sdt>
              <w:sdtPr>
                <w:alias w:val="Teklif Teslim Süresi 1"/>
                <w:tag w:val="Teklif Teslim Süresi 1"/>
                <w:id w:val="432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00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01" w:edGrp="everyone"/>
            <w:sdt>
              <w:sdtPr>
                <w:alias w:val="Teklif Açıklama 1"/>
                <w:tag w:val="Teklif Açıklama 1"/>
                <w:id w:val="433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01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02" w:edGrp="everyone"/>
            <w:sdt>
              <w:sdtPr>
                <w:alias w:val="Teklif Firma Adı 2"/>
                <w:tag w:val="Teklif Firma Adı 2"/>
                <w:id w:val="433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230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303" w:edGrp="everyone"/>
            <w:sdt>
              <w:sdtPr>
                <w:alias w:val="Teklif Teklif Tarihi 2"/>
                <w:tag w:val="Teklif Teklif Tarihi 2"/>
                <w:id w:val="433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0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04" w:edGrp="everyone"/>
            <w:sdt>
              <w:sdtPr>
                <w:alias w:val="Teklif Teklif Tutarı (KDV Hariç) 2"/>
                <w:tag w:val="Teklif Teklif Tutarı (KDV Hariç) 2"/>
                <w:id w:val="433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0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05" w:edGrp="everyone"/>
            <w:sdt>
              <w:sdtPr>
                <w:alias w:val="Teklif Teslim Süresi 2"/>
                <w:tag w:val="Teklif Teslim Süresi 2"/>
                <w:id w:val="433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05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06" w:edGrp="everyone"/>
            <w:sdt>
              <w:sdtPr>
                <w:alias w:val="Teklif Açıklama 2"/>
                <w:tag w:val="Teklif Açıklama 2"/>
                <w:id w:val="433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06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07" w:edGrp="everyone"/>
            <w:sdt>
              <w:sdtPr>
                <w:alias w:val="Teklif Firma Adı 3"/>
                <w:tag w:val="Teklif Firma Adı 3"/>
                <w:id w:val="433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230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308" w:edGrp="everyone"/>
            <w:sdt>
              <w:sdtPr>
                <w:alias w:val="Teklif Teklif Tarihi 3"/>
                <w:tag w:val="Teklif Teklif Tarihi 3"/>
                <w:id w:val="4330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0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09" w:edGrp="everyone"/>
            <w:sdt>
              <w:sdtPr>
                <w:alias w:val="Teklif Teklif Tutarı (KDV Hariç) 3"/>
                <w:tag w:val="Teklif Teklif Tutarı (KDV Hariç) 3"/>
                <w:id w:val="433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0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10" w:edGrp="everyone"/>
            <w:sdt>
              <w:sdtPr>
                <w:alias w:val="Teklif Teslim Süresi 3"/>
                <w:tag w:val="Teklif Teslim Süresi 3"/>
                <w:id w:val="433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10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11" w:edGrp="everyone"/>
            <w:sdt>
              <w:sdtPr>
                <w:alias w:val="Teklif Açıklama 3"/>
                <w:tag w:val="Teklif Açıklama 3"/>
                <w:id w:val="433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11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12" w:edGrp="everyone"/>
            <w:sdt>
              <w:sdtPr>
                <w:alias w:val="Teklif Firma Adı 4"/>
                <w:tag w:val="Teklif Firma Adı 4"/>
                <w:id w:val="433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231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313" w:edGrp="everyone"/>
            <w:sdt>
              <w:sdtPr>
                <w:alias w:val="Teklif Teklif Tarihi 4"/>
                <w:tag w:val="Teklif Teklif Tarihi 4"/>
                <w:id w:val="4331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1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14" w:edGrp="everyone"/>
            <w:sdt>
              <w:sdtPr>
                <w:alias w:val="Teklif Teklif Tutarı (KDV Hariç) 4"/>
                <w:tag w:val="Teklif Teklif Tutarı (KDV Hariç) 4"/>
                <w:id w:val="433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1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15" w:edGrp="everyone"/>
            <w:sdt>
              <w:sdtPr>
                <w:alias w:val="Teklif Teslim Süresi 4"/>
                <w:tag w:val="Teklif Teslim Süresi 4"/>
                <w:id w:val="433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15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16" w:edGrp="everyone"/>
            <w:sdt>
              <w:sdtPr>
                <w:alias w:val="Teklif Açıklama 4"/>
                <w:tag w:val="Teklif Açıklama 4"/>
                <w:id w:val="433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16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17" w:edGrp="everyone"/>
            <w:sdt>
              <w:sdtPr>
                <w:alias w:val="Teklif Firma Adı 5"/>
                <w:tag w:val="Teklif Firma Adı 5"/>
                <w:id w:val="433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231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318" w:edGrp="everyone"/>
            <w:sdt>
              <w:sdtPr>
                <w:alias w:val="Teklif Teklif Tarihi 5"/>
                <w:tag w:val="Teklif Teklif Tarihi 5"/>
                <w:id w:val="433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1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19" w:edGrp="everyone"/>
            <w:sdt>
              <w:sdtPr>
                <w:alias w:val="Teklif Teklif Tutarı (KDV Hariç) 5"/>
                <w:tag w:val="Teklif Teklif Tutarı (KDV Hariç) 5"/>
                <w:id w:val="433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1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20" w:edGrp="everyone"/>
            <w:sdt>
              <w:sdtPr>
                <w:alias w:val="Teklif Teslim Süresi 5"/>
                <w:tag w:val="Teklif Teslim Süresi 5"/>
                <w:id w:val="433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20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21" w:edGrp="everyone"/>
            <w:sdt>
              <w:sdtPr>
                <w:alias w:val="Teklif Açıklama 5"/>
                <w:tag w:val="Teklif Açıklama 5"/>
                <w:id w:val="433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21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322" w:edGrp="everyone"/>
            <w:sdt>
              <w:sdtPr>
                <w:alias w:val="Teklif Firma Adı 6"/>
                <w:tag w:val="Teklif Firma Adı 6"/>
                <w:id w:val="433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232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323" w:edGrp="everyone"/>
            <w:sdt>
              <w:sdtPr>
                <w:alias w:val="Teklif Teklif Tarihi 6"/>
                <w:tag w:val="Teklif Teklif Tarihi 6"/>
                <w:id w:val="4332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2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24" w:edGrp="everyone"/>
            <w:sdt>
              <w:sdtPr>
                <w:alias w:val="Teklif Teklif Tutarı (KDV Hariç) 6"/>
                <w:tag w:val="Teklif Teklif Tutarı (KDV Hariç) 6"/>
                <w:id w:val="433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2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325" w:edGrp="everyone"/>
            <w:sdt>
              <w:sdtPr>
                <w:alias w:val="Teklif Teslim Süresi 6"/>
                <w:tag w:val="Teklif Teslim Süresi 6"/>
                <w:id w:val="433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25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26" w:edGrp="everyone"/>
            <w:sdt>
              <w:sdtPr>
                <w:alias w:val="Teklif Açıklama 6"/>
                <w:tag w:val="Teklif Açıklama 6"/>
                <w:id w:val="433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2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453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Uygun Görülen Firma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327" w:edGrp="everyone"/>
            <w:sdt>
              <w:sdtPr>
                <w:alias w:val="Uygun görülen firma"/>
                <w:tag w:val="Uygun görülen firma"/>
                <w:id w:val="433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27"/>
          </w:p>
        </w:tc>
      </w:tr>
      <w:tr>
        <w:trPr>
          <w:trHeight w:val="453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Gerekçe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328" w:edGrp="everyone"/>
            <w:sdt>
              <w:sdtPr>
                <w:alias w:val="Seçim gerekçesi"/>
                <w:tag w:val="Seçim gerekçesi"/>
                <w:id w:val="4332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28"/>
          </w:p>
        </w:tc>
      </w:tr>
      <w:tr>
        <w:trPr>
          <w:trHeight w:val="453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Yasaklılık Sorgusu (EKAP)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329" w:edGrp="everyone"/>
            <w:sdt>
              <w:sdtPr>
                <w:alias w:val="Sorgulandı, yasaklı değildir"/>
                <w:tag w:val="Sorgulandı, yasaklı değildir"/>
                <w:id w:val="4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329"/>
            <w:r>
              <w:rPr>
                <w:sz w:val="18"/>
                <w:szCs w:val="18"/>
              </w:rPr>
              <w:t xml:space="preserve"> Sorgulandı, yasaklı değildir   </w:t>
            </w:r>
            <w:r>
              <w:rPr>
                <w:sz w:val="18"/>
                <w:szCs w:val="18"/>
              </w:rPr>
              <w:t xml:space="preserve">     Sorgu tarihi: </w:t>
            </w:r>
            <w:permStart w:id="2330" w:edGrp="everyone"/>
            <w:sdt>
              <w:sdtPr>
                <w:alias w:val="Sorgu tarihi"/>
                <w:tag w:val="Sorgu tarihi"/>
                <w:id w:val="433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3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Başkanı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Üyesi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Üyesi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331" w:edGrp="everyone"/>
            <w:sdt>
              <w:sdtPr>
                <w:alias w:val="Komisyon Başkanı Adı Soyadı"/>
                <w:tag w:val="Komisyon Başkanı Adı Soyadı"/>
                <w:id w:val="4333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3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332" w:edGrp="everyone"/>
            <w:sdt>
              <w:sdtPr>
                <w:alias w:val="Komisyon Üyesi Adı Soyadı"/>
                <w:tag w:val="Komisyon Üyesi Adı Soyadı"/>
                <w:id w:val="4333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3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333" w:edGrp="everyone"/>
            <w:sdt>
              <w:sdtPr>
                <w:alias w:val="Komisyon Üyesi Adı Soyadı"/>
                <w:tag w:val="Komisyon Üyesi Adı Soyadı"/>
                <w:id w:val="4333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33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Onay: </w:t>
      </w:r>
      <w:r>
        <w:rPr>
          <w:sz w:val="19"/>
          <w:szCs w:val="19"/>
        </w:rPr>
        <w:t xml:space="preserve">Yukarıdaki tutanak uygun görülmüştür.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Harcama Yetkilisi (Yüksekokul Müdürü)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2334" w:edGrp="everyone"/>
            <w:sdt>
              <w:sdtPr>
                <w:alias w:val="Harcama Yetkilisi (Yüksekokul Müdürü) Adı Soyadı"/>
                <w:tag w:val="Harcama Yetkilisi (Yüksekokul Müdürü) Adı Soyadı"/>
                <w:id w:val="4333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34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HTMYO-KFRM-331  |  Piyasa Fiyat Araştırma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Piyasa Fiyat Araştırma Tutanağı</dc:title>
  <dc:subject>HTMYO-KFRM-331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