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SATINALMA MUAYENE KABUL KOMISYONU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335" w:edGrp="everyone"/>
      <w:sdt>
        <w:sdtPr>
          <w:alias w:val="Tarih"/>
          <w:tag w:val="Tarih"/>
          <w:id w:val="43334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335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Tedarikçi Firma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336" w:edGrp="everyone"/>
            <w:sdt>
              <w:sdtPr>
                <w:alias w:val="Tedarikçi firma"/>
                <w:tag w:val="Tedarikçi firma"/>
                <w:id w:val="4333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36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Fatura / İrsaliye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337" w:edGrp="everyone"/>
            <w:sdt>
              <w:sdtPr>
                <w:alias w:val="Fatura no"/>
                <w:tag w:val="Fatura no"/>
                <w:id w:val="433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37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Satınalma Onay Belge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338" w:edGrp="everyone"/>
            <w:sdt>
              <w:sdtPr>
                <w:alias w:val="Onay belge no"/>
                <w:tag w:val="Onay belge no"/>
                <w:id w:val="433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38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Teknik Şartname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339" w:edGrp="everyone"/>
            <w:sdt>
              <w:sdtPr>
                <w:alias w:val="Var"/>
                <w:tag w:val="Var"/>
                <w:id w:val="43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339"/>
            <w:r>
              <w:rPr>
                <w:sz w:val="18"/>
                <w:szCs w:val="18"/>
              </w:rPr>
              <w:t xml:space="preserve"> Var   </w:t>
            </w:r>
            <w:r>
              <w:rPr>
                <w:sz w:val="18"/>
                <w:szCs w:val="18"/>
              </w:rPr>
              <w:t xml:space="preserve">   </w:t>
            </w:r>
            <w:permStart w:id="2340" w:edGrp="everyone"/>
            <w:sdt>
              <w:sdtPr>
                <w:alias w:val="Yok"/>
                <w:tag w:val="Yok"/>
                <w:id w:val="43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340"/>
            <w:r>
              <w:rPr>
                <w:sz w:val="18"/>
                <w:szCs w:val="18"/>
              </w:rPr>
              <w:t xml:space="preserve"> Yok   </w:t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721"/>
        <w:gridCol w:w="1133"/>
        <w:gridCol w:w="1133"/>
        <w:gridCol w:w="1927"/>
        <w:gridCol w:w="2154"/>
      </w:tblGrid>
      <w:tr>
        <w:trPr>
          <w:trHeight w:val="351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S.N</w:t>
            </w:r>
          </w:p>
        </w:tc>
        <w:tc>
          <w:tcPr>
            <w:tcW w:type="dxa" w:w="272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Malzeme / Hizmet Adı</w:t>
            </w:r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Sipariş Miktarı</w:t>
            </w:r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Teslim Edilen</w:t>
            </w:r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Şartnameye / Onay Belgesine Uygun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Açıklama</w:t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2341" w:edGrp="everyone"/>
            <w:sdt>
              <w:sdtPr>
                <w:alias w:val="Muayene Malzeme / Hizmet Adı 1"/>
                <w:tag w:val="Muayene Malzeme / Hizmet Adı 1"/>
                <w:id w:val="433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41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42" w:edGrp="everyone"/>
            <w:sdt>
              <w:sdtPr>
                <w:alias w:val="Muayene Sipariş Miktarı 1"/>
                <w:tag w:val="Muayene Sipariş Miktarı 1"/>
                <w:id w:val="433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42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43" w:edGrp="everyone"/>
            <w:sdt>
              <w:sdtPr>
                <w:alias w:val="Muayene Teslim Edilen 1"/>
                <w:tag w:val="Muayene Teslim Edilen 1"/>
                <w:id w:val="433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43"/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center"/>
            </w:pPr>
            <w:permStart w:id="2344" w:edGrp="everyone"/>
            <w:sdt>
              <w:sdtPr>
                <w:alias w:val="Muayene Şartnameye / Onay Belgesine Uygun 1"/>
                <w:tag w:val="Muayene Şartnameye / Onay Belgesine Uygun 1"/>
                <w:id w:val="43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34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345" w:edGrp="everyone"/>
            <w:sdt>
              <w:sdtPr>
                <w:alias w:val="Muayene Açıklama 1"/>
                <w:tag w:val="Muayene Açıklama 1"/>
                <w:id w:val="433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45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2346" w:edGrp="everyone"/>
            <w:sdt>
              <w:sdtPr>
                <w:alias w:val="Muayene Malzeme / Hizmet Adı 2"/>
                <w:tag w:val="Muayene Malzeme / Hizmet Adı 2"/>
                <w:id w:val="433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46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47" w:edGrp="everyone"/>
            <w:sdt>
              <w:sdtPr>
                <w:alias w:val="Muayene Sipariş Miktarı 2"/>
                <w:tag w:val="Muayene Sipariş Miktarı 2"/>
                <w:id w:val="433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4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48" w:edGrp="everyone"/>
            <w:sdt>
              <w:sdtPr>
                <w:alias w:val="Muayene Teslim Edilen 2"/>
                <w:tag w:val="Muayene Teslim Edilen 2"/>
                <w:id w:val="433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48"/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center"/>
            </w:pPr>
            <w:permStart w:id="2349" w:edGrp="everyone"/>
            <w:sdt>
              <w:sdtPr>
                <w:alias w:val="Muayene Şartnameye / Onay Belgesine Uygun 2"/>
                <w:tag w:val="Muayene Şartnameye / Onay Belgesine Uygun 2"/>
                <w:id w:val="43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34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350" w:edGrp="everyone"/>
            <w:sdt>
              <w:sdtPr>
                <w:alias w:val="Muayene Açıklama 2"/>
                <w:tag w:val="Muayene Açıklama 2"/>
                <w:id w:val="433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50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2351" w:edGrp="everyone"/>
            <w:sdt>
              <w:sdtPr>
                <w:alias w:val="Muayene Malzeme / Hizmet Adı 3"/>
                <w:tag w:val="Muayene Malzeme / Hizmet Adı 3"/>
                <w:id w:val="433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51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52" w:edGrp="everyone"/>
            <w:sdt>
              <w:sdtPr>
                <w:alias w:val="Muayene Sipariş Miktarı 3"/>
                <w:tag w:val="Muayene Sipariş Miktarı 3"/>
                <w:id w:val="433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52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53" w:edGrp="everyone"/>
            <w:sdt>
              <w:sdtPr>
                <w:alias w:val="Muayene Teslim Edilen 3"/>
                <w:tag w:val="Muayene Teslim Edilen 3"/>
                <w:id w:val="433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53"/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center"/>
            </w:pPr>
            <w:permStart w:id="2354" w:edGrp="everyone"/>
            <w:sdt>
              <w:sdtPr>
                <w:alias w:val="Muayene Şartnameye / Onay Belgesine Uygun 3"/>
                <w:tag w:val="Muayene Şartnameye / Onay Belgesine Uygun 3"/>
                <w:id w:val="43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35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355" w:edGrp="everyone"/>
            <w:sdt>
              <w:sdtPr>
                <w:alias w:val="Muayene Açıklama 3"/>
                <w:tag w:val="Muayene Açıklama 3"/>
                <w:id w:val="433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55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2356" w:edGrp="everyone"/>
            <w:sdt>
              <w:sdtPr>
                <w:alias w:val="Muayene Malzeme / Hizmet Adı 4"/>
                <w:tag w:val="Muayene Malzeme / Hizmet Adı 4"/>
                <w:id w:val="433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56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57" w:edGrp="everyone"/>
            <w:sdt>
              <w:sdtPr>
                <w:alias w:val="Muayene Sipariş Miktarı 4"/>
                <w:tag w:val="Muayene Sipariş Miktarı 4"/>
                <w:id w:val="433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5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58" w:edGrp="everyone"/>
            <w:sdt>
              <w:sdtPr>
                <w:alias w:val="Muayene Teslim Edilen 4"/>
                <w:tag w:val="Muayene Teslim Edilen 4"/>
                <w:id w:val="433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58"/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center"/>
            </w:pPr>
            <w:permStart w:id="2359" w:edGrp="everyone"/>
            <w:sdt>
              <w:sdtPr>
                <w:alias w:val="Muayene Şartnameye / Onay Belgesine Uygun 4"/>
                <w:tag w:val="Muayene Şartnameye / Onay Belgesine Uygun 4"/>
                <w:id w:val="43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35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360" w:edGrp="everyone"/>
            <w:sdt>
              <w:sdtPr>
                <w:alias w:val="Muayene Açıklama 4"/>
                <w:tag w:val="Muayene Açıklama 4"/>
                <w:id w:val="4335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60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2361" w:edGrp="everyone"/>
            <w:sdt>
              <w:sdtPr>
                <w:alias w:val="Muayene Malzeme / Hizmet Adı 5"/>
                <w:tag w:val="Muayene Malzeme / Hizmet Adı 5"/>
                <w:id w:val="433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61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62" w:edGrp="everyone"/>
            <w:sdt>
              <w:sdtPr>
                <w:alias w:val="Muayene Sipariş Miktarı 5"/>
                <w:tag w:val="Muayene Sipariş Miktarı 5"/>
                <w:id w:val="433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62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63" w:edGrp="everyone"/>
            <w:sdt>
              <w:sdtPr>
                <w:alias w:val="Muayene Teslim Edilen 5"/>
                <w:tag w:val="Muayene Teslim Edilen 5"/>
                <w:id w:val="433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63"/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center"/>
            </w:pPr>
            <w:permStart w:id="2364" w:edGrp="everyone"/>
            <w:sdt>
              <w:sdtPr>
                <w:alias w:val="Muayene Şartnameye / Onay Belgesine Uygun 5"/>
                <w:tag w:val="Muayene Şartnameye / Onay Belgesine Uygun 5"/>
                <w:id w:val="43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36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365" w:edGrp="everyone"/>
            <w:sdt>
              <w:sdtPr>
                <w:alias w:val="Muayene Açıklama 5"/>
                <w:tag w:val="Muayene Açıklama 5"/>
                <w:id w:val="433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65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2366" w:edGrp="everyone"/>
            <w:sdt>
              <w:sdtPr>
                <w:alias w:val="Muayene Malzeme / Hizmet Adı 6"/>
                <w:tag w:val="Muayene Malzeme / Hizmet Adı 6"/>
                <w:id w:val="433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66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67" w:edGrp="everyone"/>
            <w:sdt>
              <w:sdtPr>
                <w:alias w:val="Muayene Sipariş Miktarı 6"/>
                <w:tag w:val="Muayene Sipariş Miktarı 6"/>
                <w:id w:val="433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6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68" w:edGrp="everyone"/>
            <w:sdt>
              <w:sdtPr>
                <w:alias w:val="Muayene Teslim Edilen 6"/>
                <w:tag w:val="Muayene Teslim Edilen 6"/>
                <w:id w:val="433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68"/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center"/>
            </w:pPr>
            <w:permStart w:id="2369" w:edGrp="everyone"/>
            <w:sdt>
              <w:sdtPr>
                <w:alias w:val="Muayene Şartnameye / Onay Belgesine Uygun 6"/>
                <w:tag w:val="Muayene Şartnameye / Onay Belgesine Uygun 6"/>
                <w:id w:val="43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36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370" w:edGrp="everyone"/>
            <w:sdt>
              <w:sdtPr>
                <w:alias w:val="Muayene Açıklama 6"/>
                <w:tag w:val="Muayene Açıklama 6"/>
                <w:id w:val="433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70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2371" w:edGrp="everyone"/>
            <w:sdt>
              <w:sdtPr>
                <w:alias w:val="Muayene Malzeme / Hizmet Adı 7"/>
                <w:tag w:val="Muayene Malzeme / Hizmet Adı 7"/>
                <w:id w:val="433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71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72" w:edGrp="everyone"/>
            <w:sdt>
              <w:sdtPr>
                <w:alias w:val="Muayene Sipariş Miktarı 7"/>
                <w:tag w:val="Muayene Sipariş Miktarı 7"/>
                <w:id w:val="433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72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73" w:edGrp="everyone"/>
            <w:sdt>
              <w:sdtPr>
                <w:alias w:val="Muayene Teslim Edilen 7"/>
                <w:tag w:val="Muayene Teslim Edilen 7"/>
                <w:id w:val="433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73"/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center"/>
            </w:pPr>
            <w:permStart w:id="2374" w:edGrp="everyone"/>
            <w:sdt>
              <w:sdtPr>
                <w:alias w:val="Muayene Şartnameye / Onay Belgesine Uygun 7"/>
                <w:tag w:val="Muayene Şartnameye / Onay Belgesine Uygun 7"/>
                <w:id w:val="43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37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375" w:edGrp="everyone"/>
            <w:sdt>
              <w:sdtPr>
                <w:alias w:val="Muayene Açıklama 7"/>
                <w:tag w:val="Muayene Açıklama 7"/>
                <w:id w:val="433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75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2376" w:edGrp="everyone"/>
            <w:sdt>
              <w:sdtPr>
                <w:alias w:val="Muayene Malzeme / Hizmet Adı 8"/>
                <w:tag w:val="Muayene Malzeme / Hizmet Adı 8"/>
                <w:id w:val="433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76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77" w:edGrp="everyone"/>
            <w:sdt>
              <w:sdtPr>
                <w:alias w:val="Muayene Sipariş Miktarı 8"/>
                <w:tag w:val="Muayene Sipariş Miktarı 8"/>
                <w:id w:val="433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7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78" w:edGrp="everyone"/>
            <w:sdt>
              <w:sdtPr>
                <w:alias w:val="Muayene Teslim Edilen 8"/>
                <w:tag w:val="Muayene Teslim Edilen 8"/>
                <w:id w:val="433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78"/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center"/>
            </w:pPr>
            <w:permStart w:id="2379" w:edGrp="everyone"/>
            <w:sdt>
              <w:sdtPr>
                <w:alias w:val="Muayene Şartnameye / Onay Belgesine Uygun 8"/>
                <w:tag w:val="Muayene Şartnameye / Onay Belgesine Uygun 8"/>
                <w:id w:val="43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37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380" w:edGrp="everyone"/>
            <w:sdt>
              <w:sdtPr>
                <w:alias w:val="Muayene Açıklama 8"/>
                <w:tag w:val="Muayene Açıklama 8"/>
                <w:id w:val="433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80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2381" w:edGrp="everyone"/>
            <w:sdt>
              <w:sdtPr>
                <w:alias w:val="Muayene Malzeme / Hizmet Adı 9"/>
                <w:tag w:val="Muayene Malzeme / Hizmet Adı 9"/>
                <w:id w:val="433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81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82" w:edGrp="everyone"/>
            <w:sdt>
              <w:sdtPr>
                <w:alias w:val="Muayene Sipariş Miktarı 9"/>
                <w:tag w:val="Muayene Sipariş Miktarı 9"/>
                <w:id w:val="433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82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83" w:edGrp="everyone"/>
            <w:sdt>
              <w:sdtPr>
                <w:alias w:val="Muayene Teslim Edilen 9"/>
                <w:tag w:val="Muayene Teslim Edilen 9"/>
                <w:id w:val="433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83"/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center"/>
            </w:pPr>
            <w:permStart w:id="2384" w:edGrp="everyone"/>
            <w:sdt>
              <w:sdtPr>
                <w:alias w:val="Muayene Şartnameye / Onay Belgesine Uygun 9"/>
                <w:tag w:val="Muayene Şartnameye / Onay Belgesine Uygun 9"/>
                <w:id w:val="43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38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385" w:edGrp="everyone"/>
            <w:sdt>
              <w:sdtPr>
                <w:alias w:val="Muayene Açıklama 9"/>
                <w:tag w:val="Muayene Açıklama 9"/>
                <w:id w:val="433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85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2386" w:edGrp="everyone"/>
            <w:sdt>
              <w:sdtPr>
                <w:alias w:val="Muayene Malzeme / Hizmet Adı 10"/>
                <w:tag w:val="Muayene Malzeme / Hizmet Adı 10"/>
                <w:id w:val="433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86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87" w:edGrp="everyone"/>
            <w:sdt>
              <w:sdtPr>
                <w:alias w:val="Muayene Sipariş Miktarı 10"/>
                <w:tag w:val="Muayene Sipariş Miktarı 10"/>
                <w:id w:val="433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8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88" w:edGrp="everyone"/>
            <w:sdt>
              <w:sdtPr>
                <w:alias w:val="Muayene Teslim Edilen 10"/>
                <w:tag w:val="Muayene Teslim Edilen 10"/>
                <w:id w:val="433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388"/>
          </w:p>
        </w:tc>
        <w:tc>
          <w:tcPr>
            <w:tcW w:type="dxa" w:w="1928"/>
            <w:vAlign w:val="center"/>
          </w:tcPr>
          <w:p>
            <w:pPr>
              <w:spacing w:before="0" w:after="0" w:line="240" w:lineRule="auto"/>
              <w:jc w:val="center"/>
            </w:pPr>
            <w:permStart w:id="2389" w:edGrp="everyone"/>
            <w:sdt>
              <w:sdtPr>
                <w:alias w:val="Muayene Şartnameye / Onay Belgesine Uygun 10"/>
                <w:tag w:val="Muayene Şartnameye / Onay Belgesine Uygun 10"/>
                <w:id w:val="43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238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2390" w:edGrp="everyone"/>
            <w:sdt>
              <w:sdtPr>
                <w:alias w:val="Muayene Açıklama 10"/>
                <w:tag w:val="Muayene Açıklama 10"/>
                <w:id w:val="433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2390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834"/>
        <w:gridCol w:w="6803"/>
      </w:tblGrid>
      <w:tr>
        <w:trPr>
          <w:trHeight w:val="680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Komisyon Kararı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2391" w:edGrp="everyone"/>
            <w:sdt>
              <w:sdtPr>
                <w:alias w:val="Komisyon kararı"/>
                <w:tag w:val="Komisyon kararı"/>
                <w:id w:val="43390"/>
                <w:showingPlcHdr/>
                <w:dropDownList>
                  <w:listItem w:displayText="Kabul" w:value="Kabul"/>
                  <w:listItem w:displayText="Şartlı kabul" w:value="Şartlı kabul"/>
                  <w:listItem w:displayText="Ret" w:value="Ret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391"/>
          </w:p>
        </w:tc>
      </w:tr>
      <w:tr>
        <w:trPr>
          <w:trHeight w:val="680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Uygunsuzluk Varsa Tanımı ve Tedarikçiye Bildirim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2392" w:edGrp="everyone"/>
            <w:sdt>
              <w:sdtPr>
                <w:alias w:val="Uygunsuzluk ve bildirim"/>
                <w:tag w:val="Uygunsuzluk ve bildirim"/>
                <w:id w:val="43391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92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Komisyon Başkanı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Komisyon Üyesi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Komisyon Üyesi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393" w:edGrp="everyone"/>
            <w:sdt>
              <w:sdtPr>
                <w:alias w:val="Komisyon Başkanı Adı Soyadı"/>
                <w:tag w:val="Komisyon Başkanı Adı Soyadı"/>
                <w:id w:val="4339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393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394" w:edGrp="everyone"/>
            <w:sdt>
              <w:sdtPr>
                <w:alias w:val="Komisyon Üyesi Adı Soyadı"/>
                <w:tag w:val="Komisyon Üyesi Adı Soyadı"/>
                <w:id w:val="4339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394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395" w:edGrp="everyone"/>
            <w:sdt>
              <w:sdtPr>
                <w:alias w:val="Komisyon Üyesi Adı Soyadı"/>
                <w:tag w:val="Komisyon Üyesi Adı Soyadı"/>
                <w:id w:val="43394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395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HTMYO-KFRM-332  |  Satınalma Muayene Kabul Komisyonu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HTMYO-KFRM-332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Satınalma Muayene Kabul Komisyonu Formu</dc:title>
  <dc:subject>HTMYO-KFRM-332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