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YAKLAŞIK MALIYET HESAP CETVELI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396" w:edGrp="everyone"/>
      <w:sdt>
        <w:sdtPr>
          <w:alias w:val="Tarih"/>
          <w:tag w:val="Tarih"/>
          <w:id w:val="43395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396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İşin 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397" w:edGrp="everyone"/>
            <w:sdt>
              <w:sdtPr>
                <w:alias w:val="İşin adı"/>
                <w:tag w:val="İşin adı"/>
                <w:id w:val="433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9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Satınalma Onay Belge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398" w:edGrp="everyone"/>
            <w:sdt>
              <w:sdtPr>
                <w:alias w:val="Onay belge no"/>
                <w:tag w:val="Onay belge no"/>
                <w:id w:val="4339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9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3628"/>
        <w:gridCol w:w="1020"/>
        <w:gridCol w:w="1020"/>
        <w:gridCol w:w="1700"/>
        <w:gridCol w:w="1700"/>
      </w:tblGrid>
      <w:tr>
        <w:trPr>
          <w:trHeight w:val="351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S.N</w:t>
            </w:r>
          </w:p>
        </w:tc>
        <w:tc>
          <w:tcPr>
            <w:tcW w:type="dxa" w:w="362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İş Kalemi / Malzeme</w:t>
            </w:r>
          </w:p>
        </w:tc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Birim</w:t>
            </w:r>
          </w:p>
        </w:tc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Miktar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Birim Fiyat (KDV Hariç)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Tutar</w:t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399" w:edGrp="everyone"/>
            <w:sdt>
              <w:sdtPr>
                <w:alias w:val="Kalem İş Kalemi / Malzeme 1"/>
                <w:tag w:val="Kalem İş Kalemi / Malzeme 1"/>
                <w:id w:val="433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399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00" w:edGrp="everyone"/>
            <w:sdt>
              <w:sdtPr>
                <w:alias w:val="Kalem Birim 1"/>
                <w:tag w:val="Kalem Birim 1"/>
                <w:id w:val="433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0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01" w:edGrp="everyone"/>
            <w:sdt>
              <w:sdtPr>
                <w:alias w:val="Kalem Miktar 1"/>
                <w:tag w:val="Kalem Miktar 1"/>
                <w:id w:val="434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401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02" w:edGrp="everyone"/>
            <w:sdt>
              <w:sdtPr>
                <w:alias w:val="Kalem Birim Fiyat (KDV Hariç) 1"/>
                <w:tag w:val="Kalem Birim Fiyat (KDV Hariç) 1"/>
                <w:id w:val="434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02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03" w:edGrp="everyone"/>
            <w:sdt>
              <w:sdtPr>
                <w:alias w:val="Kalem Tutar 1"/>
                <w:tag w:val="Kalem Tutar 1"/>
                <w:id w:val="434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03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04" w:edGrp="everyone"/>
            <w:sdt>
              <w:sdtPr>
                <w:alias w:val="Kalem İş Kalemi / Malzeme 2"/>
                <w:tag w:val="Kalem İş Kalemi / Malzeme 2"/>
                <w:id w:val="434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0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05" w:edGrp="everyone"/>
            <w:sdt>
              <w:sdtPr>
                <w:alias w:val="Kalem Birim 2"/>
                <w:tag w:val="Kalem Birim 2"/>
                <w:id w:val="434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05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06" w:edGrp="everyone"/>
            <w:sdt>
              <w:sdtPr>
                <w:alias w:val="Kalem Miktar 2"/>
                <w:tag w:val="Kalem Miktar 2"/>
                <w:id w:val="434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406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07" w:edGrp="everyone"/>
            <w:sdt>
              <w:sdtPr>
                <w:alias w:val="Kalem Birim Fiyat (KDV Hariç) 2"/>
                <w:tag w:val="Kalem Birim Fiyat (KDV Hariç) 2"/>
                <w:id w:val="434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07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08" w:edGrp="everyone"/>
            <w:sdt>
              <w:sdtPr>
                <w:alias w:val="Kalem Tutar 2"/>
                <w:tag w:val="Kalem Tutar 2"/>
                <w:id w:val="434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08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09" w:edGrp="everyone"/>
            <w:sdt>
              <w:sdtPr>
                <w:alias w:val="Kalem İş Kalemi / Malzeme 3"/>
                <w:tag w:val="Kalem İş Kalemi / Malzeme 3"/>
                <w:id w:val="434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09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10" w:edGrp="everyone"/>
            <w:sdt>
              <w:sdtPr>
                <w:alias w:val="Kalem Birim 3"/>
                <w:tag w:val="Kalem Birim 3"/>
                <w:id w:val="434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1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11" w:edGrp="everyone"/>
            <w:sdt>
              <w:sdtPr>
                <w:alias w:val="Kalem Miktar 3"/>
                <w:tag w:val="Kalem Miktar 3"/>
                <w:id w:val="434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411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12" w:edGrp="everyone"/>
            <w:sdt>
              <w:sdtPr>
                <w:alias w:val="Kalem Birim Fiyat (KDV Hariç) 3"/>
                <w:tag w:val="Kalem Birim Fiyat (KDV Hariç) 3"/>
                <w:id w:val="434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12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13" w:edGrp="everyone"/>
            <w:sdt>
              <w:sdtPr>
                <w:alias w:val="Kalem Tutar 3"/>
                <w:tag w:val="Kalem Tutar 3"/>
                <w:id w:val="434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13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14" w:edGrp="everyone"/>
            <w:sdt>
              <w:sdtPr>
                <w:alias w:val="Kalem İş Kalemi / Malzeme 4"/>
                <w:tag w:val="Kalem İş Kalemi / Malzeme 4"/>
                <w:id w:val="434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1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15" w:edGrp="everyone"/>
            <w:sdt>
              <w:sdtPr>
                <w:alias w:val="Kalem Birim 4"/>
                <w:tag w:val="Kalem Birim 4"/>
                <w:id w:val="434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15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16" w:edGrp="everyone"/>
            <w:sdt>
              <w:sdtPr>
                <w:alias w:val="Kalem Miktar 4"/>
                <w:tag w:val="Kalem Miktar 4"/>
                <w:id w:val="434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416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17" w:edGrp="everyone"/>
            <w:sdt>
              <w:sdtPr>
                <w:alias w:val="Kalem Birim Fiyat (KDV Hariç) 4"/>
                <w:tag w:val="Kalem Birim Fiyat (KDV Hariç) 4"/>
                <w:id w:val="434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17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18" w:edGrp="everyone"/>
            <w:sdt>
              <w:sdtPr>
                <w:alias w:val="Kalem Tutar 4"/>
                <w:tag w:val="Kalem Tutar 4"/>
                <w:id w:val="434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18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19" w:edGrp="everyone"/>
            <w:sdt>
              <w:sdtPr>
                <w:alias w:val="Kalem İş Kalemi / Malzeme 5"/>
                <w:tag w:val="Kalem İş Kalemi / Malzeme 5"/>
                <w:id w:val="434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19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20" w:edGrp="everyone"/>
            <w:sdt>
              <w:sdtPr>
                <w:alias w:val="Kalem Birim 5"/>
                <w:tag w:val="Kalem Birim 5"/>
                <w:id w:val="434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2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21" w:edGrp="everyone"/>
            <w:sdt>
              <w:sdtPr>
                <w:alias w:val="Kalem Miktar 5"/>
                <w:tag w:val="Kalem Miktar 5"/>
                <w:id w:val="434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421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22" w:edGrp="everyone"/>
            <w:sdt>
              <w:sdtPr>
                <w:alias w:val="Kalem Birim Fiyat (KDV Hariç) 5"/>
                <w:tag w:val="Kalem Birim Fiyat (KDV Hariç) 5"/>
                <w:id w:val="434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22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23" w:edGrp="everyone"/>
            <w:sdt>
              <w:sdtPr>
                <w:alias w:val="Kalem Tutar 5"/>
                <w:tag w:val="Kalem Tutar 5"/>
                <w:id w:val="434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23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24" w:edGrp="everyone"/>
            <w:sdt>
              <w:sdtPr>
                <w:alias w:val="Kalem İş Kalemi / Malzeme 6"/>
                <w:tag w:val="Kalem İş Kalemi / Malzeme 6"/>
                <w:id w:val="434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2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25" w:edGrp="everyone"/>
            <w:sdt>
              <w:sdtPr>
                <w:alias w:val="Kalem Birim 6"/>
                <w:tag w:val="Kalem Birim 6"/>
                <w:id w:val="434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25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26" w:edGrp="everyone"/>
            <w:sdt>
              <w:sdtPr>
                <w:alias w:val="Kalem Miktar 6"/>
                <w:tag w:val="Kalem Miktar 6"/>
                <w:id w:val="434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426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27" w:edGrp="everyone"/>
            <w:sdt>
              <w:sdtPr>
                <w:alias w:val="Kalem Birim Fiyat (KDV Hariç) 6"/>
                <w:tag w:val="Kalem Birim Fiyat (KDV Hariç) 6"/>
                <w:id w:val="434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27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28" w:edGrp="everyone"/>
            <w:sdt>
              <w:sdtPr>
                <w:alias w:val="Kalem Tutar 6"/>
                <w:tag w:val="Kalem Tutar 6"/>
                <w:id w:val="434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28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29" w:edGrp="everyone"/>
            <w:sdt>
              <w:sdtPr>
                <w:alias w:val="Kalem İş Kalemi / Malzeme 7"/>
                <w:tag w:val="Kalem İş Kalemi / Malzeme 7"/>
                <w:id w:val="434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29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30" w:edGrp="everyone"/>
            <w:sdt>
              <w:sdtPr>
                <w:alias w:val="Kalem Birim 7"/>
                <w:tag w:val="Kalem Birim 7"/>
                <w:id w:val="434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3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31" w:edGrp="everyone"/>
            <w:sdt>
              <w:sdtPr>
                <w:alias w:val="Kalem Miktar 7"/>
                <w:tag w:val="Kalem Miktar 7"/>
                <w:id w:val="434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431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32" w:edGrp="everyone"/>
            <w:sdt>
              <w:sdtPr>
                <w:alias w:val="Kalem Birim Fiyat (KDV Hariç) 7"/>
                <w:tag w:val="Kalem Birim Fiyat (KDV Hariç) 7"/>
                <w:id w:val="434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32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33" w:edGrp="everyone"/>
            <w:sdt>
              <w:sdtPr>
                <w:alias w:val="Kalem Tutar 7"/>
                <w:tag w:val="Kalem Tutar 7"/>
                <w:id w:val="434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33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34" w:edGrp="everyone"/>
            <w:sdt>
              <w:sdtPr>
                <w:alias w:val="Kalem İş Kalemi / Malzeme 8"/>
                <w:tag w:val="Kalem İş Kalemi / Malzeme 8"/>
                <w:id w:val="434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3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35" w:edGrp="everyone"/>
            <w:sdt>
              <w:sdtPr>
                <w:alias w:val="Kalem Birim 8"/>
                <w:tag w:val="Kalem Birim 8"/>
                <w:id w:val="434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35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36" w:edGrp="everyone"/>
            <w:sdt>
              <w:sdtPr>
                <w:alias w:val="Kalem Miktar 8"/>
                <w:tag w:val="Kalem Miktar 8"/>
                <w:id w:val="434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436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37" w:edGrp="everyone"/>
            <w:sdt>
              <w:sdtPr>
                <w:alias w:val="Kalem Birim Fiyat (KDV Hariç) 8"/>
                <w:tag w:val="Kalem Birim Fiyat (KDV Hariç) 8"/>
                <w:id w:val="434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37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38" w:edGrp="everyone"/>
            <w:sdt>
              <w:sdtPr>
                <w:alias w:val="Kalem Tutar 8"/>
                <w:tag w:val="Kalem Tutar 8"/>
                <w:id w:val="434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38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39" w:edGrp="everyone"/>
            <w:sdt>
              <w:sdtPr>
                <w:alias w:val="Kalem İş Kalemi / Malzeme 9"/>
                <w:tag w:val="Kalem İş Kalemi / Malzeme 9"/>
                <w:id w:val="434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39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40" w:edGrp="everyone"/>
            <w:sdt>
              <w:sdtPr>
                <w:alias w:val="Kalem Birim 9"/>
                <w:tag w:val="Kalem Birim 9"/>
                <w:id w:val="434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4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41" w:edGrp="everyone"/>
            <w:sdt>
              <w:sdtPr>
                <w:alias w:val="Kalem Miktar 9"/>
                <w:tag w:val="Kalem Miktar 9"/>
                <w:id w:val="434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441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42" w:edGrp="everyone"/>
            <w:sdt>
              <w:sdtPr>
                <w:alias w:val="Kalem Birim Fiyat (KDV Hariç) 9"/>
                <w:tag w:val="Kalem Birim Fiyat (KDV Hariç) 9"/>
                <w:id w:val="434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42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43" w:edGrp="everyone"/>
            <w:sdt>
              <w:sdtPr>
                <w:alias w:val="Kalem Tutar 9"/>
                <w:tag w:val="Kalem Tutar 9"/>
                <w:id w:val="434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43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44" w:edGrp="everyone"/>
            <w:sdt>
              <w:sdtPr>
                <w:alias w:val="Kalem İş Kalemi / Malzeme 10"/>
                <w:tag w:val="Kalem İş Kalemi / Malzeme 10"/>
                <w:id w:val="434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4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45" w:edGrp="everyone"/>
            <w:sdt>
              <w:sdtPr>
                <w:alias w:val="Kalem Birim 10"/>
                <w:tag w:val="Kalem Birim 10"/>
                <w:id w:val="434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45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46" w:edGrp="everyone"/>
            <w:sdt>
              <w:sdtPr>
                <w:alias w:val="Kalem Miktar 10"/>
                <w:tag w:val="Kalem Miktar 10"/>
                <w:id w:val="434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446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47" w:edGrp="everyone"/>
            <w:sdt>
              <w:sdtPr>
                <w:alias w:val="Kalem Birim Fiyat (KDV Hariç) 10"/>
                <w:tag w:val="Kalem Birim Fiyat (KDV Hariç) 10"/>
                <w:id w:val="434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47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48" w:edGrp="everyone"/>
            <w:sdt>
              <w:sdtPr>
                <w:alias w:val="Kalem Tutar 10"/>
                <w:tag w:val="Kalem Tutar 10"/>
                <w:id w:val="434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48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49" w:edGrp="everyone"/>
            <w:sdt>
              <w:sdtPr>
                <w:alias w:val="Kalem İş Kalemi / Malzeme 11"/>
                <w:tag w:val="Kalem İş Kalemi / Malzeme 11"/>
                <w:id w:val="434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49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50" w:edGrp="everyone"/>
            <w:sdt>
              <w:sdtPr>
                <w:alias w:val="Kalem Birim 11"/>
                <w:tag w:val="Kalem Birim 11"/>
                <w:id w:val="434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5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51" w:edGrp="everyone"/>
            <w:sdt>
              <w:sdtPr>
                <w:alias w:val="Kalem Miktar 11"/>
                <w:tag w:val="Kalem Miktar 11"/>
                <w:id w:val="434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451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52" w:edGrp="everyone"/>
            <w:sdt>
              <w:sdtPr>
                <w:alias w:val="Kalem Birim Fiyat (KDV Hariç) 11"/>
                <w:tag w:val="Kalem Birim Fiyat (KDV Hariç) 11"/>
                <w:id w:val="434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52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53" w:edGrp="everyone"/>
            <w:sdt>
              <w:sdtPr>
                <w:alias w:val="Kalem Tutar 11"/>
                <w:tag w:val="Kalem Tutar 11"/>
                <w:id w:val="434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53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3628"/>
            <w:vAlign w:val="center"/>
          </w:tcPr>
          <w:p>
            <w:pPr>
              <w:spacing w:before="0" w:after="0" w:line="240" w:lineRule="auto"/>
              <w:jc w:val="left"/>
            </w:pPr>
            <w:permStart w:id="2454" w:edGrp="everyone"/>
            <w:sdt>
              <w:sdtPr>
                <w:alias w:val="Kalem İş Kalemi / Malzeme 12"/>
                <w:tag w:val="Kalem İş Kalemi / Malzeme 12"/>
                <w:id w:val="434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5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55" w:edGrp="everyone"/>
            <w:sdt>
              <w:sdtPr>
                <w:alias w:val="Kalem Birim 12"/>
                <w:tag w:val="Kalem Birim 12"/>
                <w:id w:val="434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55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2456" w:edGrp="everyone"/>
            <w:sdt>
              <w:sdtPr>
                <w:alias w:val="Kalem Miktar 12"/>
                <w:tag w:val="Kalem Miktar 12"/>
                <w:id w:val="434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</w:t>
                </w:r>
              </w:sdtContent>
            </w:sdt>
            <w:permEnd w:id="2456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57" w:edGrp="everyone"/>
            <w:sdt>
              <w:sdtPr>
                <w:alias w:val="Kalem Birim Fiyat (KDV Hariç) 12"/>
                <w:tag w:val="Kalem Birim Fiyat (KDV Hariç) 12"/>
                <w:id w:val="434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2457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2458" w:edGrp="everyone"/>
            <w:sdt>
              <w:sdtPr>
                <w:alias w:val="Kalem Tutar 12"/>
                <w:tag w:val="Kalem Tutar 12"/>
                <w:id w:val="434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245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236"/>
        <w:gridCol w:w="3401"/>
      </w:tblGrid>
      <w:tr>
        <w:trPr>
          <w:trHeight w:val="351" w:hRule="atLeast"/>
          <w:cantSplit/>
        </w:trPr>
        <w:tc>
          <w:tcPr>
            <w:tcW w:type="dxa" w:w="6236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Toplam (KDV Hariç)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2459" w:edGrp="everyone"/>
            <w:sdt>
              <w:sdtPr>
                <w:alias w:val="Toplam"/>
                <w:tag w:val="Toplam"/>
                <w:id w:val="4345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2459"/>
          </w:p>
        </w:tc>
      </w:tr>
      <w:tr>
        <w:trPr>
          <w:trHeight w:val="351" w:hRule="atLeast"/>
          <w:cantSplit/>
        </w:trPr>
        <w:tc>
          <w:tcPr>
            <w:tcW w:type="dxa" w:w="6236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KDV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2460" w:edGrp="everyone"/>
            <w:sdt>
              <w:sdtPr>
                <w:alias w:val="KDV"/>
                <w:tag w:val="KDV"/>
                <w:id w:val="4345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2460"/>
          </w:p>
        </w:tc>
      </w:tr>
      <w:tr>
        <w:trPr>
          <w:trHeight w:val="351" w:hRule="atLeast"/>
          <w:cantSplit/>
        </w:trPr>
        <w:tc>
          <w:tcPr>
            <w:tcW w:type="dxa" w:w="6236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Genel Toplam (Yaklaşık Maliyet)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2461" w:edGrp="everyone"/>
            <w:sdt>
              <w:sdtPr>
                <w:alias w:val="Genel toplam"/>
                <w:tag w:val="Genel toplam"/>
                <w:id w:val="4346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2461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Mal alımlarında yaklaşık maliyet cetveli düzenlenmesi zorunlu değildir; yapım işlerinde düzenlenmesi gerekir. Fiyatlar piyasa araştırması veya birim fiyat cetvellerine göre belirlenir.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Hazırlayan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Sekreteri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Harcama Yetkilisi (Yüksekokul Müdürü)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462" w:edGrp="everyone"/>
            <w:sdt>
              <w:sdtPr>
                <w:alias w:val="Hazırlayan Adı Soyadı"/>
                <w:tag w:val="Hazırlayan Adı Soyadı"/>
                <w:id w:val="4346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462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463" w:edGrp="everyone"/>
            <w:sdt>
              <w:sdtPr>
                <w:alias w:val="Yüksekokul Sekreteri Adı Soyadı"/>
                <w:tag w:val="Yüksekokul Sekreteri Adı Soyadı"/>
                <w:id w:val="4346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463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464" w:edGrp="everyone"/>
            <w:sdt>
              <w:sdtPr>
                <w:alias w:val="Harcama Yetkilisi (Yüksekokul Müdürü) Adı Soyadı"/>
                <w:tag w:val="Harcama Yetkilisi (Yüksekokul Müdürü) Adı Soyadı"/>
                <w:id w:val="4346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464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HTMYO-KFRM-333  |  Yaklaşık Maliyet Hesap Cetveli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HTMYO-KFRM-333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Yaklaşık Maliyet Hesap Cetveli</dc:title>
  <dc:subject>HTMYO-KFRM-333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