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TAŞINIR İSTEK BELGESI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465" w:edGrp="everyone"/>
      <w:sdt>
        <w:sdtPr>
          <w:alias w:val="Tarih"/>
          <w:tag w:val="Tarih"/>
          <w:id w:val="43464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465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Belge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466" w:edGrp="everyone"/>
            <w:sdt>
              <w:sdtPr>
                <w:alias w:val="Belge no"/>
                <w:tag w:val="Belge no"/>
                <w:id w:val="4346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66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İstekte Bulunan Birim / Bölüm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467" w:edGrp="everyone"/>
            <w:sdt>
              <w:sdtPr>
                <w:alias w:val="İstek yapan birim"/>
                <w:tag w:val="İstek yapan birim"/>
                <w:id w:val="4346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6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3628"/>
        <w:gridCol w:w="1360"/>
        <w:gridCol w:w="1247"/>
        <w:gridCol w:w="1417"/>
        <w:gridCol w:w="1417"/>
      </w:tblGrid>
      <w:tr>
        <w:trPr>
          <w:trHeight w:val="351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362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Taşınırın Adı ve Özelliği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Taşınır Kodu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Ölçü Birimi</w:t>
            </w:r>
          </w:p>
        </w:tc>
        <w:tc>
          <w:tcPr>
            <w:tcW w:type="dxa" w:w="141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İstenen Miktar</w:t>
            </w:r>
          </w:p>
        </w:tc>
        <w:tc>
          <w:tcPr>
            <w:tcW w:type="dxa" w:w="141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Verilen Miktar</w:t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68" w:edGrp="everyone"/>
            <w:sdt>
              <w:sdtPr>
                <w:alias w:val="Taşınır Taşınırın Adı ve Özelliği 1"/>
                <w:tag w:val="Taşınır Taşınırın Adı ve Özelliği 1"/>
                <w:id w:val="434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6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469" w:edGrp="everyone"/>
            <w:sdt>
              <w:sdtPr>
                <w:alias w:val="Taşınır Taşınır Kodu 1"/>
                <w:tag w:val="Taşınır Taşınır Kodu 1"/>
                <w:id w:val="434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46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470" w:edGrp="everyone"/>
            <w:sdt>
              <w:sdtPr>
                <w:alias w:val="Taşınır Ölçü Birimi 1"/>
                <w:tag w:val="Taşınır Ölçü Birimi 1"/>
                <w:id w:val="434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470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71" w:edGrp="everyone"/>
            <w:sdt>
              <w:sdtPr>
                <w:alias w:val="Taşınır İstenen Miktar 1"/>
                <w:tag w:val="Taşınır İstenen Miktar 1"/>
                <w:id w:val="434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71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72" w:edGrp="everyone"/>
            <w:sdt>
              <w:sdtPr>
                <w:alias w:val="Taşınır Verilen Miktar 1"/>
                <w:tag w:val="Taşınır Verilen Miktar 1"/>
                <w:id w:val="434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72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73" w:edGrp="everyone"/>
            <w:sdt>
              <w:sdtPr>
                <w:alias w:val="Taşınır Taşınırın Adı ve Özelliği 2"/>
                <w:tag w:val="Taşınır Taşınırın Adı ve Özelliği 2"/>
                <w:id w:val="434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7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474" w:edGrp="everyone"/>
            <w:sdt>
              <w:sdtPr>
                <w:alias w:val="Taşınır Taşınır Kodu 2"/>
                <w:tag w:val="Taşınır Taşınır Kodu 2"/>
                <w:id w:val="434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47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475" w:edGrp="everyone"/>
            <w:sdt>
              <w:sdtPr>
                <w:alias w:val="Taşınır Ölçü Birimi 2"/>
                <w:tag w:val="Taşınır Ölçü Birimi 2"/>
                <w:id w:val="434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475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76" w:edGrp="everyone"/>
            <w:sdt>
              <w:sdtPr>
                <w:alias w:val="Taşınır İstenen Miktar 2"/>
                <w:tag w:val="Taşınır İstenen Miktar 2"/>
                <w:id w:val="434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76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77" w:edGrp="everyone"/>
            <w:sdt>
              <w:sdtPr>
                <w:alias w:val="Taşınır Verilen Miktar 2"/>
                <w:tag w:val="Taşınır Verilen Miktar 2"/>
                <w:id w:val="434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77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78" w:edGrp="everyone"/>
            <w:sdt>
              <w:sdtPr>
                <w:alias w:val="Taşınır Taşınırın Adı ve Özelliği 3"/>
                <w:tag w:val="Taşınır Taşınırın Adı ve Özelliği 3"/>
                <w:id w:val="434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7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479" w:edGrp="everyone"/>
            <w:sdt>
              <w:sdtPr>
                <w:alias w:val="Taşınır Taşınır Kodu 3"/>
                <w:tag w:val="Taşınır Taşınır Kodu 3"/>
                <w:id w:val="434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47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480" w:edGrp="everyone"/>
            <w:sdt>
              <w:sdtPr>
                <w:alias w:val="Taşınır Ölçü Birimi 3"/>
                <w:tag w:val="Taşınır Ölçü Birimi 3"/>
                <w:id w:val="434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480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81" w:edGrp="everyone"/>
            <w:sdt>
              <w:sdtPr>
                <w:alias w:val="Taşınır İstenen Miktar 3"/>
                <w:tag w:val="Taşınır İstenen Miktar 3"/>
                <w:id w:val="434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81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82" w:edGrp="everyone"/>
            <w:sdt>
              <w:sdtPr>
                <w:alias w:val="Taşınır Verilen Miktar 3"/>
                <w:tag w:val="Taşınır Verilen Miktar 3"/>
                <w:id w:val="434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82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83" w:edGrp="everyone"/>
            <w:sdt>
              <w:sdtPr>
                <w:alias w:val="Taşınır Taşınırın Adı ve Özelliği 4"/>
                <w:tag w:val="Taşınır Taşınırın Adı ve Özelliği 4"/>
                <w:id w:val="434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8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484" w:edGrp="everyone"/>
            <w:sdt>
              <w:sdtPr>
                <w:alias w:val="Taşınır Taşınır Kodu 4"/>
                <w:tag w:val="Taşınır Taşınır Kodu 4"/>
                <w:id w:val="434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48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485" w:edGrp="everyone"/>
            <w:sdt>
              <w:sdtPr>
                <w:alias w:val="Taşınır Ölçü Birimi 4"/>
                <w:tag w:val="Taşınır Ölçü Birimi 4"/>
                <w:id w:val="434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485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86" w:edGrp="everyone"/>
            <w:sdt>
              <w:sdtPr>
                <w:alias w:val="Taşınır İstenen Miktar 4"/>
                <w:tag w:val="Taşınır İstenen Miktar 4"/>
                <w:id w:val="434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86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87" w:edGrp="everyone"/>
            <w:sdt>
              <w:sdtPr>
                <w:alias w:val="Taşınır Verilen Miktar 4"/>
                <w:tag w:val="Taşınır Verilen Miktar 4"/>
                <w:id w:val="434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87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88" w:edGrp="everyone"/>
            <w:sdt>
              <w:sdtPr>
                <w:alias w:val="Taşınır Taşınırın Adı ve Özelliği 5"/>
                <w:tag w:val="Taşınır Taşınırın Adı ve Özelliği 5"/>
                <w:id w:val="434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8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489" w:edGrp="everyone"/>
            <w:sdt>
              <w:sdtPr>
                <w:alias w:val="Taşınır Taşınır Kodu 5"/>
                <w:tag w:val="Taşınır Taşınır Kodu 5"/>
                <w:id w:val="434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48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490" w:edGrp="everyone"/>
            <w:sdt>
              <w:sdtPr>
                <w:alias w:val="Taşınır Ölçü Birimi 5"/>
                <w:tag w:val="Taşınır Ölçü Birimi 5"/>
                <w:id w:val="434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490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91" w:edGrp="everyone"/>
            <w:sdt>
              <w:sdtPr>
                <w:alias w:val="Taşınır İstenen Miktar 5"/>
                <w:tag w:val="Taşınır İstenen Miktar 5"/>
                <w:id w:val="434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91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92" w:edGrp="everyone"/>
            <w:sdt>
              <w:sdtPr>
                <w:alias w:val="Taşınır Verilen Miktar 5"/>
                <w:tag w:val="Taşınır Verilen Miktar 5"/>
                <w:id w:val="434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92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93" w:edGrp="everyone"/>
            <w:sdt>
              <w:sdtPr>
                <w:alias w:val="Taşınır Taşınırın Adı ve Özelliği 6"/>
                <w:tag w:val="Taşınır Taşınırın Adı ve Özelliği 6"/>
                <w:id w:val="434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9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494" w:edGrp="everyone"/>
            <w:sdt>
              <w:sdtPr>
                <w:alias w:val="Taşınır Taşınır Kodu 6"/>
                <w:tag w:val="Taşınır Taşınır Kodu 6"/>
                <w:id w:val="434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49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495" w:edGrp="everyone"/>
            <w:sdt>
              <w:sdtPr>
                <w:alias w:val="Taşınır Ölçü Birimi 6"/>
                <w:tag w:val="Taşınır Ölçü Birimi 6"/>
                <w:id w:val="434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495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96" w:edGrp="everyone"/>
            <w:sdt>
              <w:sdtPr>
                <w:alias w:val="Taşınır İstenen Miktar 6"/>
                <w:tag w:val="Taşınır İstenen Miktar 6"/>
                <w:id w:val="434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96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497" w:edGrp="everyone"/>
            <w:sdt>
              <w:sdtPr>
                <w:alias w:val="Taşınır Verilen Miktar 6"/>
                <w:tag w:val="Taşınır Verilen Miktar 6"/>
                <w:id w:val="434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97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98" w:edGrp="everyone"/>
            <w:sdt>
              <w:sdtPr>
                <w:alias w:val="Taşınır Taşınırın Adı ve Özelliği 7"/>
                <w:tag w:val="Taşınır Taşınırın Adı ve Özelliği 7"/>
                <w:id w:val="434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9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499" w:edGrp="everyone"/>
            <w:sdt>
              <w:sdtPr>
                <w:alias w:val="Taşınır Taşınır Kodu 7"/>
                <w:tag w:val="Taşınır Taşınır Kodu 7"/>
                <w:id w:val="434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49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500" w:edGrp="everyone"/>
            <w:sdt>
              <w:sdtPr>
                <w:alias w:val="Taşınır Ölçü Birimi 7"/>
                <w:tag w:val="Taşınır Ölçü Birimi 7"/>
                <w:id w:val="434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00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01" w:edGrp="everyone"/>
            <w:sdt>
              <w:sdtPr>
                <w:alias w:val="Taşınır İstenen Miktar 7"/>
                <w:tag w:val="Taşınır İstenen Miktar 7"/>
                <w:id w:val="435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01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02" w:edGrp="everyone"/>
            <w:sdt>
              <w:sdtPr>
                <w:alias w:val="Taşınır Verilen Miktar 7"/>
                <w:tag w:val="Taşınır Verilen Miktar 7"/>
                <w:id w:val="435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02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503" w:edGrp="everyone"/>
            <w:sdt>
              <w:sdtPr>
                <w:alias w:val="Taşınır Taşınırın Adı ve Özelliği 8"/>
                <w:tag w:val="Taşınır Taşınırın Adı ve Özelliği 8"/>
                <w:id w:val="435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0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504" w:edGrp="everyone"/>
            <w:sdt>
              <w:sdtPr>
                <w:alias w:val="Taşınır Taşınır Kodu 8"/>
                <w:tag w:val="Taşınır Taşınır Kodu 8"/>
                <w:id w:val="435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0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505" w:edGrp="everyone"/>
            <w:sdt>
              <w:sdtPr>
                <w:alias w:val="Taşınır Ölçü Birimi 8"/>
                <w:tag w:val="Taşınır Ölçü Birimi 8"/>
                <w:id w:val="435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05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06" w:edGrp="everyone"/>
            <w:sdt>
              <w:sdtPr>
                <w:alias w:val="Taşınır İstenen Miktar 8"/>
                <w:tag w:val="Taşınır İstenen Miktar 8"/>
                <w:id w:val="435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06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07" w:edGrp="everyone"/>
            <w:sdt>
              <w:sdtPr>
                <w:alias w:val="Taşınır Verilen Miktar 8"/>
                <w:tag w:val="Taşınır Verilen Miktar 8"/>
                <w:id w:val="435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07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508" w:edGrp="everyone"/>
            <w:sdt>
              <w:sdtPr>
                <w:alias w:val="Taşınır Taşınırın Adı ve Özelliği 9"/>
                <w:tag w:val="Taşınır Taşınırın Adı ve Özelliği 9"/>
                <w:id w:val="435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0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509" w:edGrp="everyone"/>
            <w:sdt>
              <w:sdtPr>
                <w:alias w:val="Taşınır Taşınır Kodu 9"/>
                <w:tag w:val="Taşınır Taşınır Kodu 9"/>
                <w:id w:val="435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0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510" w:edGrp="everyone"/>
            <w:sdt>
              <w:sdtPr>
                <w:alias w:val="Taşınır Ölçü Birimi 9"/>
                <w:tag w:val="Taşınır Ölçü Birimi 9"/>
                <w:id w:val="435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10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11" w:edGrp="everyone"/>
            <w:sdt>
              <w:sdtPr>
                <w:alias w:val="Taşınır İstenen Miktar 9"/>
                <w:tag w:val="Taşınır İstenen Miktar 9"/>
                <w:id w:val="435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11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12" w:edGrp="everyone"/>
            <w:sdt>
              <w:sdtPr>
                <w:alias w:val="Taşınır Verilen Miktar 9"/>
                <w:tag w:val="Taşınır Verilen Miktar 9"/>
                <w:id w:val="435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12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513" w:edGrp="everyone"/>
            <w:sdt>
              <w:sdtPr>
                <w:alias w:val="Taşınır Taşınırın Adı ve Özelliği 10"/>
                <w:tag w:val="Taşınır Taşınırın Adı ve Özelliği 10"/>
                <w:id w:val="435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1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514" w:edGrp="everyone"/>
            <w:sdt>
              <w:sdtPr>
                <w:alias w:val="Taşınır Taşınır Kodu 10"/>
                <w:tag w:val="Taşınır Taşınır Kodu 10"/>
                <w:id w:val="435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1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515" w:edGrp="everyone"/>
            <w:sdt>
              <w:sdtPr>
                <w:alias w:val="Taşınır Ölçü Birimi 10"/>
                <w:tag w:val="Taşınır Ölçü Birimi 10"/>
                <w:id w:val="435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15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16" w:edGrp="everyone"/>
            <w:sdt>
              <w:sdtPr>
                <w:alias w:val="Taşınır İstenen Miktar 10"/>
                <w:tag w:val="Taşınır İstenen Miktar 10"/>
                <w:id w:val="435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16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17" w:edGrp="everyone"/>
            <w:sdt>
              <w:sdtPr>
                <w:alias w:val="Taşınır Verilen Miktar 10"/>
                <w:tag w:val="Taşınır Verilen Miktar 10"/>
                <w:id w:val="435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17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518" w:edGrp="everyone"/>
            <w:sdt>
              <w:sdtPr>
                <w:alias w:val="Taşınır Taşınırın Adı ve Özelliği 11"/>
                <w:tag w:val="Taşınır Taşınırın Adı ve Özelliği 11"/>
                <w:id w:val="435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1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519" w:edGrp="everyone"/>
            <w:sdt>
              <w:sdtPr>
                <w:alias w:val="Taşınır Taşınır Kodu 11"/>
                <w:tag w:val="Taşınır Taşınır Kodu 11"/>
                <w:id w:val="435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1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520" w:edGrp="everyone"/>
            <w:sdt>
              <w:sdtPr>
                <w:alias w:val="Taşınır Ölçü Birimi 11"/>
                <w:tag w:val="Taşınır Ölçü Birimi 11"/>
                <w:id w:val="435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20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21" w:edGrp="everyone"/>
            <w:sdt>
              <w:sdtPr>
                <w:alias w:val="Taşınır İstenen Miktar 11"/>
                <w:tag w:val="Taşınır İstenen Miktar 11"/>
                <w:id w:val="435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21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22" w:edGrp="everyone"/>
            <w:sdt>
              <w:sdtPr>
                <w:alias w:val="Taşınır Verilen Miktar 11"/>
                <w:tag w:val="Taşınır Verilen Miktar 11"/>
                <w:id w:val="435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22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523" w:edGrp="everyone"/>
            <w:sdt>
              <w:sdtPr>
                <w:alias w:val="Taşınır Taşınırın Adı ve Özelliği 12"/>
                <w:tag w:val="Taşınır Taşınırın Adı ve Özelliği 12"/>
                <w:id w:val="435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2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524" w:edGrp="everyone"/>
            <w:sdt>
              <w:sdtPr>
                <w:alias w:val="Taşınır Taşınır Kodu 12"/>
                <w:tag w:val="Taşınır Taşınır Kodu 12"/>
                <w:id w:val="435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2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2525" w:edGrp="everyone"/>
            <w:sdt>
              <w:sdtPr>
                <w:alias w:val="Taşınır Ölçü Birimi 12"/>
                <w:tag w:val="Taşınır Ölçü Birimi 12"/>
                <w:id w:val="435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25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26" w:edGrp="everyone"/>
            <w:sdt>
              <w:sdtPr>
                <w:alias w:val="Taşınır İstenen Miktar 12"/>
                <w:tag w:val="Taşınır İstenen Miktar 12"/>
                <w:id w:val="435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26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2527" w:edGrp="everyone"/>
            <w:sdt>
              <w:sdtPr>
                <w:alias w:val="Taşınır Verilen Miktar 12"/>
                <w:tag w:val="Taşınır Verilen Miktar 12"/>
                <w:id w:val="435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52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İsteyen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Taşınır Kayıt Yetkilisi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Teslim Alan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528" w:edGrp="everyone"/>
            <w:sdt>
              <w:sdtPr>
                <w:alias w:val="İsteyen Adı Soyadı"/>
                <w:tag w:val="İsteyen Adı Soyadı"/>
                <w:id w:val="4352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528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529" w:edGrp="everyone"/>
            <w:sdt>
              <w:sdtPr>
                <w:alias w:val="Taşınır Kayıt Yetkilisi Adı Soyadı"/>
                <w:tag w:val="Taşınır Kayıt Yetkilisi Adı Soyadı"/>
                <w:id w:val="4352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529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530" w:edGrp="everyone"/>
            <w:sdt>
              <w:sdtPr>
                <w:alias w:val="Teslim Alan Adı Soyadı"/>
                <w:tag w:val="Teslim Alan Adı Soyadı"/>
                <w:id w:val="4352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530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HTMYO-KFRM-334  |  Taşınır İstek Belgesi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HTMYO-KFRM-334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Taşınır İstek Belgesi</dc:title>
  <dc:subject>HTMYO-KFRM-334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