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TAŞINIR İŞLEM FIŞI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531" w:edGrp="everyone"/>
      <w:sdt>
        <w:sdtPr>
          <w:alias w:val="Tarih"/>
          <w:tag w:val="Tarih"/>
          <w:id w:val="4353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531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Fiş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532" w:edGrp="everyone"/>
            <w:sdt>
              <w:sdtPr>
                <w:alias w:val="Fiş no"/>
                <w:tag w:val="Fiş no"/>
                <w:id w:val="435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İşlem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533" w:edGrp="everyone"/>
            <w:sdt>
              <w:sdtPr>
                <w:alias w:val="İşlem türü"/>
                <w:tag w:val="İşlem türü"/>
                <w:id w:val="43532"/>
                <w:showingPlcHdr/>
                <w:dropDownList>
                  <w:listItem w:displayText="Giriş" w:value="Giriş"/>
                  <w:listItem w:displayText="Çıkış" w:value="Çıkış"/>
                  <w:listItem w:displayText="Devir" w:value="Devir"/>
                  <w:listItem w:displayText="Sayım farkı" w:value="Sayım farkı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33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Alınan Firma / Birim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534" w:edGrp="everyone"/>
            <w:sdt>
              <w:sdtPr>
                <w:alias w:val="Firma / birim"/>
                <w:tag w:val="Firma / birim"/>
                <w:id w:val="435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Fatura / Belge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535" w:edGrp="everyone"/>
            <w:sdt>
              <w:sdtPr>
                <w:alias w:val="Fatura no"/>
                <w:tag w:val="Fatura no"/>
                <w:id w:val="435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474"/>
        <w:gridCol w:w="2834"/>
        <w:gridCol w:w="1133"/>
        <w:gridCol w:w="1020"/>
        <w:gridCol w:w="1303"/>
        <w:gridCol w:w="1303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Taşınır Kodu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Taşınırın Adı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Ölçü Birimi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Miktar</w:t>
            </w:r>
          </w:p>
        </w:tc>
        <w:tc>
          <w:tcPr>
            <w:tcW w:type="dxa" w:w="130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 Fiyat</w:t>
            </w:r>
          </w:p>
        </w:tc>
        <w:tc>
          <w:tcPr>
            <w:tcW w:type="dxa" w:w="130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Tutar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36" w:edGrp="everyone"/>
            <w:sdt>
              <w:sdtPr>
                <w:alias w:val="Taşınır Taşınır Kodu 1"/>
                <w:tag w:val="Taşınır Taşınır Kodu 1"/>
                <w:id w:val="435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3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37" w:edGrp="everyone"/>
            <w:sdt>
              <w:sdtPr>
                <w:alias w:val="Taşınır Taşınırın Adı 1"/>
                <w:tag w:val="Taşınır Taşınırın Adı 1"/>
                <w:id w:val="435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3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38" w:edGrp="everyone"/>
            <w:sdt>
              <w:sdtPr>
                <w:alias w:val="Taşınır Ölçü Birimi 1"/>
                <w:tag w:val="Taşınır Ölçü Birimi 1"/>
                <w:id w:val="435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3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39" w:edGrp="everyone"/>
            <w:sdt>
              <w:sdtPr>
                <w:alias w:val="Taşınır Miktar 1"/>
                <w:tag w:val="Taşınır Miktar 1"/>
                <w:id w:val="435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39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40" w:edGrp="everyone"/>
            <w:sdt>
              <w:sdtPr>
                <w:alias w:val="Taşınır Birim Fiyat 1"/>
                <w:tag w:val="Taşınır Birim Fiyat 1"/>
                <w:id w:val="435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40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41" w:edGrp="everyone"/>
            <w:sdt>
              <w:sdtPr>
                <w:alias w:val="Taşınır Tutar 1"/>
                <w:tag w:val="Taşınır Tutar 1"/>
                <w:id w:val="435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4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42" w:edGrp="everyone"/>
            <w:sdt>
              <w:sdtPr>
                <w:alias w:val="Taşınır Taşınır Kodu 2"/>
                <w:tag w:val="Taşınır Taşınır Kodu 2"/>
                <w:id w:val="435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4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43" w:edGrp="everyone"/>
            <w:sdt>
              <w:sdtPr>
                <w:alias w:val="Taşınır Taşınırın Adı 2"/>
                <w:tag w:val="Taşınır Taşınırın Adı 2"/>
                <w:id w:val="435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4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44" w:edGrp="everyone"/>
            <w:sdt>
              <w:sdtPr>
                <w:alias w:val="Taşınır Ölçü Birimi 2"/>
                <w:tag w:val="Taşınır Ölçü Birimi 2"/>
                <w:id w:val="435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4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45" w:edGrp="everyone"/>
            <w:sdt>
              <w:sdtPr>
                <w:alias w:val="Taşınır Miktar 2"/>
                <w:tag w:val="Taşınır Miktar 2"/>
                <w:id w:val="435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45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46" w:edGrp="everyone"/>
            <w:sdt>
              <w:sdtPr>
                <w:alias w:val="Taşınır Birim Fiyat 2"/>
                <w:tag w:val="Taşınır Birim Fiyat 2"/>
                <w:id w:val="435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46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47" w:edGrp="everyone"/>
            <w:sdt>
              <w:sdtPr>
                <w:alias w:val="Taşınır Tutar 2"/>
                <w:tag w:val="Taşınır Tutar 2"/>
                <w:id w:val="435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4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48" w:edGrp="everyone"/>
            <w:sdt>
              <w:sdtPr>
                <w:alias w:val="Taşınır Taşınır Kodu 3"/>
                <w:tag w:val="Taşınır Taşınır Kodu 3"/>
                <w:id w:val="435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4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49" w:edGrp="everyone"/>
            <w:sdt>
              <w:sdtPr>
                <w:alias w:val="Taşınır Taşınırın Adı 3"/>
                <w:tag w:val="Taşınır Taşınırın Adı 3"/>
                <w:id w:val="435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4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50" w:edGrp="everyone"/>
            <w:sdt>
              <w:sdtPr>
                <w:alias w:val="Taşınır Ölçü Birimi 3"/>
                <w:tag w:val="Taşınır Ölçü Birimi 3"/>
                <w:id w:val="435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5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51" w:edGrp="everyone"/>
            <w:sdt>
              <w:sdtPr>
                <w:alias w:val="Taşınır Miktar 3"/>
                <w:tag w:val="Taşınır Miktar 3"/>
                <w:id w:val="435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51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52" w:edGrp="everyone"/>
            <w:sdt>
              <w:sdtPr>
                <w:alias w:val="Taşınır Birim Fiyat 3"/>
                <w:tag w:val="Taşınır Birim Fiyat 3"/>
                <w:id w:val="435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52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53" w:edGrp="everyone"/>
            <w:sdt>
              <w:sdtPr>
                <w:alias w:val="Taşınır Tutar 3"/>
                <w:tag w:val="Taşınır Tutar 3"/>
                <w:id w:val="435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5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54" w:edGrp="everyone"/>
            <w:sdt>
              <w:sdtPr>
                <w:alias w:val="Taşınır Taşınır Kodu 4"/>
                <w:tag w:val="Taşınır Taşınır Kodu 4"/>
                <w:id w:val="435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5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55" w:edGrp="everyone"/>
            <w:sdt>
              <w:sdtPr>
                <w:alias w:val="Taşınır Taşınırın Adı 4"/>
                <w:tag w:val="Taşınır Taşınırın Adı 4"/>
                <w:id w:val="435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5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56" w:edGrp="everyone"/>
            <w:sdt>
              <w:sdtPr>
                <w:alias w:val="Taşınır Ölçü Birimi 4"/>
                <w:tag w:val="Taşınır Ölçü Birimi 4"/>
                <w:id w:val="435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5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57" w:edGrp="everyone"/>
            <w:sdt>
              <w:sdtPr>
                <w:alias w:val="Taşınır Miktar 4"/>
                <w:tag w:val="Taşınır Miktar 4"/>
                <w:id w:val="435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57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58" w:edGrp="everyone"/>
            <w:sdt>
              <w:sdtPr>
                <w:alias w:val="Taşınır Birim Fiyat 4"/>
                <w:tag w:val="Taşınır Birim Fiyat 4"/>
                <w:id w:val="435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58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59" w:edGrp="everyone"/>
            <w:sdt>
              <w:sdtPr>
                <w:alias w:val="Taşınır Tutar 4"/>
                <w:tag w:val="Taşınır Tutar 4"/>
                <w:id w:val="435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5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60" w:edGrp="everyone"/>
            <w:sdt>
              <w:sdtPr>
                <w:alias w:val="Taşınır Taşınır Kodu 5"/>
                <w:tag w:val="Taşınır Taşınır Kodu 5"/>
                <w:id w:val="435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6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61" w:edGrp="everyone"/>
            <w:sdt>
              <w:sdtPr>
                <w:alias w:val="Taşınır Taşınırın Adı 5"/>
                <w:tag w:val="Taşınır Taşınırın Adı 5"/>
                <w:id w:val="435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6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62" w:edGrp="everyone"/>
            <w:sdt>
              <w:sdtPr>
                <w:alias w:val="Taşınır Ölçü Birimi 5"/>
                <w:tag w:val="Taşınır Ölçü Birimi 5"/>
                <w:id w:val="435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6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63" w:edGrp="everyone"/>
            <w:sdt>
              <w:sdtPr>
                <w:alias w:val="Taşınır Miktar 5"/>
                <w:tag w:val="Taşınır Miktar 5"/>
                <w:id w:val="435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63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64" w:edGrp="everyone"/>
            <w:sdt>
              <w:sdtPr>
                <w:alias w:val="Taşınır Birim Fiyat 5"/>
                <w:tag w:val="Taşınır Birim Fiyat 5"/>
                <w:id w:val="435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64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65" w:edGrp="everyone"/>
            <w:sdt>
              <w:sdtPr>
                <w:alias w:val="Taşınır Tutar 5"/>
                <w:tag w:val="Taşınır Tutar 5"/>
                <w:id w:val="435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6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66" w:edGrp="everyone"/>
            <w:sdt>
              <w:sdtPr>
                <w:alias w:val="Taşınır Taşınır Kodu 6"/>
                <w:tag w:val="Taşınır Taşınır Kodu 6"/>
                <w:id w:val="435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6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67" w:edGrp="everyone"/>
            <w:sdt>
              <w:sdtPr>
                <w:alias w:val="Taşınır Taşınırın Adı 6"/>
                <w:tag w:val="Taşınır Taşınırın Adı 6"/>
                <w:id w:val="435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6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68" w:edGrp="everyone"/>
            <w:sdt>
              <w:sdtPr>
                <w:alias w:val="Taşınır Ölçü Birimi 6"/>
                <w:tag w:val="Taşınır Ölçü Birimi 6"/>
                <w:id w:val="435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6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69" w:edGrp="everyone"/>
            <w:sdt>
              <w:sdtPr>
                <w:alias w:val="Taşınır Miktar 6"/>
                <w:tag w:val="Taşınır Miktar 6"/>
                <w:id w:val="435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69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70" w:edGrp="everyone"/>
            <w:sdt>
              <w:sdtPr>
                <w:alias w:val="Taşınır Birim Fiyat 6"/>
                <w:tag w:val="Taşınır Birim Fiyat 6"/>
                <w:id w:val="435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70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71" w:edGrp="everyone"/>
            <w:sdt>
              <w:sdtPr>
                <w:alias w:val="Taşınır Tutar 6"/>
                <w:tag w:val="Taşınır Tutar 6"/>
                <w:id w:val="435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7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72" w:edGrp="everyone"/>
            <w:sdt>
              <w:sdtPr>
                <w:alias w:val="Taşınır Taşınır Kodu 7"/>
                <w:tag w:val="Taşınır Taşınır Kodu 7"/>
                <w:id w:val="435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7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73" w:edGrp="everyone"/>
            <w:sdt>
              <w:sdtPr>
                <w:alias w:val="Taşınır Taşınırın Adı 7"/>
                <w:tag w:val="Taşınır Taşınırın Adı 7"/>
                <w:id w:val="435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7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74" w:edGrp="everyone"/>
            <w:sdt>
              <w:sdtPr>
                <w:alias w:val="Taşınır Ölçü Birimi 7"/>
                <w:tag w:val="Taşınır Ölçü Birimi 7"/>
                <w:id w:val="435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7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75" w:edGrp="everyone"/>
            <w:sdt>
              <w:sdtPr>
                <w:alias w:val="Taşınır Miktar 7"/>
                <w:tag w:val="Taşınır Miktar 7"/>
                <w:id w:val="435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75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76" w:edGrp="everyone"/>
            <w:sdt>
              <w:sdtPr>
                <w:alias w:val="Taşınır Birim Fiyat 7"/>
                <w:tag w:val="Taşınır Birim Fiyat 7"/>
                <w:id w:val="435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76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77" w:edGrp="everyone"/>
            <w:sdt>
              <w:sdtPr>
                <w:alias w:val="Taşınır Tutar 7"/>
                <w:tag w:val="Taşınır Tutar 7"/>
                <w:id w:val="435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7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78" w:edGrp="everyone"/>
            <w:sdt>
              <w:sdtPr>
                <w:alias w:val="Taşınır Taşınır Kodu 8"/>
                <w:tag w:val="Taşınır Taşınır Kodu 8"/>
                <w:id w:val="435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7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79" w:edGrp="everyone"/>
            <w:sdt>
              <w:sdtPr>
                <w:alias w:val="Taşınır Taşınırın Adı 8"/>
                <w:tag w:val="Taşınır Taşınırın Adı 8"/>
                <w:id w:val="435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7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80" w:edGrp="everyone"/>
            <w:sdt>
              <w:sdtPr>
                <w:alias w:val="Taşınır Ölçü Birimi 8"/>
                <w:tag w:val="Taşınır Ölçü Birimi 8"/>
                <w:id w:val="435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8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81" w:edGrp="everyone"/>
            <w:sdt>
              <w:sdtPr>
                <w:alias w:val="Taşınır Miktar 8"/>
                <w:tag w:val="Taşınır Miktar 8"/>
                <w:id w:val="435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81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82" w:edGrp="everyone"/>
            <w:sdt>
              <w:sdtPr>
                <w:alias w:val="Taşınır Birim Fiyat 8"/>
                <w:tag w:val="Taşınır Birim Fiyat 8"/>
                <w:id w:val="435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82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83" w:edGrp="everyone"/>
            <w:sdt>
              <w:sdtPr>
                <w:alias w:val="Taşınır Tutar 8"/>
                <w:tag w:val="Taşınır Tutar 8"/>
                <w:id w:val="435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8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84" w:edGrp="everyone"/>
            <w:sdt>
              <w:sdtPr>
                <w:alias w:val="Taşınır Taşınır Kodu 9"/>
                <w:tag w:val="Taşınır Taşınır Kodu 9"/>
                <w:id w:val="435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8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85" w:edGrp="everyone"/>
            <w:sdt>
              <w:sdtPr>
                <w:alias w:val="Taşınır Taşınırın Adı 9"/>
                <w:tag w:val="Taşınır Taşınırın Adı 9"/>
                <w:id w:val="435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8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86" w:edGrp="everyone"/>
            <w:sdt>
              <w:sdtPr>
                <w:alias w:val="Taşınır Ölçü Birimi 9"/>
                <w:tag w:val="Taşınır Ölçü Birimi 9"/>
                <w:id w:val="435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8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87" w:edGrp="everyone"/>
            <w:sdt>
              <w:sdtPr>
                <w:alias w:val="Taşınır Miktar 9"/>
                <w:tag w:val="Taşınır Miktar 9"/>
                <w:id w:val="435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87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88" w:edGrp="everyone"/>
            <w:sdt>
              <w:sdtPr>
                <w:alias w:val="Taşınır Birim Fiyat 9"/>
                <w:tag w:val="Taşınır Birim Fiyat 9"/>
                <w:id w:val="435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88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89" w:edGrp="everyone"/>
            <w:sdt>
              <w:sdtPr>
                <w:alias w:val="Taşınır Tutar 9"/>
                <w:tag w:val="Taşınır Tutar 9"/>
                <w:id w:val="435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8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90" w:edGrp="everyone"/>
            <w:sdt>
              <w:sdtPr>
                <w:alias w:val="Taşınır Taşınır Kodu 10"/>
                <w:tag w:val="Taşınır Taşınır Kodu 10"/>
                <w:id w:val="435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9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91" w:edGrp="everyone"/>
            <w:sdt>
              <w:sdtPr>
                <w:alias w:val="Taşınır Taşınırın Adı 10"/>
                <w:tag w:val="Taşınır Taşınırın Adı 10"/>
                <w:id w:val="435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9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92" w:edGrp="everyone"/>
            <w:sdt>
              <w:sdtPr>
                <w:alias w:val="Taşınır Ölçü Birimi 10"/>
                <w:tag w:val="Taşınır Ölçü Birimi 10"/>
                <w:id w:val="435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9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93" w:edGrp="everyone"/>
            <w:sdt>
              <w:sdtPr>
                <w:alias w:val="Taşınır Miktar 10"/>
                <w:tag w:val="Taşınır Miktar 10"/>
                <w:id w:val="435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93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94" w:edGrp="everyone"/>
            <w:sdt>
              <w:sdtPr>
                <w:alias w:val="Taşınır Birim Fiyat 10"/>
                <w:tag w:val="Taşınır Birim Fiyat 10"/>
                <w:id w:val="435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94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595" w:edGrp="everyone"/>
            <w:sdt>
              <w:sdtPr>
                <w:alias w:val="Taşınır Tutar 10"/>
                <w:tag w:val="Taşınır Tutar 10"/>
                <w:id w:val="435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59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596" w:edGrp="everyone"/>
            <w:sdt>
              <w:sdtPr>
                <w:alias w:val="Taşınır Taşınır Kodu 11"/>
                <w:tag w:val="Taşınır Taşınır Kodu 11"/>
                <w:id w:val="435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59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97" w:edGrp="everyone"/>
            <w:sdt>
              <w:sdtPr>
                <w:alias w:val="Taşınır Taşınırın Adı 11"/>
                <w:tag w:val="Taşınır Taşınırın Adı 11"/>
                <w:id w:val="435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59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598" w:edGrp="everyone"/>
            <w:sdt>
              <w:sdtPr>
                <w:alias w:val="Taşınır Ölçü Birimi 11"/>
                <w:tag w:val="Taşınır Ölçü Birimi 11"/>
                <w:id w:val="435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59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599" w:edGrp="everyone"/>
            <w:sdt>
              <w:sdtPr>
                <w:alias w:val="Taşınır Miktar 11"/>
                <w:tag w:val="Taşınır Miktar 11"/>
                <w:id w:val="435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599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600" w:edGrp="everyone"/>
            <w:sdt>
              <w:sdtPr>
                <w:alias w:val="Taşınır Birim Fiyat 11"/>
                <w:tag w:val="Taşınır Birim Fiyat 11"/>
                <w:id w:val="435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600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601" w:edGrp="everyone"/>
            <w:sdt>
              <w:sdtPr>
                <w:alias w:val="Taşınır Tutar 11"/>
                <w:tag w:val="Taşınır Tutar 11"/>
                <w:id w:val="436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60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2602" w:edGrp="everyone"/>
            <w:sdt>
              <w:sdtPr>
                <w:alias w:val="Taşınır Taşınır Kodu 12"/>
                <w:tag w:val="Taşınır Taşınır Kodu 12"/>
                <w:id w:val="436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260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603" w:edGrp="everyone"/>
            <w:sdt>
              <w:sdtPr>
                <w:alias w:val="Taşınır Taşınırın Adı 12"/>
                <w:tag w:val="Taşınır Taşınırın Adı 12"/>
                <w:id w:val="436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260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604" w:edGrp="everyone"/>
            <w:sdt>
              <w:sdtPr>
                <w:alias w:val="Taşınır Ölçü Birimi 12"/>
                <w:tag w:val="Taşınır Ölçü Birimi 12"/>
                <w:id w:val="436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60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605" w:edGrp="everyone"/>
            <w:sdt>
              <w:sdtPr>
                <w:alias w:val="Taşınır Miktar 12"/>
                <w:tag w:val="Taşınır Miktar 12"/>
                <w:id w:val="436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605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606" w:edGrp="everyone"/>
            <w:sdt>
              <w:sdtPr>
                <w:alias w:val="Taşınır Birim Fiyat 12"/>
                <w:tag w:val="Taşınır Birim Fiyat 12"/>
                <w:id w:val="436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606"/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left"/>
            </w:pPr>
            <w:permStart w:id="2607" w:edGrp="everyone"/>
            <w:sdt>
              <w:sdtPr>
                <w:alias w:val="Taşınır Tutar 12"/>
                <w:tag w:val="Taşınır Tutar 12"/>
                <w:id w:val="436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60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Taşınır Kayıt Yetkilisi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Taşınır Kontrol Yetkilisi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2608" w:edGrp="everyone"/>
            <w:sdt>
              <w:sdtPr>
                <w:alias w:val="Taşınır Kayıt Yetkilisi Adı Soyadı"/>
                <w:tag w:val="Taşınır Kayıt Yetkilisi Adı Soyadı"/>
                <w:id w:val="4360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08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2609" w:edGrp="everyone"/>
            <w:sdt>
              <w:sdtPr>
                <w:alias w:val="Taşınır Kontrol Yetkilisi Adı Soyadı"/>
                <w:tag w:val="Taşınır Kontrol Yetkilisi Adı Soyadı"/>
                <w:id w:val="4360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09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HTMYO-KFRM-335  |  Taşınır İşlem Fişi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Taşınır İşlem Fişi</dc:title>
  <dc:subject>HTMYO-KFRM-335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