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8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239"/>
        <w:gridCol w:w="8018"/>
        <w:gridCol w:w="25"/>
      </w:tblGrid>
      <w:tr w:rsidR="00C66702" w:rsidRPr="006E2329" w14:paraId="7F6344CE" w14:textId="77777777" w:rsidTr="005A0DA6">
        <w:trPr>
          <w:trHeight w:val="1062"/>
          <w:jc w:val="center"/>
        </w:trPr>
        <w:tc>
          <w:tcPr>
            <w:tcW w:w="3246" w:type="dxa"/>
            <w:tcMar>
              <w:top w:w="40" w:type="dxa"/>
              <w:left w:w="60" w:type="dxa"/>
              <w:bottom w:w="40" w:type="dxa"/>
              <w:right w:w="60" w:type="dxa"/>
            </w:tcMar>
            <w:vAlign w:val="center"/>
          </w:tcPr>
          <w:p w14:paraId="34AE5640" w14:textId="04FDC97B" w:rsidR="00C66702" w:rsidRPr="006E2329" w:rsidRDefault="006E2329">
            <w:pPr>
              <w:jc w:val="center"/>
              <w:rPr>
                <w:rFonts w:asciiTheme="majorHAnsi" w:hAnsiTheme="majorHAnsi" w:cstheme="majorHAnsi"/>
                <w:sz w:val="18"/>
                <w:szCs w:val="18"/>
              </w:rPr>
            </w:pPr>
            <w:bookmarkStart w:id="0" w:name="_GoBack"/>
            <w:bookmarkEnd w:id="0"/>
            <w:r w:rsidRPr="006E2329">
              <w:rPr>
                <w:rFonts w:asciiTheme="majorHAnsi" w:hAnsiTheme="majorHAnsi" w:cstheme="majorHAnsi"/>
                <w:noProof/>
                <w:sz w:val="18"/>
                <w:szCs w:val="18"/>
              </w:rPr>
              <w:drawing>
                <wp:inline distT="0" distB="0" distL="0" distR="0" wp14:anchorId="17272849" wp14:editId="6A63ED47">
                  <wp:extent cx="1885388" cy="619125"/>
                  <wp:effectExtent l="0" t="0" r="0" b="3175"/>
                  <wp:docPr id="10048109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10909" name=""/>
                          <pic:cNvPicPr/>
                        </pic:nvPicPr>
                        <pic:blipFill>
                          <a:blip r:embed="rId6"/>
                          <a:stretch>
                            <a:fillRect/>
                          </a:stretch>
                        </pic:blipFill>
                        <pic:spPr>
                          <a:xfrm>
                            <a:off x="0" y="0"/>
                            <a:ext cx="1947730" cy="639597"/>
                          </a:xfrm>
                          <a:prstGeom prst="rect">
                            <a:avLst/>
                          </a:prstGeom>
                        </pic:spPr>
                      </pic:pic>
                    </a:graphicData>
                  </a:graphic>
                </wp:inline>
              </w:drawing>
            </w:r>
          </w:p>
        </w:tc>
        <w:tc>
          <w:tcPr>
            <w:tcW w:w="8036" w:type="dxa"/>
            <w:gridSpan w:val="2"/>
            <w:tcMar>
              <w:top w:w="40" w:type="dxa"/>
              <w:left w:w="60" w:type="dxa"/>
              <w:bottom w:w="40" w:type="dxa"/>
              <w:right w:w="60" w:type="dxa"/>
            </w:tcMar>
            <w:vAlign w:val="center"/>
          </w:tcPr>
          <w:p w14:paraId="1F2F9491" w14:textId="77777777" w:rsidR="00C66702" w:rsidRPr="006E2329" w:rsidRDefault="006C4B4A">
            <w:pPr>
              <w:jc w:val="center"/>
              <w:rPr>
                <w:rFonts w:asciiTheme="majorHAnsi" w:hAnsiTheme="majorHAnsi" w:cstheme="majorHAnsi"/>
                <w:sz w:val="18"/>
                <w:szCs w:val="18"/>
              </w:rPr>
            </w:pPr>
            <w:r w:rsidRPr="006E2329">
              <w:rPr>
                <w:rFonts w:asciiTheme="majorHAnsi" w:hAnsiTheme="majorHAnsi" w:cstheme="majorHAnsi"/>
                <w:b/>
                <w:color w:val="000000"/>
                <w:sz w:val="18"/>
                <w:szCs w:val="18"/>
              </w:rPr>
              <w:t>BURDUR MEHMET AKİF ERSOY ÜNİVERSİTESİ</w:t>
            </w:r>
            <w:r w:rsidRPr="006E2329">
              <w:rPr>
                <w:rFonts w:asciiTheme="majorHAnsi" w:hAnsiTheme="majorHAnsi" w:cstheme="majorHAnsi"/>
                <w:b/>
                <w:color w:val="000000"/>
                <w:sz w:val="18"/>
                <w:szCs w:val="18"/>
              </w:rPr>
              <w:br/>
              <w:t>SAĞLIK BİLİMLERİ FAKÜLTESİ</w:t>
            </w:r>
            <w:r w:rsidRPr="006E2329">
              <w:rPr>
                <w:rFonts w:asciiTheme="majorHAnsi" w:hAnsiTheme="majorHAnsi" w:cstheme="majorHAnsi"/>
                <w:b/>
                <w:color w:val="000000"/>
                <w:sz w:val="18"/>
                <w:szCs w:val="18"/>
              </w:rPr>
              <w:br/>
              <w:t>ACİL YARDIM VE AFET YÖNETİMİ BÖLÜMÜ</w:t>
            </w:r>
          </w:p>
        </w:tc>
      </w:tr>
      <w:tr w:rsidR="00C66702" w:rsidRPr="006E2329" w14:paraId="0753B759"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11282" w:type="dxa"/>
            <w:gridSpan w:val="3"/>
            <w:tcMar>
              <w:top w:w="40" w:type="dxa"/>
              <w:left w:w="60" w:type="dxa"/>
              <w:bottom w:w="40" w:type="dxa"/>
              <w:right w:w="60" w:type="dxa"/>
            </w:tcMar>
            <w:vAlign w:val="center"/>
          </w:tcPr>
          <w:p w14:paraId="1E5393A4" w14:textId="20C5A725" w:rsidR="006E2329" w:rsidRPr="006E2329" w:rsidRDefault="006C4B4A" w:rsidP="006E2329">
            <w:pPr>
              <w:jc w:val="center"/>
              <w:rPr>
                <w:rFonts w:asciiTheme="majorHAnsi" w:hAnsiTheme="majorHAnsi" w:cstheme="majorHAnsi"/>
                <w:b/>
                <w:color w:val="000000"/>
                <w:sz w:val="18"/>
                <w:szCs w:val="18"/>
              </w:rPr>
            </w:pPr>
            <w:r w:rsidRPr="006E2329">
              <w:rPr>
                <w:rFonts w:asciiTheme="majorHAnsi" w:hAnsiTheme="majorHAnsi" w:cstheme="majorHAnsi"/>
                <w:b/>
                <w:color w:val="000000"/>
                <w:sz w:val="18"/>
                <w:szCs w:val="18"/>
              </w:rPr>
              <w:t>UYGULAMALI DERS KABUL FORMU</w:t>
            </w:r>
          </w:p>
        </w:tc>
      </w:tr>
      <w:tr w:rsidR="00C66702" w:rsidRPr="006E2329" w14:paraId="6A95D64E"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11282" w:type="dxa"/>
            <w:gridSpan w:val="3"/>
            <w:tcMar>
              <w:top w:w="40" w:type="dxa"/>
              <w:left w:w="60" w:type="dxa"/>
              <w:bottom w:w="40" w:type="dxa"/>
              <w:right w:w="60" w:type="dxa"/>
            </w:tcMar>
            <w:vAlign w:val="center"/>
          </w:tcPr>
          <w:p w14:paraId="31AD90B9" w14:textId="77777777" w:rsidR="00C66702" w:rsidRPr="006E2329" w:rsidRDefault="006C4B4A">
            <w:pPr>
              <w:jc w:val="center"/>
              <w:rPr>
                <w:rFonts w:asciiTheme="majorHAnsi" w:hAnsiTheme="majorHAnsi" w:cstheme="majorHAnsi"/>
                <w:sz w:val="18"/>
                <w:szCs w:val="18"/>
              </w:rPr>
            </w:pPr>
            <w:r w:rsidRPr="006E2329">
              <w:rPr>
                <w:rFonts w:asciiTheme="majorHAnsi" w:hAnsiTheme="majorHAnsi" w:cstheme="majorHAnsi"/>
                <w:b/>
                <w:color w:val="000000"/>
                <w:sz w:val="18"/>
                <w:szCs w:val="18"/>
              </w:rPr>
              <w:t>ÖĞRENCİNİN</w:t>
            </w:r>
          </w:p>
        </w:tc>
      </w:tr>
      <w:tr w:rsidR="00C66702" w:rsidRPr="006E2329" w14:paraId="06B2C85E"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114B6B05"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Adı ve Soyadı</w:t>
            </w:r>
          </w:p>
        </w:tc>
        <w:tc>
          <w:tcPr>
            <w:tcW w:w="8036" w:type="dxa"/>
            <w:gridSpan w:val="2"/>
            <w:tcMar>
              <w:top w:w="40" w:type="dxa"/>
              <w:left w:w="60" w:type="dxa"/>
              <w:bottom w:w="40" w:type="dxa"/>
              <w:right w:w="60" w:type="dxa"/>
            </w:tcMar>
            <w:vAlign w:val="center"/>
          </w:tcPr>
          <w:p w14:paraId="15555BE3" w14:textId="6AD3477A" w:rsidR="00C66702" w:rsidRPr="006E2329" w:rsidRDefault="00C66702">
            <w:pPr>
              <w:rPr>
                <w:rFonts w:asciiTheme="majorHAnsi" w:hAnsiTheme="majorHAnsi" w:cstheme="majorHAnsi"/>
                <w:sz w:val="18"/>
                <w:szCs w:val="18"/>
              </w:rPr>
            </w:pPr>
          </w:p>
        </w:tc>
      </w:tr>
      <w:tr w:rsidR="00C66702" w:rsidRPr="006E2329" w14:paraId="26645A29"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13BD7AC5"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Öğrenci Numarası</w:t>
            </w:r>
          </w:p>
        </w:tc>
        <w:tc>
          <w:tcPr>
            <w:tcW w:w="8036" w:type="dxa"/>
            <w:gridSpan w:val="2"/>
            <w:tcMar>
              <w:top w:w="40" w:type="dxa"/>
              <w:left w:w="60" w:type="dxa"/>
              <w:bottom w:w="40" w:type="dxa"/>
              <w:right w:w="60" w:type="dxa"/>
            </w:tcMar>
            <w:vAlign w:val="center"/>
          </w:tcPr>
          <w:p w14:paraId="671B8904" w14:textId="74C2359B" w:rsidR="00C66702" w:rsidRPr="006E2329" w:rsidRDefault="00C66702">
            <w:pPr>
              <w:rPr>
                <w:rFonts w:asciiTheme="majorHAnsi" w:hAnsiTheme="majorHAnsi" w:cstheme="majorHAnsi"/>
                <w:sz w:val="18"/>
                <w:szCs w:val="18"/>
              </w:rPr>
            </w:pPr>
          </w:p>
        </w:tc>
      </w:tr>
      <w:tr w:rsidR="00C66702" w:rsidRPr="006E2329" w14:paraId="1EAB88CB"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72E3AC76"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T.C. Kimlik Numarası</w:t>
            </w:r>
          </w:p>
        </w:tc>
        <w:tc>
          <w:tcPr>
            <w:tcW w:w="8036" w:type="dxa"/>
            <w:gridSpan w:val="2"/>
            <w:tcMar>
              <w:top w:w="40" w:type="dxa"/>
              <w:left w:w="60" w:type="dxa"/>
              <w:bottom w:w="40" w:type="dxa"/>
              <w:right w:w="60" w:type="dxa"/>
            </w:tcMar>
            <w:vAlign w:val="center"/>
          </w:tcPr>
          <w:p w14:paraId="235C1558" w14:textId="462F1363" w:rsidR="00C66702" w:rsidRPr="006E2329" w:rsidRDefault="00C66702">
            <w:pPr>
              <w:rPr>
                <w:rFonts w:asciiTheme="majorHAnsi" w:hAnsiTheme="majorHAnsi" w:cstheme="majorHAnsi"/>
                <w:sz w:val="18"/>
                <w:szCs w:val="18"/>
              </w:rPr>
            </w:pPr>
          </w:p>
        </w:tc>
      </w:tr>
      <w:tr w:rsidR="00C66702" w:rsidRPr="006E2329" w14:paraId="30400D97"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35AB9396"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Telefon (Cep/Ev)</w:t>
            </w:r>
          </w:p>
        </w:tc>
        <w:tc>
          <w:tcPr>
            <w:tcW w:w="8036" w:type="dxa"/>
            <w:gridSpan w:val="2"/>
            <w:tcMar>
              <w:top w:w="40" w:type="dxa"/>
              <w:left w:w="60" w:type="dxa"/>
              <w:bottom w:w="40" w:type="dxa"/>
              <w:right w:w="60" w:type="dxa"/>
            </w:tcMar>
            <w:vAlign w:val="center"/>
          </w:tcPr>
          <w:p w14:paraId="1249B20B" w14:textId="1C5A90AA" w:rsidR="00C66702" w:rsidRPr="006E2329" w:rsidRDefault="00C66702">
            <w:pPr>
              <w:rPr>
                <w:rFonts w:asciiTheme="majorHAnsi" w:hAnsiTheme="majorHAnsi" w:cstheme="majorHAnsi"/>
                <w:sz w:val="18"/>
                <w:szCs w:val="18"/>
              </w:rPr>
            </w:pPr>
          </w:p>
        </w:tc>
      </w:tr>
      <w:tr w:rsidR="00C66702" w:rsidRPr="006E2329" w14:paraId="101D2057"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2456192C" w14:textId="33BAE865" w:rsidR="00C66702" w:rsidRPr="006E2329" w:rsidRDefault="005A0DA6">
            <w:pPr>
              <w:rPr>
                <w:rFonts w:asciiTheme="majorHAnsi" w:hAnsiTheme="majorHAnsi" w:cstheme="majorHAnsi"/>
                <w:sz w:val="18"/>
                <w:szCs w:val="18"/>
              </w:rPr>
            </w:pPr>
            <w:proofErr w:type="spellStart"/>
            <w:r>
              <w:rPr>
                <w:rFonts w:asciiTheme="majorHAnsi" w:hAnsiTheme="majorHAnsi" w:cstheme="majorHAnsi"/>
                <w:color w:val="000000"/>
                <w:sz w:val="18"/>
                <w:szCs w:val="18"/>
              </w:rPr>
              <w:t>Bölümü</w:t>
            </w:r>
            <w:proofErr w:type="spellEnd"/>
          </w:p>
        </w:tc>
        <w:tc>
          <w:tcPr>
            <w:tcW w:w="8036" w:type="dxa"/>
            <w:gridSpan w:val="2"/>
            <w:tcMar>
              <w:top w:w="40" w:type="dxa"/>
              <w:left w:w="60" w:type="dxa"/>
              <w:bottom w:w="40" w:type="dxa"/>
              <w:right w:w="60" w:type="dxa"/>
            </w:tcMar>
            <w:vAlign w:val="center"/>
          </w:tcPr>
          <w:p w14:paraId="1610731F" w14:textId="76533D78" w:rsidR="00C66702" w:rsidRPr="006E2329" w:rsidRDefault="00C66702">
            <w:pPr>
              <w:rPr>
                <w:rFonts w:asciiTheme="majorHAnsi" w:hAnsiTheme="majorHAnsi" w:cstheme="majorHAnsi"/>
                <w:sz w:val="18"/>
                <w:szCs w:val="18"/>
              </w:rPr>
            </w:pPr>
          </w:p>
        </w:tc>
      </w:tr>
      <w:tr w:rsidR="00C66702" w:rsidRPr="006E2329" w14:paraId="06B403EB"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486E664C"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Uygulamalı Ders Adı</w:t>
            </w:r>
          </w:p>
        </w:tc>
        <w:tc>
          <w:tcPr>
            <w:tcW w:w="8036" w:type="dxa"/>
            <w:gridSpan w:val="2"/>
            <w:tcMar>
              <w:top w:w="40" w:type="dxa"/>
              <w:left w:w="60" w:type="dxa"/>
              <w:bottom w:w="40" w:type="dxa"/>
              <w:right w:w="60" w:type="dxa"/>
            </w:tcMar>
            <w:vAlign w:val="center"/>
          </w:tcPr>
          <w:p w14:paraId="34E33E59" w14:textId="3FFD4B71" w:rsidR="005A0DA6" w:rsidRDefault="005A0DA6">
            <w:r>
              <w:rPr>
                <w:noProof/>
              </w:rPr>
              <mc:AlternateContent>
                <mc:Choice Requires="wps">
                  <w:drawing>
                    <wp:anchor distT="0" distB="0" distL="114300" distR="114300" simplePos="0" relativeHeight="251660288" behindDoc="0" locked="0" layoutInCell="1" allowOverlap="1" wp14:anchorId="1750F43A" wp14:editId="72543363">
                      <wp:simplePos x="0" y="0"/>
                      <wp:positionH relativeFrom="column">
                        <wp:posOffset>84455</wp:posOffset>
                      </wp:positionH>
                      <wp:positionV relativeFrom="paragraph">
                        <wp:posOffset>5080</wp:posOffset>
                      </wp:positionV>
                      <wp:extent cx="161925" cy="133350"/>
                      <wp:effectExtent l="0" t="0" r="15875" b="19050"/>
                      <wp:wrapNone/>
                      <wp:docPr id="584309587" name="Metin Kutusu 2"/>
                      <wp:cNvGraphicFramePr/>
                      <a:graphic xmlns:a="http://schemas.openxmlformats.org/drawingml/2006/main">
                        <a:graphicData uri="http://schemas.microsoft.com/office/word/2010/wordprocessingShape">
                          <wps:wsp>
                            <wps:cNvSpPr txBox="1"/>
                            <wps:spPr>
                              <a:xfrm>
                                <a:off x="0" y="0"/>
                                <a:ext cx="161925" cy="13335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188702F" w14:textId="77777777" w:rsidR="005A0DA6" w:rsidRDefault="005A0D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0F43A" id="_x0000_t202" coordsize="21600,21600" o:spt="202" path="m,l,21600r21600,l21600,xe">
                      <v:stroke joinstyle="miter"/>
                      <v:path gradientshapeok="t" o:connecttype="rect"/>
                    </v:shapetype>
                    <v:shape id="Metin Kutusu 2" o:spid="_x0000_s1026" type="#_x0000_t202" style="position:absolute;margin-left:6.65pt;margin-top:.4pt;width:12.7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" fillcolor="white [3201]" strokecolor="black [3200]">
                      <v:textbox>
                        <w:txbxContent>
                          <w:p w14:paraId="1188702F" w14:textId="77777777" w:rsidR="005A0DA6" w:rsidRDefault="005A0DA6"/>
                        </w:txbxContent>
                      </v:textbox>
                    </v:shape>
                  </w:pict>
                </mc:Fallback>
              </mc:AlternateContent>
            </w:r>
            <w:r>
              <w:t xml:space="preserve">            </w:t>
            </w:r>
            <w:proofErr w:type="spellStart"/>
            <w:r>
              <w:t>Güncel</w:t>
            </w:r>
            <w:proofErr w:type="spellEnd"/>
            <w:r>
              <w:t xml:space="preserve"> </w:t>
            </w:r>
            <w:proofErr w:type="spellStart"/>
            <w:r>
              <w:t>Acil</w:t>
            </w:r>
            <w:proofErr w:type="spellEnd"/>
            <w:r>
              <w:t xml:space="preserve"> </w:t>
            </w:r>
            <w:proofErr w:type="spellStart"/>
            <w:r>
              <w:t>Yardım</w:t>
            </w:r>
            <w:proofErr w:type="spellEnd"/>
            <w:r>
              <w:t xml:space="preserve"> </w:t>
            </w:r>
            <w:proofErr w:type="spellStart"/>
            <w:r>
              <w:t>ve</w:t>
            </w:r>
            <w:proofErr w:type="spellEnd"/>
            <w:r>
              <w:t xml:space="preserve"> </w:t>
            </w:r>
            <w:proofErr w:type="spellStart"/>
            <w:r>
              <w:t>Afet</w:t>
            </w:r>
            <w:proofErr w:type="spellEnd"/>
            <w:r>
              <w:t xml:space="preserve"> </w:t>
            </w:r>
            <w:proofErr w:type="spellStart"/>
            <w:r>
              <w:t>Yönetimi</w:t>
            </w:r>
            <w:proofErr w:type="spellEnd"/>
            <w:r>
              <w:t xml:space="preserve"> </w:t>
            </w:r>
            <w:proofErr w:type="spellStart"/>
            <w:r>
              <w:t>Uygulamaları</w:t>
            </w:r>
            <w:proofErr w:type="spellEnd"/>
            <w:r>
              <w:t xml:space="preserve"> I </w:t>
            </w:r>
          </w:p>
          <w:p w14:paraId="6D08CD9D" w14:textId="4A7E20FD" w:rsidR="005A0DA6" w:rsidRDefault="005A0DA6">
            <w:r>
              <w:rPr>
                <w:noProof/>
              </w:rPr>
              <mc:AlternateContent>
                <mc:Choice Requires="wps">
                  <w:drawing>
                    <wp:anchor distT="0" distB="0" distL="114300" distR="114300" simplePos="0" relativeHeight="251662336" behindDoc="0" locked="0" layoutInCell="1" allowOverlap="1" wp14:anchorId="6937ABC2" wp14:editId="2A2F9F29">
                      <wp:simplePos x="0" y="0"/>
                      <wp:positionH relativeFrom="column">
                        <wp:posOffset>95250</wp:posOffset>
                      </wp:positionH>
                      <wp:positionV relativeFrom="paragraph">
                        <wp:posOffset>107315</wp:posOffset>
                      </wp:positionV>
                      <wp:extent cx="161925" cy="133350"/>
                      <wp:effectExtent l="0" t="0" r="15875" b="19050"/>
                      <wp:wrapNone/>
                      <wp:docPr id="985306042" name="Metin Kutusu 2"/>
                      <wp:cNvGraphicFramePr/>
                      <a:graphic xmlns:a="http://schemas.openxmlformats.org/drawingml/2006/main">
                        <a:graphicData uri="http://schemas.microsoft.com/office/word/2010/wordprocessingShape">
                          <wps:wsp>
                            <wps:cNvSpPr txBox="1"/>
                            <wps:spPr>
                              <a:xfrm>
                                <a:off x="0" y="0"/>
                                <a:ext cx="161925" cy="13335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D19BB86" w14:textId="77777777" w:rsidR="005A0DA6" w:rsidRDefault="005A0DA6" w:rsidP="005A0D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7ABC2" id="_x0000_s1027" type="#_x0000_t202" style="position:absolute;margin-left:7.5pt;margin-top:8.45pt;width:12.7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" fillcolor="white [3201]" strokecolor="black [3200]">
                      <v:textbox>
                        <w:txbxContent>
                          <w:p w14:paraId="4D19BB86" w14:textId="77777777" w:rsidR="005A0DA6" w:rsidRDefault="005A0DA6" w:rsidP="005A0DA6"/>
                        </w:txbxContent>
                      </v:textbox>
                    </v:shape>
                  </w:pict>
                </mc:Fallback>
              </mc:AlternateContent>
            </w:r>
          </w:p>
          <w:p w14:paraId="4E575065" w14:textId="7B0A43F4" w:rsidR="00C66702" w:rsidRPr="006E2329" w:rsidRDefault="005A0DA6">
            <w:pPr>
              <w:rPr>
                <w:rFonts w:asciiTheme="majorHAnsi" w:hAnsiTheme="majorHAnsi" w:cstheme="majorHAnsi"/>
                <w:sz w:val="18"/>
                <w:szCs w:val="18"/>
              </w:rPr>
            </w:pPr>
            <w:r>
              <w:t xml:space="preserve">            </w:t>
            </w:r>
            <w:proofErr w:type="spellStart"/>
            <w:r>
              <w:t>Güncel</w:t>
            </w:r>
            <w:proofErr w:type="spellEnd"/>
            <w:r>
              <w:t xml:space="preserve"> </w:t>
            </w:r>
            <w:proofErr w:type="spellStart"/>
            <w:r>
              <w:t>Acil</w:t>
            </w:r>
            <w:proofErr w:type="spellEnd"/>
            <w:r>
              <w:t xml:space="preserve"> </w:t>
            </w:r>
            <w:proofErr w:type="spellStart"/>
            <w:r>
              <w:t>Yardım</w:t>
            </w:r>
            <w:proofErr w:type="spellEnd"/>
            <w:r>
              <w:t xml:space="preserve"> </w:t>
            </w:r>
            <w:proofErr w:type="spellStart"/>
            <w:r>
              <w:t>ve</w:t>
            </w:r>
            <w:proofErr w:type="spellEnd"/>
            <w:r>
              <w:t xml:space="preserve"> </w:t>
            </w:r>
            <w:proofErr w:type="spellStart"/>
            <w:r>
              <w:t>Afet</w:t>
            </w:r>
            <w:proofErr w:type="spellEnd"/>
            <w:r>
              <w:t xml:space="preserve"> </w:t>
            </w:r>
            <w:proofErr w:type="spellStart"/>
            <w:r>
              <w:t>Yönetimi</w:t>
            </w:r>
            <w:proofErr w:type="spellEnd"/>
            <w:r>
              <w:t xml:space="preserve"> </w:t>
            </w:r>
            <w:proofErr w:type="spellStart"/>
            <w:r>
              <w:t>Uygulamaları</w:t>
            </w:r>
            <w:proofErr w:type="spellEnd"/>
            <w:r>
              <w:t xml:space="preserve"> II</w:t>
            </w:r>
          </w:p>
        </w:tc>
      </w:tr>
      <w:tr w:rsidR="00C66702" w:rsidRPr="006E2329" w14:paraId="5A4BB2F0"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4306FDF3"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Eğitimin Başlama Tarihi</w:t>
            </w:r>
          </w:p>
        </w:tc>
        <w:tc>
          <w:tcPr>
            <w:tcW w:w="8036" w:type="dxa"/>
            <w:gridSpan w:val="2"/>
            <w:tcMar>
              <w:top w:w="40" w:type="dxa"/>
              <w:left w:w="60" w:type="dxa"/>
              <w:bottom w:w="40" w:type="dxa"/>
              <w:right w:w="60" w:type="dxa"/>
            </w:tcMar>
            <w:vAlign w:val="center"/>
          </w:tcPr>
          <w:p w14:paraId="7E493A3A" w14:textId="63F3ED9D" w:rsidR="00C66702" w:rsidRPr="006E2329" w:rsidRDefault="00C66702">
            <w:pPr>
              <w:rPr>
                <w:rFonts w:asciiTheme="majorHAnsi" w:hAnsiTheme="majorHAnsi" w:cstheme="majorHAnsi"/>
                <w:sz w:val="18"/>
                <w:szCs w:val="18"/>
              </w:rPr>
            </w:pPr>
          </w:p>
        </w:tc>
      </w:tr>
      <w:tr w:rsidR="00C66702" w:rsidRPr="006E2329" w14:paraId="2432D9A8"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251C825F"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Eğitimin Bitiş Tarihi</w:t>
            </w:r>
          </w:p>
        </w:tc>
        <w:tc>
          <w:tcPr>
            <w:tcW w:w="8036" w:type="dxa"/>
            <w:gridSpan w:val="2"/>
            <w:tcMar>
              <w:top w:w="40" w:type="dxa"/>
              <w:left w:w="60" w:type="dxa"/>
              <w:bottom w:w="40" w:type="dxa"/>
              <w:right w:w="60" w:type="dxa"/>
            </w:tcMar>
            <w:vAlign w:val="center"/>
          </w:tcPr>
          <w:p w14:paraId="51C2408A" w14:textId="05DC81D1" w:rsidR="00C66702" w:rsidRPr="006E2329" w:rsidRDefault="00C66702">
            <w:pPr>
              <w:rPr>
                <w:rFonts w:asciiTheme="majorHAnsi" w:hAnsiTheme="majorHAnsi" w:cstheme="majorHAnsi"/>
                <w:sz w:val="18"/>
                <w:szCs w:val="18"/>
              </w:rPr>
            </w:pPr>
          </w:p>
        </w:tc>
      </w:tr>
      <w:tr w:rsidR="00C66702" w:rsidRPr="006E2329" w14:paraId="3FFA9B51"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3246" w:type="dxa"/>
            <w:tcMar>
              <w:top w:w="40" w:type="dxa"/>
              <w:left w:w="60" w:type="dxa"/>
              <w:bottom w:w="40" w:type="dxa"/>
              <w:right w:w="60" w:type="dxa"/>
            </w:tcMar>
            <w:vAlign w:val="center"/>
          </w:tcPr>
          <w:p w14:paraId="4DD4CE9C"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Eğitimin Süresi</w:t>
            </w:r>
          </w:p>
        </w:tc>
        <w:tc>
          <w:tcPr>
            <w:tcW w:w="8036" w:type="dxa"/>
            <w:gridSpan w:val="2"/>
            <w:tcMar>
              <w:top w:w="40" w:type="dxa"/>
              <w:left w:w="60" w:type="dxa"/>
              <w:bottom w:w="40" w:type="dxa"/>
              <w:right w:w="60" w:type="dxa"/>
            </w:tcMar>
            <w:vAlign w:val="center"/>
          </w:tcPr>
          <w:p w14:paraId="78070292" w14:textId="3031B216" w:rsidR="00C66702" w:rsidRPr="006E2329" w:rsidRDefault="006C4B4A">
            <w:pPr>
              <w:rPr>
                <w:rFonts w:asciiTheme="majorHAnsi" w:hAnsiTheme="majorHAnsi" w:cstheme="majorHAnsi"/>
                <w:sz w:val="18"/>
                <w:szCs w:val="18"/>
              </w:rPr>
            </w:pPr>
            <w:proofErr w:type="spellStart"/>
            <w:r w:rsidRPr="006E2329">
              <w:rPr>
                <w:rFonts w:asciiTheme="majorHAnsi" w:hAnsiTheme="majorHAnsi" w:cstheme="majorHAnsi"/>
                <w:color w:val="000000"/>
                <w:sz w:val="18"/>
                <w:szCs w:val="18"/>
              </w:rPr>
              <w:t>Akademik</w:t>
            </w:r>
            <w:proofErr w:type="spellEnd"/>
            <w:r w:rsidRPr="006E2329">
              <w:rPr>
                <w:rFonts w:asciiTheme="majorHAnsi" w:hAnsiTheme="majorHAnsi" w:cstheme="majorHAnsi"/>
                <w:color w:val="000000"/>
                <w:sz w:val="18"/>
                <w:szCs w:val="18"/>
              </w:rPr>
              <w:t xml:space="preserve"> </w:t>
            </w:r>
            <w:proofErr w:type="spellStart"/>
            <w:r w:rsidRPr="006E2329">
              <w:rPr>
                <w:rFonts w:asciiTheme="majorHAnsi" w:hAnsiTheme="majorHAnsi" w:cstheme="majorHAnsi"/>
                <w:color w:val="000000"/>
                <w:sz w:val="18"/>
                <w:szCs w:val="18"/>
              </w:rPr>
              <w:t>Takvime</w:t>
            </w:r>
            <w:proofErr w:type="spellEnd"/>
            <w:r w:rsidRPr="006E2329">
              <w:rPr>
                <w:rFonts w:asciiTheme="majorHAnsi" w:hAnsiTheme="majorHAnsi" w:cstheme="majorHAnsi"/>
                <w:color w:val="000000"/>
                <w:sz w:val="18"/>
                <w:szCs w:val="18"/>
              </w:rPr>
              <w:t xml:space="preserve"> </w:t>
            </w:r>
            <w:proofErr w:type="spellStart"/>
            <w:r w:rsidRPr="006E2329">
              <w:rPr>
                <w:rFonts w:asciiTheme="majorHAnsi" w:hAnsiTheme="majorHAnsi" w:cstheme="majorHAnsi"/>
                <w:color w:val="000000"/>
                <w:sz w:val="18"/>
                <w:szCs w:val="18"/>
              </w:rPr>
              <w:t>Göre</w:t>
            </w:r>
            <w:proofErr w:type="spellEnd"/>
            <w:r w:rsidRPr="006E2329">
              <w:rPr>
                <w:rFonts w:asciiTheme="majorHAnsi" w:hAnsiTheme="majorHAnsi" w:cstheme="majorHAnsi"/>
                <w:color w:val="000000"/>
                <w:sz w:val="18"/>
                <w:szCs w:val="18"/>
              </w:rPr>
              <w:t xml:space="preserve"> </w:t>
            </w:r>
            <w:proofErr w:type="spellStart"/>
            <w:r w:rsidRPr="006E2329">
              <w:rPr>
                <w:rFonts w:asciiTheme="majorHAnsi" w:hAnsiTheme="majorHAnsi" w:cstheme="majorHAnsi"/>
                <w:color w:val="000000"/>
                <w:sz w:val="18"/>
                <w:szCs w:val="18"/>
              </w:rPr>
              <w:t>İlgili</w:t>
            </w:r>
            <w:proofErr w:type="spellEnd"/>
            <w:r w:rsidRPr="006E2329">
              <w:rPr>
                <w:rFonts w:asciiTheme="majorHAnsi" w:hAnsiTheme="majorHAnsi" w:cstheme="majorHAnsi"/>
                <w:color w:val="000000"/>
                <w:sz w:val="18"/>
                <w:szCs w:val="18"/>
              </w:rPr>
              <w:t xml:space="preserve"> </w:t>
            </w:r>
            <w:proofErr w:type="spellStart"/>
            <w:r w:rsidRPr="006E2329">
              <w:rPr>
                <w:rFonts w:asciiTheme="majorHAnsi" w:hAnsiTheme="majorHAnsi" w:cstheme="majorHAnsi"/>
                <w:color w:val="000000"/>
                <w:sz w:val="18"/>
                <w:szCs w:val="18"/>
              </w:rPr>
              <w:t>Yarıyılın</w:t>
            </w:r>
            <w:proofErr w:type="spellEnd"/>
            <w:r w:rsidRPr="006E2329">
              <w:rPr>
                <w:rFonts w:asciiTheme="majorHAnsi" w:hAnsiTheme="majorHAnsi" w:cstheme="majorHAnsi"/>
                <w:color w:val="000000"/>
                <w:sz w:val="18"/>
                <w:szCs w:val="18"/>
              </w:rPr>
              <w:t xml:space="preserve"> Ders Başlangıç ve Bitişini Kapsamaktadır. Bu form 2’şer nüsha olmak üzere her yarıyıl için tekrar eksiksiz doldurulacak ve ilgili taraflarca imzalanıp Bölüm Sekreterliğine teslim edilecektir.</w:t>
            </w:r>
          </w:p>
        </w:tc>
      </w:tr>
      <w:tr w:rsidR="00C66702" w:rsidRPr="006E2329" w14:paraId="0DBDA073" w14:textId="77777777" w:rsidTr="005A0D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jc w:val="center"/>
        </w:trPr>
        <w:tc>
          <w:tcPr>
            <w:tcW w:w="11282" w:type="dxa"/>
            <w:gridSpan w:val="3"/>
            <w:tcMar>
              <w:top w:w="40" w:type="dxa"/>
              <w:left w:w="60" w:type="dxa"/>
              <w:bottom w:w="40" w:type="dxa"/>
              <w:right w:w="60" w:type="dxa"/>
            </w:tcMar>
            <w:vAlign w:val="center"/>
          </w:tcPr>
          <w:p w14:paraId="0C254B12" w14:textId="77777777" w:rsidR="00C66702" w:rsidRPr="006E2329" w:rsidRDefault="006C4B4A">
            <w:pPr>
              <w:jc w:val="center"/>
              <w:rPr>
                <w:rFonts w:asciiTheme="majorHAnsi" w:hAnsiTheme="majorHAnsi" w:cstheme="majorHAnsi"/>
                <w:sz w:val="18"/>
                <w:szCs w:val="18"/>
              </w:rPr>
            </w:pPr>
            <w:proofErr w:type="spellStart"/>
            <w:r w:rsidRPr="006E2329">
              <w:rPr>
                <w:rFonts w:asciiTheme="majorHAnsi" w:hAnsiTheme="majorHAnsi" w:cstheme="majorHAnsi"/>
                <w:b/>
                <w:color w:val="000000"/>
                <w:sz w:val="18"/>
                <w:szCs w:val="18"/>
              </w:rPr>
              <w:t>Genel</w:t>
            </w:r>
            <w:proofErr w:type="spellEnd"/>
            <w:r w:rsidRPr="006E2329">
              <w:rPr>
                <w:rFonts w:asciiTheme="majorHAnsi" w:hAnsiTheme="majorHAnsi" w:cstheme="majorHAnsi"/>
                <w:b/>
                <w:color w:val="000000"/>
                <w:sz w:val="18"/>
                <w:szCs w:val="18"/>
              </w:rPr>
              <w:t xml:space="preserve"> </w:t>
            </w:r>
            <w:proofErr w:type="spellStart"/>
            <w:r w:rsidRPr="006E2329">
              <w:rPr>
                <w:rFonts w:asciiTheme="majorHAnsi" w:hAnsiTheme="majorHAnsi" w:cstheme="majorHAnsi"/>
                <w:b/>
                <w:color w:val="000000"/>
                <w:sz w:val="18"/>
                <w:szCs w:val="18"/>
              </w:rPr>
              <w:t>Sağlık</w:t>
            </w:r>
            <w:proofErr w:type="spellEnd"/>
            <w:r w:rsidRPr="006E2329">
              <w:rPr>
                <w:rFonts w:asciiTheme="majorHAnsi" w:hAnsiTheme="majorHAnsi" w:cstheme="majorHAnsi"/>
                <w:b/>
                <w:color w:val="000000"/>
                <w:sz w:val="18"/>
                <w:szCs w:val="18"/>
              </w:rPr>
              <w:t xml:space="preserve"> </w:t>
            </w:r>
            <w:proofErr w:type="spellStart"/>
            <w:r w:rsidRPr="006E2329">
              <w:rPr>
                <w:rFonts w:asciiTheme="majorHAnsi" w:hAnsiTheme="majorHAnsi" w:cstheme="majorHAnsi"/>
                <w:b/>
                <w:color w:val="000000"/>
                <w:sz w:val="18"/>
                <w:szCs w:val="18"/>
              </w:rPr>
              <w:t>Sigortası</w:t>
            </w:r>
            <w:proofErr w:type="spellEnd"/>
            <w:r w:rsidRPr="006E2329">
              <w:rPr>
                <w:rFonts w:asciiTheme="majorHAnsi" w:hAnsiTheme="majorHAnsi" w:cstheme="majorHAnsi"/>
                <w:b/>
                <w:color w:val="000000"/>
                <w:sz w:val="18"/>
                <w:szCs w:val="18"/>
              </w:rPr>
              <w:t xml:space="preserve"> </w:t>
            </w:r>
            <w:proofErr w:type="spellStart"/>
            <w:r w:rsidRPr="006E2329">
              <w:rPr>
                <w:rFonts w:asciiTheme="majorHAnsi" w:hAnsiTheme="majorHAnsi" w:cstheme="majorHAnsi"/>
                <w:b/>
                <w:color w:val="000000"/>
                <w:sz w:val="18"/>
                <w:szCs w:val="18"/>
              </w:rPr>
              <w:t>Beyan</w:t>
            </w:r>
            <w:proofErr w:type="spellEnd"/>
            <w:r w:rsidRPr="006E2329">
              <w:rPr>
                <w:rFonts w:asciiTheme="majorHAnsi" w:hAnsiTheme="majorHAnsi" w:cstheme="majorHAnsi"/>
                <w:b/>
                <w:color w:val="000000"/>
                <w:sz w:val="18"/>
                <w:szCs w:val="18"/>
              </w:rPr>
              <w:t xml:space="preserve"> </w:t>
            </w:r>
            <w:proofErr w:type="spellStart"/>
            <w:r w:rsidRPr="006E2329">
              <w:rPr>
                <w:rFonts w:asciiTheme="majorHAnsi" w:hAnsiTheme="majorHAnsi" w:cstheme="majorHAnsi"/>
                <w:b/>
                <w:color w:val="000000"/>
                <w:sz w:val="18"/>
                <w:szCs w:val="18"/>
              </w:rPr>
              <w:t>ve</w:t>
            </w:r>
            <w:proofErr w:type="spellEnd"/>
            <w:r w:rsidRPr="006E2329">
              <w:rPr>
                <w:rFonts w:asciiTheme="majorHAnsi" w:hAnsiTheme="majorHAnsi" w:cstheme="majorHAnsi"/>
                <w:b/>
                <w:color w:val="000000"/>
                <w:sz w:val="18"/>
                <w:szCs w:val="18"/>
              </w:rPr>
              <w:t xml:space="preserve"> Taahhüdü</w:t>
            </w:r>
          </w:p>
        </w:tc>
      </w:tr>
      <w:tr w:rsidR="00C66702" w:rsidRPr="006E2329" w14:paraId="0DC3D5B0"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25" w:type="dxa"/>
          <w:jc w:val="center"/>
        </w:trPr>
        <w:tc>
          <w:tcPr>
            <w:tcW w:w="11282" w:type="dxa"/>
            <w:gridSpan w:val="2"/>
            <w:tcMar>
              <w:top w:w="40" w:type="dxa"/>
              <w:left w:w="60" w:type="dxa"/>
              <w:bottom w:w="40" w:type="dxa"/>
              <w:right w:w="60" w:type="dxa"/>
            </w:tcMar>
            <w:vAlign w:val="center"/>
          </w:tcPr>
          <w:p w14:paraId="3EC10404" w14:textId="77777777" w:rsidR="00C66702" w:rsidRPr="006E2329" w:rsidRDefault="006C4B4A">
            <w:pPr>
              <w:rPr>
                <w:rFonts w:asciiTheme="majorHAnsi" w:hAnsiTheme="majorHAnsi" w:cstheme="majorHAnsi"/>
                <w:sz w:val="18"/>
                <w:szCs w:val="18"/>
              </w:rPr>
            </w:pPr>
            <w:proofErr w:type="gramStart"/>
            <w:r w:rsidRPr="006E2329">
              <w:rPr>
                <w:rFonts w:ascii="Segoe UI Symbol" w:hAnsi="Segoe UI Symbol" w:cs="Segoe UI Symbol"/>
                <w:color w:val="000000"/>
                <w:sz w:val="18"/>
                <w:szCs w:val="18"/>
              </w:rPr>
              <w:t>☐</w:t>
            </w:r>
            <w:r w:rsidRPr="006E2329">
              <w:rPr>
                <w:rFonts w:asciiTheme="majorHAnsi" w:hAnsiTheme="majorHAnsi" w:cstheme="majorHAnsi"/>
                <w:color w:val="000000"/>
                <w:sz w:val="18"/>
                <w:szCs w:val="18"/>
              </w:rPr>
              <w:t xml:space="preserve">  </w:t>
            </w:r>
            <w:proofErr w:type="spellStart"/>
            <w:r w:rsidRPr="006E2329">
              <w:rPr>
                <w:rFonts w:asciiTheme="majorHAnsi" w:hAnsiTheme="majorHAnsi" w:cstheme="majorHAnsi"/>
                <w:color w:val="000000"/>
                <w:sz w:val="18"/>
                <w:szCs w:val="18"/>
              </w:rPr>
              <w:t>Ailemden</w:t>
            </w:r>
            <w:proofErr w:type="spellEnd"/>
            <w:proofErr w:type="gramEnd"/>
            <w:r w:rsidRPr="006E2329">
              <w:rPr>
                <w:rFonts w:asciiTheme="majorHAnsi" w:hAnsiTheme="majorHAnsi" w:cstheme="majorHAnsi"/>
                <w:color w:val="000000"/>
                <w:sz w:val="18"/>
                <w:szCs w:val="18"/>
              </w:rPr>
              <w:t xml:space="preserve">, </w:t>
            </w:r>
            <w:proofErr w:type="spellStart"/>
            <w:r w:rsidRPr="006E2329">
              <w:rPr>
                <w:rFonts w:asciiTheme="majorHAnsi" w:hAnsiTheme="majorHAnsi" w:cstheme="majorHAnsi"/>
                <w:color w:val="000000"/>
                <w:sz w:val="18"/>
                <w:szCs w:val="18"/>
              </w:rPr>
              <w:t>annem</w:t>
            </w:r>
            <w:proofErr w:type="spellEnd"/>
            <w:r w:rsidRPr="006E2329">
              <w:rPr>
                <w:rFonts w:asciiTheme="majorHAnsi" w:hAnsiTheme="majorHAnsi" w:cstheme="majorHAnsi"/>
                <w:color w:val="000000"/>
                <w:sz w:val="18"/>
                <w:szCs w:val="18"/>
              </w:rPr>
              <w:t xml:space="preserve"> / </w:t>
            </w:r>
            <w:proofErr w:type="spellStart"/>
            <w:r w:rsidRPr="006E2329">
              <w:rPr>
                <w:rFonts w:asciiTheme="majorHAnsi" w:hAnsiTheme="majorHAnsi" w:cstheme="majorHAnsi"/>
                <w:color w:val="000000"/>
                <w:sz w:val="18"/>
                <w:szCs w:val="18"/>
              </w:rPr>
              <w:t>babam</w:t>
            </w:r>
            <w:proofErr w:type="spellEnd"/>
            <w:r w:rsidRPr="006E2329">
              <w:rPr>
                <w:rFonts w:asciiTheme="majorHAnsi" w:hAnsiTheme="majorHAnsi" w:cstheme="majorHAnsi"/>
                <w:color w:val="000000"/>
                <w:sz w:val="18"/>
                <w:szCs w:val="18"/>
              </w:rPr>
              <w:t xml:space="preserve"> üzerinden genel sağlık sigortası kapsamında sağlık hizmeti alıyorum. Bu nedenle Uygulamalı Ders eğitimi boyunca genel sağlık sigortası kapsamında olmayı kabul etmiyorum.</w:t>
            </w:r>
          </w:p>
        </w:tc>
      </w:tr>
      <w:tr w:rsidR="00C66702" w:rsidRPr="006E2329" w14:paraId="13B95175"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25" w:type="dxa"/>
          <w:jc w:val="center"/>
        </w:trPr>
        <w:tc>
          <w:tcPr>
            <w:tcW w:w="11282" w:type="dxa"/>
            <w:gridSpan w:val="2"/>
            <w:tcMar>
              <w:top w:w="40" w:type="dxa"/>
              <w:left w:w="60" w:type="dxa"/>
              <w:bottom w:w="40" w:type="dxa"/>
              <w:right w:w="60" w:type="dxa"/>
            </w:tcMar>
            <w:vAlign w:val="center"/>
          </w:tcPr>
          <w:p w14:paraId="2CE97850" w14:textId="77777777" w:rsidR="00C66702" w:rsidRPr="006E2329" w:rsidRDefault="006C4B4A">
            <w:pPr>
              <w:rPr>
                <w:rFonts w:asciiTheme="majorHAnsi" w:hAnsiTheme="majorHAnsi" w:cstheme="majorHAnsi"/>
                <w:sz w:val="18"/>
                <w:szCs w:val="18"/>
              </w:rPr>
            </w:pPr>
            <w:proofErr w:type="gramStart"/>
            <w:r w:rsidRPr="006E2329">
              <w:rPr>
                <w:rFonts w:ascii="Segoe UI Symbol" w:hAnsi="Segoe UI Symbol" w:cs="Segoe UI Symbol"/>
                <w:color w:val="000000"/>
                <w:sz w:val="18"/>
                <w:szCs w:val="18"/>
              </w:rPr>
              <w:t>☐</w:t>
            </w:r>
            <w:r w:rsidRPr="006E2329">
              <w:rPr>
                <w:rFonts w:asciiTheme="majorHAnsi" w:hAnsiTheme="majorHAnsi" w:cstheme="majorHAnsi"/>
                <w:color w:val="000000"/>
                <w:sz w:val="18"/>
                <w:szCs w:val="18"/>
              </w:rPr>
              <w:t xml:space="preserve">  Ailemden</w:t>
            </w:r>
            <w:proofErr w:type="gramEnd"/>
            <w:r w:rsidRPr="006E2329">
              <w:rPr>
                <w:rFonts w:asciiTheme="majorHAnsi" w:hAnsiTheme="majorHAnsi" w:cstheme="majorHAnsi"/>
                <w:color w:val="000000"/>
                <w:sz w:val="18"/>
                <w:szCs w:val="18"/>
              </w:rPr>
              <w:t>, annem / babam üzerinden genel sağlık sigortası k</w:t>
            </w:r>
            <w:r w:rsidRPr="006E2329">
              <w:rPr>
                <w:rFonts w:asciiTheme="majorHAnsi" w:hAnsiTheme="majorHAnsi" w:cstheme="majorHAnsi"/>
                <w:color w:val="000000"/>
                <w:sz w:val="18"/>
                <w:szCs w:val="18"/>
              </w:rPr>
              <w:t>apsamında sağlık hizmeti almıyorum. Bu nedenle Uygulamalı Ders eğitimi boyunca genel sağlık sigortası kapsamında olmayı kabul ediyorum.</w:t>
            </w:r>
          </w:p>
        </w:tc>
      </w:tr>
      <w:tr w:rsidR="00C66702" w:rsidRPr="006E2329" w14:paraId="308D9C37"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25" w:type="dxa"/>
          <w:jc w:val="center"/>
        </w:trPr>
        <w:tc>
          <w:tcPr>
            <w:tcW w:w="11282" w:type="dxa"/>
            <w:gridSpan w:val="2"/>
            <w:tcMar>
              <w:top w:w="40" w:type="dxa"/>
              <w:left w:w="60" w:type="dxa"/>
              <w:bottom w:w="40" w:type="dxa"/>
              <w:right w:w="60" w:type="dxa"/>
            </w:tcMar>
            <w:vAlign w:val="center"/>
          </w:tcPr>
          <w:p w14:paraId="4776B86A" w14:textId="77777777" w:rsidR="00C66702" w:rsidRPr="006E2329" w:rsidRDefault="006C4B4A">
            <w:pPr>
              <w:rPr>
                <w:rFonts w:asciiTheme="majorHAnsi" w:hAnsiTheme="majorHAnsi" w:cstheme="majorHAnsi"/>
                <w:sz w:val="18"/>
                <w:szCs w:val="18"/>
              </w:rPr>
            </w:pPr>
            <w:proofErr w:type="gramStart"/>
            <w:r w:rsidRPr="006E2329">
              <w:rPr>
                <w:rFonts w:ascii="Segoe UI Symbol" w:hAnsi="Segoe UI Symbol" w:cs="Segoe UI Symbol"/>
                <w:color w:val="000000"/>
                <w:sz w:val="18"/>
                <w:szCs w:val="18"/>
              </w:rPr>
              <w:t>☐</w:t>
            </w:r>
            <w:r w:rsidRPr="006E2329">
              <w:rPr>
                <w:rFonts w:asciiTheme="majorHAnsi" w:hAnsiTheme="majorHAnsi" w:cstheme="majorHAnsi"/>
                <w:color w:val="000000"/>
                <w:sz w:val="18"/>
                <w:szCs w:val="18"/>
              </w:rPr>
              <w:t xml:space="preserve">  5510</w:t>
            </w:r>
            <w:proofErr w:type="gramEnd"/>
            <w:r w:rsidRPr="006E2329">
              <w:rPr>
                <w:rFonts w:asciiTheme="majorHAnsi" w:hAnsiTheme="majorHAnsi" w:cstheme="majorHAnsi"/>
                <w:color w:val="000000"/>
                <w:sz w:val="18"/>
                <w:szCs w:val="18"/>
              </w:rPr>
              <w:t xml:space="preserve"> Sayılı Kanunun 4/c maddesi kapsamında sigortalı olarak bir Kamu Kurumunda çalışıyorum.</w:t>
            </w:r>
          </w:p>
        </w:tc>
      </w:tr>
    </w:tbl>
    <w:p w14:paraId="43AEBE6D" w14:textId="7E9ECB82" w:rsidR="00C66702" w:rsidRPr="006E2329" w:rsidRDefault="005A0DA6">
      <w:pPr>
        <w:spacing w:before="20" w:after="20"/>
        <w:rPr>
          <w:rFonts w:asciiTheme="majorHAnsi" w:hAnsiTheme="majorHAnsi" w:cstheme="majorHAnsi"/>
          <w:sz w:val="18"/>
          <w:szCs w:val="18"/>
        </w:rPr>
      </w:pPr>
      <w:r>
        <w:rPr>
          <w:rFonts w:asciiTheme="majorHAnsi" w:hAnsiTheme="majorHAnsi" w:cstheme="majorHAnsi"/>
          <w:noProof/>
          <w:color w:val="1F3B91"/>
          <w:sz w:val="18"/>
          <w:szCs w:val="18"/>
        </w:rPr>
        <mc:AlternateContent>
          <mc:Choice Requires="wps">
            <w:drawing>
              <wp:anchor distT="0" distB="0" distL="114300" distR="114300" simplePos="0" relativeHeight="251659264" behindDoc="0" locked="0" layoutInCell="1" allowOverlap="1" wp14:anchorId="58957177" wp14:editId="655EEC9F">
                <wp:simplePos x="0" y="0"/>
                <wp:positionH relativeFrom="column">
                  <wp:posOffset>-170180</wp:posOffset>
                </wp:positionH>
                <wp:positionV relativeFrom="paragraph">
                  <wp:posOffset>-4729480</wp:posOffset>
                </wp:positionV>
                <wp:extent cx="219075" cy="161925"/>
                <wp:effectExtent l="0" t="0" r="9525" b="15875"/>
                <wp:wrapNone/>
                <wp:docPr id="504307279" name="Metin Kutusu 1"/>
                <wp:cNvGraphicFramePr/>
                <a:graphic xmlns:a="http://schemas.openxmlformats.org/drawingml/2006/main">
                  <a:graphicData uri="http://schemas.microsoft.com/office/word/2010/wordprocessingShape">
                    <wps:wsp>
                      <wps:cNvSpPr txBox="1"/>
                      <wps:spPr>
                        <a:xfrm>
                          <a:off x="0" y="0"/>
                          <a:ext cx="219075" cy="161925"/>
                        </a:xfrm>
                        <a:prstGeom prst="rect">
                          <a:avLst/>
                        </a:prstGeom>
                        <a:solidFill>
                          <a:schemeClr val="lt1"/>
                        </a:solidFill>
                        <a:ln w="6350">
                          <a:solidFill>
                            <a:prstClr val="black"/>
                          </a:solidFill>
                        </a:ln>
                      </wps:spPr>
                      <wps:txbx>
                        <w:txbxContent>
                          <w:p w14:paraId="68966597" w14:textId="77777777" w:rsidR="005A0DA6" w:rsidRDefault="005A0DA6"/>
                          <w:p w14:paraId="71771C1F" w14:textId="77777777" w:rsidR="005A0DA6" w:rsidRDefault="005A0D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57177" id="Metin Kutusu 1" o:spid="_x0000_s1028" type="#_x0000_t202" style="position:absolute;margin-left:-13.4pt;margin-top:-372.4pt;width:1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" fillcolor="white [3201]" strokeweight=".5pt">
                <v:textbox>
                  <w:txbxContent>
                    <w:p w14:paraId="68966597" w14:textId="77777777" w:rsidR="005A0DA6" w:rsidRDefault="005A0DA6"/>
                    <w:p w14:paraId="71771C1F" w14:textId="77777777" w:rsidR="005A0DA6" w:rsidRDefault="005A0DA6"/>
                  </w:txbxContent>
                </v:textbox>
              </v:shape>
            </w:pict>
          </mc:Fallback>
        </mc:AlternateContent>
      </w:r>
      <w:r w:rsidRPr="006E2329">
        <w:rPr>
          <w:rFonts w:asciiTheme="majorHAnsi" w:hAnsiTheme="majorHAnsi" w:cstheme="majorHAnsi"/>
          <w:sz w:val="18"/>
          <w:szCs w:val="18"/>
        </w:rPr>
        <w:t>“</w:t>
      </w:r>
      <w:proofErr w:type="spellStart"/>
      <w:r w:rsidRPr="006E2329">
        <w:rPr>
          <w:rFonts w:asciiTheme="majorHAnsi" w:hAnsiTheme="majorHAnsi" w:cstheme="majorHAnsi"/>
          <w:sz w:val="18"/>
          <w:szCs w:val="18"/>
        </w:rPr>
        <w:t>Uygulamalı</w:t>
      </w:r>
      <w:proofErr w:type="spellEnd"/>
      <w:r w:rsidRPr="006E2329">
        <w:rPr>
          <w:rFonts w:asciiTheme="majorHAnsi" w:hAnsiTheme="majorHAnsi" w:cstheme="majorHAnsi"/>
          <w:sz w:val="18"/>
          <w:szCs w:val="18"/>
        </w:rPr>
        <w:t xml:space="preserve"> </w:t>
      </w:r>
      <w:proofErr w:type="spellStart"/>
      <w:proofErr w:type="gramStart"/>
      <w:r w:rsidRPr="006E2329">
        <w:rPr>
          <w:rFonts w:asciiTheme="majorHAnsi" w:hAnsiTheme="majorHAnsi" w:cstheme="majorHAnsi"/>
          <w:sz w:val="18"/>
          <w:szCs w:val="18"/>
        </w:rPr>
        <w:t>Dersler”e</w:t>
      </w:r>
      <w:proofErr w:type="spellEnd"/>
      <w:proofErr w:type="gramEnd"/>
      <w:r w:rsidRPr="006E2329">
        <w:rPr>
          <w:rFonts w:asciiTheme="majorHAnsi" w:hAnsiTheme="majorHAnsi" w:cstheme="majorHAnsi"/>
          <w:sz w:val="18"/>
          <w:szCs w:val="18"/>
        </w:rPr>
        <w:t xml:space="preserve"> </w:t>
      </w:r>
      <w:proofErr w:type="spellStart"/>
      <w:r w:rsidRPr="006E2329">
        <w:rPr>
          <w:rFonts w:asciiTheme="majorHAnsi" w:hAnsiTheme="majorHAnsi" w:cstheme="majorHAnsi"/>
          <w:sz w:val="18"/>
          <w:szCs w:val="18"/>
        </w:rPr>
        <w:t>ait</w:t>
      </w:r>
      <w:proofErr w:type="spellEnd"/>
      <w:r w:rsidRPr="006E2329">
        <w:rPr>
          <w:rFonts w:asciiTheme="majorHAnsi" w:hAnsiTheme="majorHAnsi" w:cstheme="majorHAnsi"/>
          <w:sz w:val="18"/>
          <w:szCs w:val="18"/>
        </w:rPr>
        <w:t xml:space="preserve"> </w:t>
      </w:r>
      <w:proofErr w:type="spellStart"/>
      <w:r w:rsidRPr="006E2329">
        <w:rPr>
          <w:rFonts w:asciiTheme="majorHAnsi" w:hAnsiTheme="majorHAnsi" w:cstheme="majorHAnsi"/>
          <w:sz w:val="18"/>
          <w:szCs w:val="18"/>
        </w:rPr>
        <w:t>tüm</w:t>
      </w:r>
      <w:proofErr w:type="spellEnd"/>
      <w:r w:rsidRPr="006E2329">
        <w:rPr>
          <w:rFonts w:asciiTheme="majorHAnsi" w:hAnsiTheme="majorHAnsi" w:cstheme="majorHAnsi"/>
          <w:sz w:val="18"/>
          <w:szCs w:val="18"/>
        </w:rPr>
        <w:t xml:space="preserve"> yönergeden sorumlu olduğumu, Uygulamalı dersimi aşağıda belirtilen işletmede yapacağımı, Uygulamalı ders süresince iş yeri ile yapılmış olan protokole, Uygulamalı Dersler Yönergesi’ne, iş yerinin disiplin ve çalışma kurallarına uyacağımı beyan ve taahhüt ediyorum. Uygulamalı Ders sürecinde rapor almam veya işten ayrılmam durumunda aynı gün içerisinde Fakülte Dekanlığına ve iş yeri sorumlusuna bildirmeyi taahhüt ediyorum.</w:t>
      </w:r>
    </w:p>
    <w:p w14:paraId="21CC2A46" w14:textId="77777777" w:rsidR="00C66702" w:rsidRPr="006E2329" w:rsidRDefault="006C4B4A">
      <w:pPr>
        <w:jc w:val="right"/>
        <w:rPr>
          <w:rFonts w:asciiTheme="majorHAnsi" w:hAnsiTheme="majorHAnsi" w:cstheme="majorHAnsi"/>
          <w:sz w:val="18"/>
          <w:szCs w:val="18"/>
        </w:rPr>
      </w:pPr>
      <w:r w:rsidRPr="006E2329">
        <w:rPr>
          <w:rFonts w:asciiTheme="majorHAnsi" w:hAnsiTheme="majorHAnsi" w:cstheme="majorHAnsi"/>
          <w:sz w:val="18"/>
          <w:szCs w:val="18"/>
        </w:rPr>
        <w:t>Öğrencinin İmzası</w:t>
      </w:r>
      <w:r w:rsidRPr="006E2329">
        <w:rPr>
          <w:rFonts w:asciiTheme="majorHAnsi" w:hAnsiTheme="majorHAnsi" w:cstheme="majorHAnsi"/>
          <w:sz w:val="18"/>
          <w:szCs w:val="18"/>
        </w:rPr>
        <w:br/>
        <w:t>…… / …… / 20……</w:t>
      </w:r>
    </w:p>
    <w:p w14:paraId="56FCB07E" w14:textId="77777777" w:rsidR="006E2329" w:rsidRPr="006E2329" w:rsidRDefault="006E2329">
      <w:pPr>
        <w:jc w:val="right"/>
        <w:rPr>
          <w:rFonts w:asciiTheme="majorHAnsi" w:hAnsiTheme="majorHAnsi" w:cstheme="majorHAnsi"/>
          <w:sz w:val="18"/>
          <w:szCs w:val="18"/>
        </w:rPr>
      </w:pPr>
    </w:p>
    <w:p w14:paraId="5778640C" w14:textId="77777777" w:rsidR="006E2329" w:rsidRPr="006E2329" w:rsidRDefault="006E2329">
      <w:pPr>
        <w:jc w:val="right"/>
        <w:rPr>
          <w:rFonts w:asciiTheme="majorHAnsi" w:hAnsiTheme="majorHAnsi" w:cstheme="majorHAnsi"/>
          <w:sz w:val="18"/>
          <w:szCs w:val="18"/>
        </w:rPr>
      </w:pPr>
    </w:p>
    <w:tbl>
      <w:tblPr>
        <w:tblW w:w="112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542"/>
        <w:gridCol w:w="8740"/>
      </w:tblGrid>
      <w:tr w:rsidR="00C66702" w:rsidRPr="006E2329" w14:paraId="0232901B" w14:textId="77777777" w:rsidTr="005A0DA6">
        <w:trPr>
          <w:jc w:val="center"/>
        </w:trPr>
        <w:tc>
          <w:tcPr>
            <w:tcW w:w="11282" w:type="dxa"/>
            <w:gridSpan w:val="2"/>
            <w:tcMar>
              <w:top w:w="40" w:type="dxa"/>
              <w:left w:w="60" w:type="dxa"/>
              <w:bottom w:w="40" w:type="dxa"/>
              <w:right w:w="60" w:type="dxa"/>
            </w:tcMar>
            <w:vAlign w:val="center"/>
          </w:tcPr>
          <w:p w14:paraId="307E8EA1" w14:textId="77777777" w:rsidR="00C66702" w:rsidRPr="006E2329" w:rsidRDefault="006C4B4A">
            <w:pPr>
              <w:jc w:val="center"/>
              <w:rPr>
                <w:rFonts w:asciiTheme="majorHAnsi" w:hAnsiTheme="majorHAnsi" w:cstheme="majorHAnsi"/>
                <w:sz w:val="18"/>
                <w:szCs w:val="18"/>
              </w:rPr>
            </w:pPr>
            <w:r w:rsidRPr="006E2329">
              <w:rPr>
                <w:rFonts w:asciiTheme="majorHAnsi" w:hAnsiTheme="majorHAnsi" w:cstheme="majorHAnsi"/>
                <w:b/>
                <w:color w:val="000000"/>
                <w:sz w:val="18"/>
                <w:szCs w:val="18"/>
              </w:rPr>
              <w:t>İŞ YERİNİN</w:t>
            </w:r>
          </w:p>
        </w:tc>
      </w:tr>
      <w:tr w:rsidR="00C66702" w:rsidRPr="006E2329" w14:paraId="3D42D3A3" w14:textId="77777777" w:rsidTr="005A0DA6">
        <w:trPr>
          <w:jc w:val="center"/>
        </w:trPr>
        <w:tc>
          <w:tcPr>
            <w:tcW w:w="2542" w:type="dxa"/>
            <w:tcMar>
              <w:top w:w="40" w:type="dxa"/>
              <w:left w:w="60" w:type="dxa"/>
              <w:bottom w:w="40" w:type="dxa"/>
              <w:right w:w="60" w:type="dxa"/>
            </w:tcMar>
            <w:vAlign w:val="center"/>
          </w:tcPr>
          <w:p w14:paraId="68CF1893"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Kurum/İşletme Adı</w:t>
            </w:r>
          </w:p>
        </w:tc>
        <w:tc>
          <w:tcPr>
            <w:tcW w:w="8740" w:type="dxa"/>
            <w:tcMar>
              <w:top w:w="40" w:type="dxa"/>
              <w:left w:w="60" w:type="dxa"/>
              <w:bottom w:w="40" w:type="dxa"/>
              <w:right w:w="60" w:type="dxa"/>
            </w:tcMar>
            <w:vAlign w:val="center"/>
          </w:tcPr>
          <w:p w14:paraId="6BEEA528" w14:textId="01B80B4E" w:rsidR="00C66702" w:rsidRPr="006E2329" w:rsidRDefault="00C66702">
            <w:pPr>
              <w:rPr>
                <w:rFonts w:asciiTheme="majorHAnsi" w:hAnsiTheme="majorHAnsi" w:cstheme="majorHAnsi"/>
                <w:sz w:val="18"/>
                <w:szCs w:val="18"/>
              </w:rPr>
            </w:pPr>
          </w:p>
        </w:tc>
      </w:tr>
      <w:tr w:rsidR="00C66702" w:rsidRPr="006E2329" w14:paraId="66F14E3C" w14:textId="77777777" w:rsidTr="005A0DA6">
        <w:trPr>
          <w:jc w:val="center"/>
        </w:trPr>
        <w:tc>
          <w:tcPr>
            <w:tcW w:w="2542" w:type="dxa"/>
            <w:tcMar>
              <w:top w:w="40" w:type="dxa"/>
              <w:left w:w="60" w:type="dxa"/>
              <w:bottom w:w="40" w:type="dxa"/>
              <w:right w:w="60" w:type="dxa"/>
            </w:tcMar>
            <w:vAlign w:val="center"/>
          </w:tcPr>
          <w:p w14:paraId="47BDE177"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Adresi</w:t>
            </w:r>
          </w:p>
        </w:tc>
        <w:tc>
          <w:tcPr>
            <w:tcW w:w="8740" w:type="dxa"/>
            <w:tcMar>
              <w:top w:w="40" w:type="dxa"/>
              <w:left w:w="60" w:type="dxa"/>
              <w:bottom w:w="40" w:type="dxa"/>
              <w:right w:w="60" w:type="dxa"/>
            </w:tcMar>
            <w:vAlign w:val="center"/>
          </w:tcPr>
          <w:p w14:paraId="5A7F767C" w14:textId="3CC44213" w:rsidR="00C66702" w:rsidRPr="006E2329" w:rsidRDefault="00C66702">
            <w:pPr>
              <w:rPr>
                <w:rFonts w:asciiTheme="majorHAnsi" w:hAnsiTheme="majorHAnsi" w:cstheme="majorHAnsi"/>
                <w:sz w:val="18"/>
                <w:szCs w:val="18"/>
              </w:rPr>
            </w:pPr>
          </w:p>
        </w:tc>
      </w:tr>
      <w:tr w:rsidR="00C66702" w:rsidRPr="006E2329" w14:paraId="1B6BB7B0" w14:textId="77777777" w:rsidTr="005A0DA6">
        <w:trPr>
          <w:jc w:val="center"/>
        </w:trPr>
        <w:tc>
          <w:tcPr>
            <w:tcW w:w="2542" w:type="dxa"/>
            <w:tcMar>
              <w:top w:w="40" w:type="dxa"/>
              <w:left w:w="60" w:type="dxa"/>
              <w:bottom w:w="40" w:type="dxa"/>
              <w:right w:w="60" w:type="dxa"/>
            </w:tcMar>
            <w:vAlign w:val="center"/>
          </w:tcPr>
          <w:p w14:paraId="52532FCF"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Tel/Faks Numarası</w:t>
            </w:r>
          </w:p>
        </w:tc>
        <w:tc>
          <w:tcPr>
            <w:tcW w:w="8740" w:type="dxa"/>
            <w:tcMar>
              <w:top w:w="40" w:type="dxa"/>
              <w:left w:w="60" w:type="dxa"/>
              <w:bottom w:w="40" w:type="dxa"/>
              <w:right w:w="60" w:type="dxa"/>
            </w:tcMar>
            <w:vAlign w:val="center"/>
          </w:tcPr>
          <w:p w14:paraId="5C5DF423" w14:textId="5027AC84" w:rsidR="00C66702" w:rsidRPr="006E2329" w:rsidRDefault="006C4B4A">
            <w:pPr>
              <w:rPr>
                <w:rFonts w:asciiTheme="majorHAnsi" w:hAnsiTheme="majorHAnsi" w:cstheme="majorHAnsi"/>
                <w:sz w:val="18"/>
                <w:szCs w:val="18"/>
              </w:rPr>
            </w:pPr>
            <w:r w:rsidRPr="006E2329">
              <w:rPr>
                <w:rFonts w:asciiTheme="majorHAnsi" w:hAnsiTheme="majorHAnsi" w:cstheme="majorHAnsi"/>
                <w:color w:val="1F3B91"/>
                <w:sz w:val="18"/>
                <w:szCs w:val="18"/>
              </w:rPr>
              <w:t xml:space="preserve">  </w:t>
            </w:r>
          </w:p>
        </w:tc>
      </w:tr>
      <w:tr w:rsidR="00C66702" w:rsidRPr="006E2329" w14:paraId="45407D32" w14:textId="77777777" w:rsidTr="005A0DA6">
        <w:trPr>
          <w:jc w:val="center"/>
        </w:trPr>
        <w:tc>
          <w:tcPr>
            <w:tcW w:w="2542" w:type="dxa"/>
            <w:tcMar>
              <w:top w:w="40" w:type="dxa"/>
              <w:left w:w="60" w:type="dxa"/>
              <w:bottom w:w="40" w:type="dxa"/>
              <w:right w:w="60" w:type="dxa"/>
            </w:tcMar>
            <w:vAlign w:val="center"/>
          </w:tcPr>
          <w:p w14:paraId="0E728DAB"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E-Posta Adresi</w:t>
            </w:r>
          </w:p>
        </w:tc>
        <w:tc>
          <w:tcPr>
            <w:tcW w:w="8740" w:type="dxa"/>
            <w:tcMar>
              <w:top w:w="40" w:type="dxa"/>
              <w:left w:w="60" w:type="dxa"/>
              <w:bottom w:w="40" w:type="dxa"/>
              <w:right w:w="60" w:type="dxa"/>
            </w:tcMar>
            <w:vAlign w:val="center"/>
          </w:tcPr>
          <w:p w14:paraId="5BB18B79" w14:textId="1D122716" w:rsidR="00C66702" w:rsidRPr="006E2329" w:rsidRDefault="006C4B4A">
            <w:pPr>
              <w:rPr>
                <w:rFonts w:asciiTheme="majorHAnsi" w:hAnsiTheme="majorHAnsi" w:cstheme="majorHAnsi"/>
                <w:sz w:val="18"/>
                <w:szCs w:val="18"/>
              </w:rPr>
            </w:pPr>
            <w:r w:rsidRPr="006E2329">
              <w:rPr>
                <w:rFonts w:asciiTheme="majorHAnsi" w:hAnsiTheme="majorHAnsi" w:cstheme="majorHAnsi"/>
                <w:color w:val="1F3B91"/>
                <w:sz w:val="18"/>
                <w:szCs w:val="18"/>
              </w:rPr>
              <w:t xml:space="preserve">  </w:t>
            </w:r>
          </w:p>
        </w:tc>
      </w:tr>
      <w:tr w:rsidR="00C66702" w:rsidRPr="006E2329" w14:paraId="400D0813" w14:textId="77777777" w:rsidTr="005A0DA6">
        <w:trPr>
          <w:jc w:val="center"/>
        </w:trPr>
        <w:tc>
          <w:tcPr>
            <w:tcW w:w="2542" w:type="dxa"/>
            <w:tcMar>
              <w:top w:w="40" w:type="dxa"/>
              <w:left w:w="60" w:type="dxa"/>
              <w:bottom w:w="40" w:type="dxa"/>
              <w:right w:w="60" w:type="dxa"/>
            </w:tcMar>
            <w:vAlign w:val="center"/>
          </w:tcPr>
          <w:p w14:paraId="560FB1A4" w14:textId="77777777" w:rsidR="00C66702" w:rsidRPr="006E2329" w:rsidRDefault="006C4B4A">
            <w:pPr>
              <w:rPr>
                <w:rFonts w:asciiTheme="majorHAnsi" w:hAnsiTheme="majorHAnsi" w:cstheme="majorHAnsi"/>
                <w:sz w:val="18"/>
                <w:szCs w:val="18"/>
              </w:rPr>
            </w:pPr>
            <w:r w:rsidRPr="006E2329">
              <w:rPr>
                <w:rFonts w:asciiTheme="majorHAnsi" w:hAnsiTheme="majorHAnsi" w:cstheme="majorHAnsi"/>
                <w:color w:val="000000"/>
                <w:sz w:val="18"/>
                <w:szCs w:val="18"/>
              </w:rPr>
              <w:t>Faaliyet Alanı (Sektör)</w:t>
            </w:r>
          </w:p>
        </w:tc>
        <w:tc>
          <w:tcPr>
            <w:tcW w:w="8740" w:type="dxa"/>
            <w:tcMar>
              <w:top w:w="40" w:type="dxa"/>
              <w:left w:w="60" w:type="dxa"/>
              <w:bottom w:w="40" w:type="dxa"/>
              <w:right w:w="60" w:type="dxa"/>
            </w:tcMar>
            <w:vAlign w:val="center"/>
          </w:tcPr>
          <w:p w14:paraId="331ECF8C" w14:textId="5C723661" w:rsidR="00C66702" w:rsidRPr="006E2329" w:rsidRDefault="006C4B4A">
            <w:pPr>
              <w:rPr>
                <w:rFonts w:asciiTheme="majorHAnsi" w:hAnsiTheme="majorHAnsi" w:cstheme="majorHAnsi"/>
                <w:sz w:val="18"/>
                <w:szCs w:val="18"/>
              </w:rPr>
            </w:pPr>
            <w:r w:rsidRPr="006E2329">
              <w:rPr>
                <w:rFonts w:asciiTheme="majorHAnsi" w:hAnsiTheme="majorHAnsi" w:cstheme="majorHAnsi"/>
                <w:color w:val="1F3B91"/>
                <w:sz w:val="18"/>
                <w:szCs w:val="18"/>
              </w:rPr>
              <w:t xml:space="preserve">  </w:t>
            </w:r>
          </w:p>
        </w:tc>
      </w:tr>
    </w:tbl>
    <w:p w14:paraId="4EFB8F0D" w14:textId="77777777" w:rsidR="00C66702" w:rsidRPr="006E2329" w:rsidRDefault="006C4B4A">
      <w:pPr>
        <w:rPr>
          <w:rFonts w:asciiTheme="majorHAnsi" w:hAnsiTheme="majorHAnsi" w:cstheme="majorHAnsi"/>
          <w:sz w:val="18"/>
          <w:szCs w:val="18"/>
        </w:rPr>
      </w:pPr>
      <w:proofErr w:type="spellStart"/>
      <w:r w:rsidRPr="006E2329">
        <w:rPr>
          <w:rFonts w:asciiTheme="majorHAnsi" w:hAnsiTheme="majorHAnsi" w:cstheme="majorHAnsi"/>
          <w:sz w:val="18"/>
          <w:szCs w:val="18"/>
        </w:rPr>
        <w:t>Yukarıda</w:t>
      </w:r>
      <w:proofErr w:type="spellEnd"/>
      <w:r w:rsidRPr="006E2329">
        <w:rPr>
          <w:rFonts w:asciiTheme="majorHAnsi" w:hAnsiTheme="majorHAnsi" w:cstheme="majorHAnsi"/>
          <w:sz w:val="18"/>
          <w:szCs w:val="18"/>
        </w:rPr>
        <w:t xml:space="preserve"> </w:t>
      </w:r>
      <w:proofErr w:type="spellStart"/>
      <w:r w:rsidRPr="006E2329">
        <w:rPr>
          <w:rFonts w:asciiTheme="majorHAnsi" w:hAnsiTheme="majorHAnsi" w:cstheme="majorHAnsi"/>
          <w:sz w:val="18"/>
          <w:szCs w:val="18"/>
        </w:rPr>
        <w:t>Adı</w:t>
      </w:r>
      <w:proofErr w:type="spellEnd"/>
      <w:r w:rsidRPr="006E2329">
        <w:rPr>
          <w:rFonts w:asciiTheme="majorHAnsi" w:hAnsiTheme="majorHAnsi" w:cstheme="majorHAnsi"/>
          <w:sz w:val="18"/>
          <w:szCs w:val="18"/>
        </w:rPr>
        <w:t xml:space="preserve"> </w:t>
      </w:r>
      <w:proofErr w:type="spellStart"/>
      <w:r w:rsidRPr="006E2329">
        <w:rPr>
          <w:rFonts w:asciiTheme="majorHAnsi" w:hAnsiTheme="majorHAnsi" w:cstheme="majorHAnsi"/>
          <w:sz w:val="18"/>
          <w:szCs w:val="18"/>
        </w:rPr>
        <w:t>Soyadı</w:t>
      </w:r>
      <w:proofErr w:type="spellEnd"/>
      <w:r w:rsidRPr="006E2329">
        <w:rPr>
          <w:rFonts w:asciiTheme="majorHAnsi" w:hAnsiTheme="majorHAnsi" w:cstheme="majorHAnsi"/>
          <w:sz w:val="18"/>
          <w:szCs w:val="18"/>
        </w:rPr>
        <w:t xml:space="preserve"> </w:t>
      </w:r>
      <w:proofErr w:type="spellStart"/>
      <w:r w:rsidRPr="006E2329">
        <w:rPr>
          <w:rFonts w:asciiTheme="majorHAnsi" w:hAnsiTheme="majorHAnsi" w:cstheme="majorHAnsi"/>
          <w:sz w:val="18"/>
          <w:szCs w:val="18"/>
        </w:rPr>
        <w:t>ve</w:t>
      </w:r>
      <w:proofErr w:type="spellEnd"/>
      <w:r w:rsidRPr="006E2329">
        <w:rPr>
          <w:rFonts w:asciiTheme="majorHAnsi" w:hAnsiTheme="majorHAnsi" w:cstheme="majorHAnsi"/>
          <w:sz w:val="18"/>
          <w:szCs w:val="18"/>
        </w:rPr>
        <w:t xml:space="preserve"> T.C. Kimlik Numarası yazılı öğrencinin, yukarıda belirtilen tarihlerde İş yerimizde Uygulamalı Ders Eğitimini yapması uygun görülmüştür.</w:t>
      </w:r>
    </w:p>
    <w:p w14:paraId="1CA6D05A" w14:textId="77777777" w:rsidR="006E2329" w:rsidRPr="006E2329" w:rsidRDefault="006C4B4A">
      <w:pPr>
        <w:jc w:val="right"/>
        <w:rPr>
          <w:rFonts w:asciiTheme="majorHAnsi" w:hAnsiTheme="majorHAnsi" w:cstheme="majorHAnsi"/>
          <w:sz w:val="18"/>
          <w:szCs w:val="18"/>
        </w:rPr>
      </w:pPr>
      <w:r w:rsidRPr="006E2329">
        <w:rPr>
          <w:rFonts w:asciiTheme="majorHAnsi" w:hAnsiTheme="majorHAnsi" w:cstheme="majorHAnsi"/>
          <w:sz w:val="18"/>
          <w:szCs w:val="18"/>
        </w:rPr>
        <w:t>Onay</w:t>
      </w:r>
      <w:r w:rsidRPr="006E2329">
        <w:rPr>
          <w:rFonts w:asciiTheme="majorHAnsi" w:hAnsiTheme="majorHAnsi" w:cstheme="majorHAnsi"/>
          <w:sz w:val="18"/>
          <w:szCs w:val="18"/>
        </w:rPr>
        <w:br/>
        <w:t>İş Yeri Yetki</w:t>
      </w:r>
      <w:r w:rsidRPr="006E2329">
        <w:rPr>
          <w:rFonts w:asciiTheme="majorHAnsi" w:hAnsiTheme="majorHAnsi" w:cstheme="majorHAnsi"/>
          <w:sz w:val="18"/>
          <w:szCs w:val="18"/>
        </w:rPr>
        <w:t>lisi</w:t>
      </w:r>
      <w:r w:rsidRPr="006E2329">
        <w:rPr>
          <w:rFonts w:asciiTheme="majorHAnsi" w:hAnsiTheme="majorHAnsi" w:cstheme="majorHAnsi"/>
          <w:sz w:val="18"/>
          <w:szCs w:val="18"/>
        </w:rPr>
        <w:br/>
      </w:r>
    </w:p>
    <w:p w14:paraId="23ABD0DF" w14:textId="65EBA85C" w:rsidR="00C66702" w:rsidRPr="006E2329" w:rsidRDefault="006C4B4A">
      <w:pPr>
        <w:jc w:val="right"/>
        <w:rPr>
          <w:rFonts w:asciiTheme="majorHAnsi" w:hAnsiTheme="majorHAnsi" w:cstheme="majorHAnsi"/>
          <w:sz w:val="18"/>
          <w:szCs w:val="18"/>
        </w:rPr>
      </w:pPr>
      <w:r w:rsidRPr="006E2329">
        <w:rPr>
          <w:rFonts w:asciiTheme="majorHAnsi" w:hAnsiTheme="majorHAnsi" w:cstheme="majorHAnsi"/>
          <w:sz w:val="18"/>
          <w:szCs w:val="18"/>
        </w:rPr>
        <w:t>…… / …… / 20……</w:t>
      </w:r>
    </w:p>
    <w:p w14:paraId="425928D8" w14:textId="77777777" w:rsidR="006E2329" w:rsidRPr="006E2329" w:rsidRDefault="006E2329">
      <w:pPr>
        <w:jc w:val="right"/>
        <w:rPr>
          <w:rFonts w:asciiTheme="majorHAnsi" w:hAnsiTheme="majorHAnsi" w:cstheme="majorHAnsi"/>
          <w:sz w:val="18"/>
          <w:szCs w:val="18"/>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262"/>
      </w:tblGrid>
      <w:tr w:rsidR="00C66702" w:rsidRPr="006E2329" w14:paraId="6214D1AE" w14:textId="77777777">
        <w:trPr>
          <w:jc w:val="center"/>
        </w:trPr>
        <w:tc>
          <w:tcPr>
            <w:tcW w:w="11282" w:type="dxa"/>
            <w:tcMar>
              <w:top w:w="40" w:type="dxa"/>
              <w:left w:w="60" w:type="dxa"/>
              <w:bottom w:w="40" w:type="dxa"/>
              <w:right w:w="60" w:type="dxa"/>
            </w:tcMar>
            <w:vAlign w:val="center"/>
          </w:tcPr>
          <w:p w14:paraId="1178CB1D" w14:textId="77777777" w:rsidR="00C66702" w:rsidRPr="006E2329" w:rsidRDefault="006C4B4A">
            <w:pPr>
              <w:jc w:val="center"/>
              <w:rPr>
                <w:rFonts w:asciiTheme="majorHAnsi" w:hAnsiTheme="majorHAnsi" w:cstheme="majorHAnsi"/>
                <w:sz w:val="18"/>
                <w:szCs w:val="18"/>
              </w:rPr>
            </w:pPr>
            <w:r w:rsidRPr="006E2329">
              <w:rPr>
                <w:rFonts w:asciiTheme="majorHAnsi" w:hAnsiTheme="majorHAnsi" w:cstheme="majorHAnsi"/>
                <w:b/>
                <w:color w:val="000000"/>
                <w:sz w:val="18"/>
                <w:szCs w:val="18"/>
              </w:rPr>
              <w:t>UYGUNDUR</w:t>
            </w:r>
            <w:r w:rsidRPr="006E2329">
              <w:rPr>
                <w:rFonts w:asciiTheme="majorHAnsi" w:hAnsiTheme="majorHAnsi" w:cstheme="majorHAnsi"/>
                <w:b/>
                <w:color w:val="000000"/>
                <w:sz w:val="18"/>
                <w:szCs w:val="18"/>
              </w:rPr>
              <w:br/>
              <w:t>…… / …… / 20……</w:t>
            </w:r>
            <w:r w:rsidRPr="006E2329">
              <w:rPr>
                <w:rFonts w:asciiTheme="majorHAnsi" w:hAnsiTheme="majorHAnsi" w:cstheme="majorHAnsi"/>
                <w:b/>
                <w:color w:val="000000"/>
                <w:sz w:val="18"/>
                <w:szCs w:val="18"/>
              </w:rPr>
              <w:br/>
              <w:t>Bölüm Başkanı</w:t>
            </w:r>
          </w:p>
        </w:tc>
      </w:tr>
      <w:tr w:rsidR="00C66702" w:rsidRPr="006E2329" w14:paraId="0EC0F980" w14:textId="77777777">
        <w:trPr>
          <w:jc w:val="center"/>
        </w:trPr>
        <w:tc>
          <w:tcPr>
            <w:tcW w:w="11282" w:type="dxa"/>
            <w:tcMar>
              <w:top w:w="40" w:type="dxa"/>
              <w:left w:w="60" w:type="dxa"/>
              <w:bottom w:w="40" w:type="dxa"/>
              <w:right w:w="60" w:type="dxa"/>
            </w:tcMar>
            <w:vAlign w:val="center"/>
          </w:tcPr>
          <w:p w14:paraId="2C7E0A77" w14:textId="77777777" w:rsidR="006E2329" w:rsidRDefault="006C4B4A" w:rsidP="006E2329">
            <w:pPr>
              <w:jc w:val="right"/>
              <w:rPr>
                <w:rFonts w:asciiTheme="majorHAnsi" w:hAnsiTheme="majorHAnsi" w:cstheme="majorHAnsi"/>
                <w:b/>
                <w:bCs/>
                <w:color w:val="000000"/>
                <w:sz w:val="18"/>
                <w:szCs w:val="18"/>
              </w:rPr>
            </w:pPr>
            <w:r w:rsidRPr="006E2329">
              <w:rPr>
                <w:rFonts w:asciiTheme="majorHAnsi" w:hAnsiTheme="majorHAnsi" w:cstheme="majorHAnsi"/>
                <w:color w:val="000000"/>
                <w:sz w:val="18"/>
                <w:szCs w:val="18"/>
              </w:rPr>
              <w:t xml:space="preserve">Yukarıda kimliği verilen Fakültemiz öğrencisinin, belirtilen süre içerisinde Uygulamalı Dersini Burdur Mehmet Akif Ersoy Üniversitesi Uygulamalı Eğitimler Çerçeve Yönergesi kapsamında yapması </w:t>
            </w:r>
            <w:r w:rsidRPr="006E2329">
              <w:rPr>
                <w:rFonts w:asciiTheme="majorHAnsi" w:hAnsiTheme="majorHAnsi" w:cstheme="majorHAnsi"/>
                <w:color w:val="000000"/>
                <w:sz w:val="18"/>
                <w:szCs w:val="18"/>
              </w:rPr>
              <w:t>zorunludur. Uygulama süresince, öğrencimizin iş kazası ve meslek hastalıkları sigortası Üniversitemiz tarafından yapılacaktır. Rapor alan, işi bırakan öğrencinin aynı gün okula bildirilmesi gerekmektedir.</w:t>
            </w:r>
            <w:r w:rsidRPr="006E2329">
              <w:rPr>
                <w:rFonts w:asciiTheme="majorHAnsi" w:hAnsiTheme="majorHAnsi" w:cstheme="majorHAnsi"/>
                <w:color w:val="000000"/>
                <w:sz w:val="18"/>
                <w:szCs w:val="18"/>
              </w:rPr>
              <w:br/>
            </w:r>
          </w:p>
          <w:p w14:paraId="20076542" w14:textId="77777777" w:rsidR="006E2329" w:rsidRDefault="006C4B4A" w:rsidP="006E2329">
            <w:pPr>
              <w:jc w:val="right"/>
              <w:rPr>
                <w:rFonts w:asciiTheme="majorHAnsi" w:hAnsiTheme="majorHAnsi" w:cstheme="majorHAnsi"/>
                <w:b/>
                <w:bCs/>
                <w:color w:val="000000"/>
                <w:sz w:val="18"/>
                <w:szCs w:val="18"/>
              </w:rPr>
            </w:pPr>
            <w:r w:rsidRPr="006E2329">
              <w:rPr>
                <w:rFonts w:asciiTheme="majorHAnsi" w:hAnsiTheme="majorHAnsi" w:cstheme="majorHAnsi"/>
                <w:b/>
                <w:bCs/>
                <w:color w:val="000000"/>
                <w:sz w:val="18"/>
                <w:szCs w:val="18"/>
              </w:rPr>
              <w:t>Onay</w:t>
            </w:r>
            <w:r w:rsidRPr="006E2329">
              <w:rPr>
                <w:rFonts w:asciiTheme="majorHAnsi" w:hAnsiTheme="majorHAnsi" w:cstheme="majorHAnsi"/>
                <w:b/>
                <w:bCs/>
                <w:color w:val="000000"/>
                <w:sz w:val="18"/>
                <w:szCs w:val="18"/>
              </w:rPr>
              <w:br/>
              <w:t xml:space="preserve">DEKANLIK      </w:t>
            </w:r>
          </w:p>
          <w:p w14:paraId="53BCD840" w14:textId="5391EB94" w:rsidR="00C66702" w:rsidRPr="006E2329" w:rsidRDefault="006C4B4A" w:rsidP="006E2329">
            <w:pPr>
              <w:jc w:val="right"/>
              <w:rPr>
                <w:rFonts w:asciiTheme="majorHAnsi" w:hAnsiTheme="majorHAnsi" w:cstheme="majorHAnsi"/>
                <w:sz w:val="18"/>
                <w:szCs w:val="18"/>
              </w:rPr>
            </w:pPr>
            <w:r w:rsidRPr="006E2329">
              <w:rPr>
                <w:rFonts w:asciiTheme="majorHAnsi" w:hAnsiTheme="majorHAnsi" w:cstheme="majorHAnsi"/>
                <w:b/>
                <w:bCs/>
                <w:color w:val="000000"/>
                <w:sz w:val="18"/>
                <w:szCs w:val="18"/>
              </w:rPr>
              <w:t xml:space="preserve">  …… / …… / ……</w:t>
            </w:r>
          </w:p>
        </w:tc>
      </w:tr>
    </w:tbl>
    <w:p w14:paraId="70EEA46F" w14:textId="77777777" w:rsidR="006E2329" w:rsidRPr="006E2329" w:rsidRDefault="006E2329">
      <w:pPr>
        <w:rPr>
          <w:rFonts w:asciiTheme="majorHAnsi" w:hAnsiTheme="majorHAnsi" w:cstheme="majorHAnsi"/>
          <w:sz w:val="18"/>
          <w:szCs w:val="18"/>
        </w:rPr>
      </w:pPr>
    </w:p>
    <w:p w14:paraId="1C306CB5" w14:textId="7180B00C" w:rsidR="00C66702" w:rsidRPr="006E2329" w:rsidRDefault="006C4B4A">
      <w:pPr>
        <w:rPr>
          <w:rFonts w:asciiTheme="majorHAnsi" w:hAnsiTheme="majorHAnsi" w:cstheme="majorHAnsi"/>
          <w:szCs w:val="16"/>
        </w:rPr>
      </w:pPr>
      <w:r w:rsidRPr="006E2329">
        <w:rPr>
          <w:rFonts w:asciiTheme="majorHAnsi" w:hAnsiTheme="majorHAnsi" w:cstheme="majorHAnsi"/>
          <w:szCs w:val="16"/>
        </w:rPr>
        <w:t xml:space="preserve">Not:  1- </w:t>
      </w:r>
      <w:proofErr w:type="spellStart"/>
      <w:r w:rsidRPr="006E2329">
        <w:rPr>
          <w:rFonts w:asciiTheme="majorHAnsi" w:hAnsiTheme="majorHAnsi" w:cstheme="majorHAnsi"/>
          <w:szCs w:val="16"/>
        </w:rPr>
        <w:t>Uygulamalı</w:t>
      </w:r>
      <w:proofErr w:type="spellEnd"/>
      <w:r w:rsidRPr="006E2329">
        <w:rPr>
          <w:rFonts w:asciiTheme="majorHAnsi" w:hAnsiTheme="majorHAnsi" w:cstheme="majorHAnsi"/>
          <w:szCs w:val="16"/>
        </w:rPr>
        <w:t xml:space="preserve"> </w:t>
      </w:r>
      <w:proofErr w:type="spellStart"/>
      <w:r w:rsidRPr="006E2329">
        <w:rPr>
          <w:rFonts w:asciiTheme="majorHAnsi" w:hAnsiTheme="majorHAnsi" w:cstheme="majorHAnsi"/>
          <w:szCs w:val="16"/>
        </w:rPr>
        <w:t>Ders</w:t>
      </w:r>
      <w:proofErr w:type="spellEnd"/>
      <w:r w:rsidRPr="006E2329">
        <w:rPr>
          <w:rFonts w:asciiTheme="majorHAnsi" w:hAnsiTheme="majorHAnsi" w:cstheme="majorHAnsi"/>
          <w:szCs w:val="16"/>
        </w:rPr>
        <w:t xml:space="preserve"> Kabul </w:t>
      </w:r>
      <w:proofErr w:type="spellStart"/>
      <w:r w:rsidRPr="006E2329">
        <w:rPr>
          <w:rFonts w:asciiTheme="majorHAnsi" w:hAnsiTheme="majorHAnsi" w:cstheme="majorHAnsi"/>
          <w:szCs w:val="16"/>
        </w:rPr>
        <w:t>Formu</w:t>
      </w:r>
      <w:proofErr w:type="spellEnd"/>
      <w:r w:rsidRPr="006E2329">
        <w:rPr>
          <w:rFonts w:asciiTheme="majorHAnsi" w:hAnsiTheme="majorHAnsi" w:cstheme="majorHAnsi"/>
          <w:szCs w:val="16"/>
        </w:rPr>
        <w:t xml:space="preserve"> (2) adet düzenlenecektir.</w:t>
      </w:r>
      <w:r w:rsidRPr="006E2329">
        <w:rPr>
          <w:rFonts w:asciiTheme="majorHAnsi" w:hAnsiTheme="majorHAnsi" w:cstheme="majorHAnsi"/>
          <w:szCs w:val="16"/>
        </w:rPr>
        <w:br/>
        <w:t xml:space="preserve">        2- Uygulamalı Ders Kabul Formu düzenlenmeyen öğrenci Uygulamalı Eğitime başlayamaz.</w:t>
      </w:r>
      <w:r w:rsidRPr="006E2329">
        <w:rPr>
          <w:rFonts w:asciiTheme="majorHAnsi" w:hAnsiTheme="majorHAnsi" w:cstheme="majorHAnsi"/>
          <w:szCs w:val="16"/>
        </w:rPr>
        <w:br/>
        <w:t xml:space="preserve">        3- 25.10.2021 tarih ve 599/6 sayılı Üniversite Yönetim Kurulu Kararı uyarınca iş kazası ve meslek hast</w:t>
      </w:r>
      <w:r w:rsidRPr="006E2329">
        <w:rPr>
          <w:rFonts w:asciiTheme="majorHAnsi" w:hAnsiTheme="majorHAnsi" w:cstheme="majorHAnsi"/>
          <w:szCs w:val="16"/>
        </w:rPr>
        <w:t>alıkları sigortası yapılmaktadır.</w:t>
      </w:r>
      <w:r w:rsidRPr="006E2329">
        <w:rPr>
          <w:rFonts w:asciiTheme="majorHAnsi" w:hAnsiTheme="majorHAnsi" w:cstheme="majorHAnsi"/>
          <w:szCs w:val="16"/>
        </w:rPr>
        <w:br/>
        <w:t xml:space="preserve">        4- Uygulamalı Ders Kabul Formu 05.01.2022 tarih ve 462/10 sayılı Üniversite Senatosu kararına uygun olarak 31.03.2022 tarihinde düzenlenerek uygulamaya konulmuştur.</w:t>
      </w:r>
    </w:p>
    <w:p w14:paraId="08C720FE" w14:textId="77777777" w:rsidR="00C66702" w:rsidRPr="006E2329" w:rsidRDefault="00C66702">
      <w:pPr>
        <w:rPr>
          <w:rFonts w:asciiTheme="majorHAnsi" w:hAnsiTheme="majorHAnsi" w:cstheme="majorHAnsi"/>
          <w:sz w:val="18"/>
          <w:szCs w:val="18"/>
        </w:rPr>
        <w:sectPr w:rsidR="00C66702" w:rsidRPr="006E2329">
          <w:pgSz w:w="11906" w:h="16838"/>
          <w:pgMar w:top="255" w:right="312" w:bottom="255" w:left="312" w:header="720" w:footer="720" w:gutter="0"/>
          <w:cols w:space="720"/>
          <w:docGrid w:linePitch="360"/>
        </w:sectPr>
      </w:pPr>
    </w:p>
    <w:tbl>
      <w:tblPr>
        <w:tblW w:w="11199" w:type="dxa"/>
        <w:tblInd w:w="-437"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ook w:val="04A0" w:firstRow="1" w:lastRow="0" w:firstColumn="1" w:lastColumn="0" w:noHBand="0" w:noVBand="1"/>
      </w:tblPr>
      <w:tblGrid>
        <w:gridCol w:w="11199"/>
      </w:tblGrid>
      <w:tr w:rsidR="00C66702" w:rsidRPr="00C271C9" w14:paraId="6C4EF17D" w14:textId="77777777" w:rsidTr="00324897">
        <w:trPr>
          <w:trHeight w:val="14193"/>
        </w:trPr>
        <w:tc>
          <w:tcPr>
            <w:tcW w:w="11199" w:type="dxa"/>
            <w:tcMar>
              <w:top w:w="100" w:type="dxa"/>
              <w:left w:w="130" w:type="dxa"/>
              <w:bottom w:w="100" w:type="dxa"/>
              <w:right w:w="130" w:type="dxa"/>
            </w:tcMar>
          </w:tcPr>
          <w:p w14:paraId="7EDE137A" w14:textId="1D98EE94" w:rsidR="006E2329" w:rsidRPr="00C271C9" w:rsidRDefault="006C4B4A" w:rsidP="00324897">
            <w:pPr>
              <w:spacing w:after="120" w:line="276" w:lineRule="auto"/>
              <w:ind w:right="74"/>
              <w:jc w:val="center"/>
              <w:rPr>
                <w:rFonts w:asciiTheme="majorHAnsi" w:hAnsiTheme="majorHAnsi" w:cstheme="majorHAnsi"/>
                <w:b/>
                <w:sz w:val="18"/>
                <w:szCs w:val="18"/>
              </w:rPr>
            </w:pPr>
            <w:r w:rsidRPr="00C271C9">
              <w:rPr>
                <w:rFonts w:asciiTheme="majorHAnsi" w:hAnsiTheme="majorHAnsi" w:cstheme="majorHAnsi"/>
                <w:b/>
                <w:sz w:val="18"/>
                <w:szCs w:val="18"/>
              </w:rPr>
              <w:lastRenderedPageBreak/>
              <w:t>BURDUR MEHMET AKİF ERSOY ÜN</w:t>
            </w:r>
            <w:r w:rsidRPr="00C271C9">
              <w:rPr>
                <w:rFonts w:asciiTheme="majorHAnsi" w:hAnsiTheme="majorHAnsi" w:cstheme="majorHAnsi"/>
                <w:b/>
                <w:sz w:val="18"/>
                <w:szCs w:val="18"/>
              </w:rPr>
              <w:t>İVERSİTESİ</w:t>
            </w:r>
            <w:r w:rsidRPr="00C271C9">
              <w:rPr>
                <w:rFonts w:asciiTheme="majorHAnsi" w:hAnsiTheme="majorHAnsi" w:cstheme="majorHAnsi"/>
                <w:b/>
                <w:sz w:val="18"/>
                <w:szCs w:val="18"/>
              </w:rPr>
              <w:br/>
              <w:t>UYGULAMALI EĞİTİMLER GENEL BİLGİLER</w:t>
            </w:r>
          </w:p>
          <w:p w14:paraId="14BD73D1" w14:textId="77777777" w:rsidR="006E2329" w:rsidRPr="00C271C9" w:rsidRDefault="006C4B4A" w:rsidP="00324897">
            <w:pPr>
              <w:pStyle w:val="ListeParagraf"/>
              <w:numPr>
                <w:ilvl w:val="0"/>
                <w:numId w:val="14"/>
              </w:numPr>
              <w:spacing w:after="120" w:line="276" w:lineRule="auto"/>
              <w:ind w:left="435" w:right="74"/>
              <w:jc w:val="both"/>
              <w:rPr>
                <w:rFonts w:asciiTheme="majorHAnsi" w:hAnsiTheme="majorHAnsi" w:cstheme="majorHAnsi"/>
                <w:sz w:val="18"/>
                <w:szCs w:val="18"/>
              </w:rPr>
            </w:pPr>
            <w:r w:rsidRPr="00C271C9">
              <w:rPr>
                <w:rFonts w:asciiTheme="majorHAnsi" w:hAnsiTheme="majorHAnsi" w:cstheme="majorHAnsi"/>
                <w:sz w:val="18"/>
                <w:szCs w:val="18"/>
              </w:rPr>
              <w:t xml:space="preserve">Bu </w:t>
            </w:r>
            <w:proofErr w:type="spellStart"/>
            <w:r w:rsidRPr="00C271C9">
              <w:rPr>
                <w:rFonts w:asciiTheme="majorHAnsi" w:hAnsiTheme="majorHAnsi" w:cstheme="majorHAnsi"/>
                <w:sz w:val="18"/>
                <w:szCs w:val="18"/>
              </w:rPr>
              <w:t>uygulama</w:t>
            </w:r>
            <w:proofErr w:type="spellEnd"/>
            <w:r w:rsidRPr="00C271C9">
              <w:rPr>
                <w:rFonts w:asciiTheme="majorHAnsi" w:hAnsiTheme="majorHAnsi" w:cstheme="majorHAnsi"/>
                <w:sz w:val="18"/>
                <w:szCs w:val="18"/>
              </w:rPr>
              <w:t xml:space="preserve">; 3308 </w:t>
            </w:r>
            <w:proofErr w:type="spellStart"/>
            <w:r w:rsidRPr="00C271C9">
              <w:rPr>
                <w:rFonts w:asciiTheme="majorHAnsi" w:hAnsiTheme="majorHAnsi" w:cstheme="majorHAnsi"/>
                <w:sz w:val="18"/>
                <w:szCs w:val="18"/>
              </w:rPr>
              <w:t>Sayılı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Mesleki</w:t>
            </w:r>
            <w:proofErr w:type="spellEnd"/>
            <w:r w:rsidRPr="00C271C9">
              <w:rPr>
                <w:rFonts w:asciiTheme="majorHAnsi" w:hAnsiTheme="majorHAnsi" w:cstheme="majorHAnsi"/>
                <w:sz w:val="18"/>
                <w:szCs w:val="18"/>
              </w:rPr>
              <w:t xml:space="preserve"> Eğitim Kanunu, 2547 sayılı Yükseköğretim Kanunu ile 27/11/2006 tarihli ve 26359 sayılı Resmi Gazete’de yayımlanan “METEB içindeki Fakülte/Meslek Yüksekokulları Öğrencilerinin İşyerlerindeki Eğitim, Uygulama ve Mesleki Uygulama Eğitimlerine İlişkin</w:t>
            </w:r>
            <w:r w:rsidRPr="00C271C9">
              <w:rPr>
                <w:rFonts w:asciiTheme="majorHAnsi" w:hAnsiTheme="majorHAnsi" w:cstheme="majorHAnsi"/>
                <w:sz w:val="18"/>
                <w:szCs w:val="18"/>
              </w:rPr>
              <w:t xml:space="preserve"> Esas ve Usuller Hakkında Yönetmelik”, 17.06.2021 tarihli 31514 sayılı Resmi Gazete’de yayımlanan “Yükseköğretimde Uygulamalı Eğitimler Çerçeve Yönetmeliği”, “Burdur Mehmet Akif Ersoy Üniversitesi Lisans ve Önlisans Eğitim-Öğretim ve Sınav Yönetmeliği”, 05</w:t>
            </w:r>
            <w:r w:rsidRPr="00C271C9">
              <w:rPr>
                <w:rFonts w:asciiTheme="majorHAnsi" w:hAnsiTheme="majorHAnsi" w:cstheme="majorHAnsi"/>
                <w:sz w:val="18"/>
                <w:szCs w:val="18"/>
              </w:rPr>
              <w:t xml:space="preserve">.01.2022 tarih ve 462 sayılı Burdur Mehmet Akif Ersoy Üniversitesi senato kararı ile 25.10.2021 tarih ve 599/6 sayılı Burdur Mehmet Akif Ersoy </w:t>
            </w:r>
            <w:proofErr w:type="spellStart"/>
            <w:r w:rsidRPr="00C271C9">
              <w:rPr>
                <w:rFonts w:asciiTheme="majorHAnsi" w:hAnsiTheme="majorHAnsi" w:cstheme="majorHAnsi"/>
                <w:sz w:val="18"/>
                <w:szCs w:val="18"/>
              </w:rPr>
              <w:t>Üniversitesi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Yönetim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Kurulu</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Kararı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hükümlerine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dayanılarak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yürütülmektedir</w:t>
            </w:r>
            <w:proofErr w:type="spellEnd"/>
            <w:r w:rsidRPr="00C271C9">
              <w:rPr>
                <w:rFonts w:asciiTheme="majorHAnsi" w:hAnsiTheme="majorHAnsi" w:cstheme="majorHAnsi"/>
                <w:sz w:val="18"/>
                <w:szCs w:val="18"/>
              </w:rPr>
              <w:t>.</w:t>
            </w:r>
          </w:p>
          <w:p w14:paraId="653DDFCE" w14:textId="296B4EDE" w:rsidR="00C66702" w:rsidRPr="00C271C9" w:rsidRDefault="006E2329" w:rsidP="00324897">
            <w:pPr>
              <w:pStyle w:val="ListeParagraf"/>
              <w:numPr>
                <w:ilvl w:val="0"/>
                <w:numId w:val="14"/>
              </w:numPr>
              <w:spacing w:after="120" w:line="276" w:lineRule="auto"/>
              <w:ind w:left="435" w:right="74"/>
              <w:jc w:val="both"/>
              <w:rPr>
                <w:rFonts w:asciiTheme="majorHAnsi" w:hAnsiTheme="majorHAnsi" w:cstheme="majorHAnsi"/>
                <w:sz w:val="18"/>
                <w:szCs w:val="18"/>
              </w:rPr>
            </w:pPr>
            <w:proofErr w:type="spellStart"/>
            <w:r w:rsidRPr="00C271C9">
              <w:rPr>
                <w:rFonts w:asciiTheme="majorHAnsi" w:hAnsiTheme="majorHAnsi" w:cstheme="majorHAnsi"/>
                <w:sz w:val="18"/>
                <w:szCs w:val="18"/>
              </w:rPr>
              <w:t>İşletmede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Ders</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gören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öğrenci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işletmenin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çalışma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koşul</w:t>
            </w:r>
            <w:proofErr w:type="spellEnd"/>
            <w:r w:rsidRPr="00C271C9">
              <w:rPr>
                <w:rFonts w:asciiTheme="majorHAnsi" w:hAnsiTheme="majorHAnsi" w:cstheme="majorHAnsi"/>
                <w:sz w:val="18"/>
                <w:szCs w:val="18"/>
              </w:rPr>
              <w:t xml:space="preserve"> ve saatlerine uyacak ve eğitimini dönem boyunca tam zamanlı olarak iş yerinde yapacaktır.</w:t>
            </w:r>
          </w:p>
          <w:p w14:paraId="588F8418" w14:textId="77777777" w:rsidR="006E2329" w:rsidRPr="00C271C9" w:rsidRDefault="006C4B4A" w:rsidP="00324897">
            <w:pPr>
              <w:pStyle w:val="ListeParagraf"/>
              <w:numPr>
                <w:ilvl w:val="0"/>
                <w:numId w:val="14"/>
              </w:numPr>
              <w:spacing w:after="120" w:line="276" w:lineRule="auto"/>
              <w:ind w:left="435" w:right="74"/>
              <w:jc w:val="both"/>
              <w:rPr>
                <w:rFonts w:asciiTheme="majorHAnsi" w:hAnsiTheme="majorHAnsi" w:cstheme="majorHAnsi"/>
                <w:sz w:val="18"/>
                <w:szCs w:val="18"/>
              </w:rPr>
            </w:pPr>
            <w:r w:rsidRPr="00C271C9">
              <w:rPr>
                <w:rFonts w:asciiTheme="majorHAnsi" w:hAnsiTheme="majorHAnsi" w:cstheme="majorHAnsi"/>
                <w:sz w:val="18"/>
                <w:szCs w:val="18"/>
              </w:rPr>
              <w:t xml:space="preserve">506 </w:t>
            </w:r>
            <w:proofErr w:type="spellStart"/>
            <w:r w:rsidRPr="00C271C9">
              <w:rPr>
                <w:rFonts w:asciiTheme="majorHAnsi" w:hAnsiTheme="majorHAnsi" w:cstheme="majorHAnsi"/>
                <w:sz w:val="18"/>
                <w:szCs w:val="18"/>
              </w:rPr>
              <w:t>sayılı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Sosyal</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Sigortalar</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Kanunu’na</w:t>
            </w:r>
            <w:proofErr w:type="spellEnd"/>
            <w:r w:rsidRPr="00C271C9">
              <w:rPr>
                <w:rFonts w:asciiTheme="majorHAnsi" w:hAnsiTheme="majorHAnsi" w:cstheme="majorHAnsi"/>
                <w:sz w:val="18"/>
                <w:szCs w:val="18"/>
              </w:rPr>
              <w:t xml:space="preserve"> göre öğrencilerin iş ve meslek hastalıklarına karşı sigortalanması Burdur Mehmet Akif Ersoy Ünivers</w:t>
            </w:r>
            <w:r w:rsidRPr="00C271C9">
              <w:rPr>
                <w:rFonts w:asciiTheme="majorHAnsi" w:hAnsiTheme="majorHAnsi" w:cstheme="majorHAnsi"/>
                <w:sz w:val="18"/>
                <w:szCs w:val="18"/>
              </w:rPr>
              <w:t>itesi tarafından yapılacaktır. Ancak iş yerinin kusurundan dolayı meydana gelebilecek iş kazaları ve meslek hastalıklarından işveren sorumludur. (3308 sayılı Kanun, madde 25.)</w:t>
            </w:r>
          </w:p>
          <w:p w14:paraId="6A0152C0" w14:textId="77777777" w:rsidR="006E2329" w:rsidRDefault="006C4B4A" w:rsidP="00324897">
            <w:pPr>
              <w:pStyle w:val="ListeParagraf"/>
              <w:numPr>
                <w:ilvl w:val="0"/>
                <w:numId w:val="14"/>
              </w:numPr>
              <w:spacing w:after="120" w:line="276" w:lineRule="auto"/>
              <w:ind w:left="435" w:right="74"/>
              <w:jc w:val="both"/>
              <w:rPr>
                <w:rFonts w:asciiTheme="majorHAnsi" w:hAnsiTheme="majorHAnsi" w:cstheme="majorHAnsi"/>
                <w:sz w:val="18"/>
                <w:szCs w:val="18"/>
              </w:rPr>
            </w:pPr>
            <w:proofErr w:type="spellStart"/>
            <w:r w:rsidRPr="00C271C9">
              <w:rPr>
                <w:rFonts w:asciiTheme="majorHAnsi" w:hAnsiTheme="majorHAnsi" w:cstheme="majorHAnsi"/>
                <w:sz w:val="18"/>
                <w:szCs w:val="18"/>
              </w:rPr>
              <w:t>İşletmede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Ders</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eğitimi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Burdur</w:t>
            </w:r>
            <w:proofErr w:type="spellEnd"/>
            <w:r w:rsidRPr="00C271C9">
              <w:rPr>
                <w:rFonts w:asciiTheme="majorHAnsi" w:hAnsiTheme="majorHAnsi" w:cstheme="majorHAnsi"/>
                <w:sz w:val="18"/>
                <w:szCs w:val="18"/>
              </w:rPr>
              <w:t xml:space="preserve"> Mehmet Akif </w:t>
            </w:r>
            <w:proofErr w:type="spellStart"/>
            <w:r w:rsidRPr="00C271C9">
              <w:rPr>
                <w:rFonts w:asciiTheme="majorHAnsi" w:hAnsiTheme="majorHAnsi" w:cstheme="majorHAnsi"/>
                <w:sz w:val="18"/>
                <w:szCs w:val="18"/>
              </w:rPr>
              <w:t>Ersoy</w:t>
            </w:r>
            <w:proofErr w:type="spellEnd"/>
            <w:r w:rsidRPr="00C271C9">
              <w:rPr>
                <w:rFonts w:asciiTheme="majorHAnsi" w:hAnsiTheme="majorHAnsi" w:cstheme="majorHAnsi"/>
                <w:sz w:val="18"/>
                <w:szCs w:val="18"/>
              </w:rPr>
              <w:t xml:space="preserve"> Üniversitesi Uygulam</w:t>
            </w:r>
            <w:r w:rsidRPr="00C271C9">
              <w:rPr>
                <w:rFonts w:asciiTheme="majorHAnsi" w:hAnsiTheme="majorHAnsi" w:cstheme="majorHAnsi"/>
                <w:sz w:val="18"/>
                <w:szCs w:val="18"/>
              </w:rPr>
              <w:t xml:space="preserve">alı </w:t>
            </w:r>
            <w:proofErr w:type="spellStart"/>
            <w:r w:rsidRPr="00C271C9">
              <w:rPr>
                <w:rFonts w:asciiTheme="majorHAnsi" w:hAnsiTheme="majorHAnsi" w:cstheme="majorHAnsi"/>
                <w:sz w:val="18"/>
                <w:szCs w:val="18"/>
              </w:rPr>
              <w:t>Eğitimler</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Çerçeve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Yönergesi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hükümlerine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göre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yürütülecektir</w:t>
            </w:r>
            <w:proofErr w:type="spellEnd"/>
            <w:r w:rsidRPr="00C271C9">
              <w:rPr>
                <w:rFonts w:asciiTheme="majorHAnsi" w:hAnsiTheme="majorHAnsi" w:cstheme="majorHAnsi"/>
                <w:sz w:val="18"/>
                <w:szCs w:val="18"/>
              </w:rPr>
              <w:t>.</w:t>
            </w:r>
          </w:p>
          <w:p w14:paraId="7F7C4499" w14:textId="0EB29C8E" w:rsidR="005A0DA6" w:rsidRPr="00C271C9" w:rsidRDefault="005A0DA6" w:rsidP="00324897">
            <w:pPr>
              <w:pStyle w:val="ListeParagraf"/>
              <w:numPr>
                <w:ilvl w:val="0"/>
                <w:numId w:val="14"/>
              </w:numPr>
              <w:spacing w:after="120" w:line="276" w:lineRule="auto"/>
              <w:ind w:left="435" w:right="74"/>
              <w:jc w:val="both"/>
              <w:rPr>
                <w:rFonts w:asciiTheme="majorHAnsi" w:hAnsiTheme="majorHAnsi" w:cstheme="majorHAnsi"/>
                <w:sz w:val="18"/>
                <w:szCs w:val="18"/>
              </w:rPr>
            </w:pPr>
            <w:r>
              <w:t xml:space="preserve">Bu form, </w:t>
            </w:r>
            <w:proofErr w:type="spellStart"/>
            <w:r>
              <w:t>Acil</w:t>
            </w:r>
            <w:proofErr w:type="spellEnd"/>
            <w:r>
              <w:t xml:space="preserve"> </w:t>
            </w:r>
            <w:proofErr w:type="spellStart"/>
            <w:r>
              <w:t>Yardım</w:t>
            </w:r>
            <w:proofErr w:type="spellEnd"/>
            <w:r>
              <w:t xml:space="preserve"> </w:t>
            </w:r>
            <w:proofErr w:type="spellStart"/>
            <w:r>
              <w:t>ve</w:t>
            </w:r>
            <w:proofErr w:type="spellEnd"/>
            <w:r>
              <w:t xml:space="preserve"> </w:t>
            </w:r>
            <w:proofErr w:type="spellStart"/>
            <w:r>
              <w:t>Afet</w:t>
            </w:r>
            <w:proofErr w:type="spellEnd"/>
            <w:r>
              <w:t xml:space="preserve"> </w:t>
            </w:r>
            <w:proofErr w:type="spellStart"/>
            <w:r>
              <w:t>Yönetimi</w:t>
            </w:r>
            <w:proofErr w:type="spellEnd"/>
            <w:r>
              <w:t xml:space="preserve"> </w:t>
            </w:r>
            <w:proofErr w:type="spellStart"/>
            <w:r>
              <w:t>Bölümü</w:t>
            </w:r>
            <w:proofErr w:type="spellEnd"/>
            <w:r>
              <w:t xml:space="preserve"> </w:t>
            </w:r>
            <w:proofErr w:type="spellStart"/>
            <w:r>
              <w:t>müfredatında</w:t>
            </w:r>
            <w:proofErr w:type="spellEnd"/>
            <w:r>
              <w:t xml:space="preserve"> </w:t>
            </w:r>
            <w:proofErr w:type="spellStart"/>
            <w:r>
              <w:t>yer</w:t>
            </w:r>
            <w:proofErr w:type="spellEnd"/>
            <w:r>
              <w:t xml:space="preserve"> </w:t>
            </w:r>
            <w:proofErr w:type="spellStart"/>
            <w:r>
              <w:t>alan</w:t>
            </w:r>
            <w:proofErr w:type="spellEnd"/>
            <w:r>
              <w:t xml:space="preserve"> “</w:t>
            </w:r>
            <w:proofErr w:type="spellStart"/>
            <w:r>
              <w:t>Güncel</w:t>
            </w:r>
            <w:proofErr w:type="spellEnd"/>
            <w:r>
              <w:t xml:space="preserve"> </w:t>
            </w:r>
            <w:proofErr w:type="spellStart"/>
            <w:r>
              <w:t>Acil</w:t>
            </w:r>
            <w:proofErr w:type="spellEnd"/>
            <w:r>
              <w:t xml:space="preserve"> </w:t>
            </w:r>
            <w:proofErr w:type="spellStart"/>
            <w:r>
              <w:t>Yardım</w:t>
            </w:r>
            <w:proofErr w:type="spellEnd"/>
            <w:r>
              <w:t xml:space="preserve"> </w:t>
            </w:r>
            <w:proofErr w:type="spellStart"/>
            <w:r>
              <w:t>ve</w:t>
            </w:r>
            <w:proofErr w:type="spellEnd"/>
            <w:r>
              <w:t xml:space="preserve"> </w:t>
            </w:r>
            <w:proofErr w:type="spellStart"/>
            <w:r>
              <w:t>Afet</w:t>
            </w:r>
            <w:proofErr w:type="spellEnd"/>
            <w:r>
              <w:t xml:space="preserve"> </w:t>
            </w:r>
            <w:proofErr w:type="spellStart"/>
            <w:r>
              <w:t>Yönetimi</w:t>
            </w:r>
            <w:proofErr w:type="spellEnd"/>
            <w:r>
              <w:t xml:space="preserve"> </w:t>
            </w:r>
            <w:proofErr w:type="spellStart"/>
            <w:r>
              <w:t>Uygulamaları</w:t>
            </w:r>
            <w:proofErr w:type="spellEnd"/>
            <w:r>
              <w:t xml:space="preserve"> I” </w:t>
            </w:r>
            <w:proofErr w:type="spellStart"/>
            <w:r>
              <w:t>ve</w:t>
            </w:r>
            <w:proofErr w:type="spellEnd"/>
            <w:r>
              <w:t xml:space="preserve"> “</w:t>
            </w:r>
            <w:proofErr w:type="spellStart"/>
            <w:r>
              <w:t>Güncel</w:t>
            </w:r>
            <w:proofErr w:type="spellEnd"/>
            <w:r>
              <w:t xml:space="preserve"> </w:t>
            </w:r>
            <w:proofErr w:type="spellStart"/>
            <w:r>
              <w:t>Acil</w:t>
            </w:r>
            <w:proofErr w:type="spellEnd"/>
            <w:r>
              <w:t xml:space="preserve"> </w:t>
            </w:r>
            <w:proofErr w:type="spellStart"/>
            <w:r>
              <w:t>Yardım</w:t>
            </w:r>
            <w:proofErr w:type="spellEnd"/>
            <w:r>
              <w:t xml:space="preserve"> </w:t>
            </w:r>
            <w:proofErr w:type="spellStart"/>
            <w:r>
              <w:t>ve</w:t>
            </w:r>
            <w:proofErr w:type="spellEnd"/>
            <w:r>
              <w:t xml:space="preserve"> </w:t>
            </w:r>
            <w:proofErr w:type="spellStart"/>
            <w:r>
              <w:t>Afet</w:t>
            </w:r>
            <w:proofErr w:type="spellEnd"/>
            <w:r>
              <w:t xml:space="preserve"> </w:t>
            </w:r>
            <w:proofErr w:type="spellStart"/>
            <w:r>
              <w:t>Yönetimi</w:t>
            </w:r>
            <w:proofErr w:type="spellEnd"/>
            <w:r>
              <w:t xml:space="preserve"> </w:t>
            </w:r>
            <w:proofErr w:type="spellStart"/>
            <w:r>
              <w:t>Uygulamaları</w:t>
            </w:r>
            <w:proofErr w:type="spellEnd"/>
            <w:r>
              <w:t xml:space="preserve"> II” </w:t>
            </w:r>
            <w:proofErr w:type="spellStart"/>
            <w:r>
              <w:t>dersleri</w:t>
            </w:r>
            <w:proofErr w:type="spellEnd"/>
            <w:r>
              <w:t xml:space="preserve"> </w:t>
            </w:r>
            <w:proofErr w:type="spellStart"/>
            <w:r>
              <w:t>kapsamında</w:t>
            </w:r>
            <w:proofErr w:type="spellEnd"/>
            <w:r>
              <w:t xml:space="preserve"> </w:t>
            </w:r>
            <w:proofErr w:type="spellStart"/>
            <w:r>
              <w:t>gerçekleştirilecek</w:t>
            </w:r>
            <w:proofErr w:type="spellEnd"/>
            <w:r>
              <w:t xml:space="preserve"> </w:t>
            </w:r>
            <w:proofErr w:type="spellStart"/>
            <w:r>
              <w:t>iş</w:t>
            </w:r>
            <w:proofErr w:type="spellEnd"/>
            <w:r>
              <w:t xml:space="preserve"> </w:t>
            </w:r>
            <w:proofErr w:type="spellStart"/>
            <w:r>
              <w:t>yeri</w:t>
            </w:r>
            <w:proofErr w:type="spellEnd"/>
            <w:r>
              <w:t xml:space="preserve"> </w:t>
            </w:r>
            <w:proofErr w:type="spellStart"/>
            <w:r>
              <w:t>uygulamalarına</w:t>
            </w:r>
            <w:proofErr w:type="spellEnd"/>
            <w:r>
              <w:t xml:space="preserve"> </w:t>
            </w:r>
            <w:proofErr w:type="spellStart"/>
            <w:r>
              <w:t>ilişkin</w:t>
            </w:r>
            <w:proofErr w:type="spellEnd"/>
            <w:r>
              <w:t xml:space="preserve"> </w:t>
            </w:r>
            <w:proofErr w:type="spellStart"/>
            <w:r>
              <w:t>kabul</w:t>
            </w:r>
            <w:proofErr w:type="spellEnd"/>
            <w:r>
              <w:t xml:space="preserve"> </w:t>
            </w:r>
            <w:proofErr w:type="spellStart"/>
            <w:r>
              <w:t>ve</w:t>
            </w:r>
            <w:proofErr w:type="spellEnd"/>
            <w:r>
              <w:t xml:space="preserve"> </w:t>
            </w:r>
            <w:proofErr w:type="spellStart"/>
            <w:r>
              <w:t>onay</w:t>
            </w:r>
            <w:proofErr w:type="spellEnd"/>
            <w:r>
              <w:t xml:space="preserve"> </w:t>
            </w:r>
            <w:proofErr w:type="spellStart"/>
            <w:r>
              <w:t>işlemlerinde</w:t>
            </w:r>
            <w:proofErr w:type="spellEnd"/>
            <w:r>
              <w:t xml:space="preserve"> </w:t>
            </w:r>
            <w:proofErr w:type="spellStart"/>
            <w:r>
              <w:t>kullanılmak</w:t>
            </w:r>
            <w:proofErr w:type="spellEnd"/>
            <w:r>
              <w:t xml:space="preserve"> </w:t>
            </w:r>
            <w:proofErr w:type="spellStart"/>
            <w:r>
              <w:t>üzere</w:t>
            </w:r>
            <w:proofErr w:type="spellEnd"/>
            <w:r>
              <w:t xml:space="preserve"> </w:t>
            </w:r>
            <w:proofErr w:type="spellStart"/>
            <w:r>
              <w:t>düzenlenmiştir</w:t>
            </w:r>
            <w:proofErr w:type="spellEnd"/>
            <w:r>
              <w:t>.</w:t>
            </w:r>
          </w:p>
          <w:p w14:paraId="07F10598" w14:textId="7732D9F3" w:rsidR="006E2329" w:rsidRPr="00C271C9" w:rsidRDefault="006E2329" w:rsidP="00324897">
            <w:pPr>
              <w:pStyle w:val="ListeParagraf"/>
              <w:numPr>
                <w:ilvl w:val="0"/>
                <w:numId w:val="14"/>
              </w:numPr>
              <w:spacing w:after="120" w:line="276" w:lineRule="auto"/>
              <w:ind w:left="435" w:right="74"/>
              <w:jc w:val="both"/>
              <w:rPr>
                <w:rFonts w:asciiTheme="majorHAnsi" w:hAnsiTheme="majorHAnsi" w:cstheme="majorHAnsi"/>
                <w:sz w:val="18"/>
                <w:szCs w:val="18"/>
              </w:rPr>
            </w:pPr>
            <w:r w:rsidRPr="00C271C9">
              <w:rPr>
                <w:rFonts w:asciiTheme="majorHAnsi" w:hAnsiTheme="majorHAnsi" w:cstheme="majorHAnsi"/>
                <w:sz w:val="18"/>
                <w:szCs w:val="18"/>
              </w:rPr>
              <w:t xml:space="preserve">Bu </w:t>
            </w:r>
            <w:proofErr w:type="spellStart"/>
            <w:r w:rsidRPr="00C271C9">
              <w:rPr>
                <w:rFonts w:asciiTheme="majorHAnsi" w:hAnsiTheme="majorHAnsi" w:cstheme="majorHAnsi"/>
                <w:sz w:val="18"/>
                <w:szCs w:val="18"/>
              </w:rPr>
              <w:t>derse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ait</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işyeri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uygulaması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Burdur</w:t>
            </w:r>
            <w:proofErr w:type="spellEnd"/>
            <w:r w:rsidRPr="00C271C9">
              <w:rPr>
                <w:rFonts w:asciiTheme="majorHAnsi" w:hAnsiTheme="majorHAnsi" w:cstheme="majorHAnsi"/>
                <w:sz w:val="18"/>
                <w:szCs w:val="18"/>
              </w:rPr>
              <w:t xml:space="preserve"> Mehmet Akif </w:t>
            </w:r>
            <w:proofErr w:type="spellStart"/>
            <w:r w:rsidRPr="00C271C9">
              <w:rPr>
                <w:rFonts w:asciiTheme="majorHAnsi" w:hAnsiTheme="majorHAnsi" w:cstheme="majorHAnsi"/>
                <w:sz w:val="18"/>
                <w:szCs w:val="18"/>
              </w:rPr>
              <w:t>Ersoy</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Üniversitesi’nin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belirlediği</w:t>
            </w:r>
            <w:proofErr w:type="spellEnd"/>
            <w:r w:rsidRPr="00C271C9">
              <w:rPr>
                <w:rFonts w:asciiTheme="majorHAnsi" w:hAnsiTheme="majorHAnsi" w:cstheme="majorHAnsi"/>
                <w:sz w:val="18"/>
                <w:szCs w:val="18"/>
              </w:rPr>
              <w:t xml:space="preserve"> o </w:t>
            </w:r>
            <w:proofErr w:type="spellStart"/>
            <w:r w:rsidRPr="00C271C9">
              <w:rPr>
                <w:rFonts w:asciiTheme="majorHAnsi" w:hAnsiTheme="majorHAnsi" w:cstheme="majorHAnsi"/>
                <w:sz w:val="18"/>
                <w:szCs w:val="18"/>
              </w:rPr>
              <w:t>yılki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akademik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takvim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süresince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haftada</w:t>
            </w:r>
            <w:proofErr w:type="spellEnd"/>
            <w:r w:rsidRPr="00C271C9">
              <w:rPr>
                <w:rFonts w:asciiTheme="majorHAnsi" w:hAnsiTheme="majorHAnsi" w:cstheme="majorHAnsi"/>
                <w:sz w:val="18"/>
                <w:szCs w:val="18"/>
              </w:rPr>
              <w:t xml:space="preserve"> 4 </w:t>
            </w:r>
            <w:proofErr w:type="spellStart"/>
            <w:r w:rsidRPr="00C271C9">
              <w:rPr>
                <w:rFonts w:asciiTheme="majorHAnsi" w:hAnsiTheme="majorHAnsi" w:cstheme="majorHAnsi"/>
                <w:sz w:val="18"/>
                <w:szCs w:val="18"/>
              </w:rPr>
              <w:t>gün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Pazartesi-Salı-Çarşamba-Perşembe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kurumun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belirlediği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mesai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saatleri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içerisinde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yapılacaktır</w:t>
            </w:r>
            <w:proofErr w:type="spellEnd"/>
            <w:r w:rsidRPr="00C271C9">
              <w:rPr>
                <w:rFonts w:asciiTheme="majorHAnsi" w:hAnsiTheme="majorHAnsi" w:cstheme="majorHAnsi"/>
                <w:sz w:val="18"/>
                <w:szCs w:val="18"/>
              </w:rPr>
              <w:t>.</w:t>
            </w:r>
          </w:p>
          <w:p w14:paraId="5C99E038" w14:textId="77777777" w:rsidR="006E2329" w:rsidRPr="00C271C9" w:rsidRDefault="006C4B4A" w:rsidP="00324897">
            <w:pPr>
              <w:pStyle w:val="ListeParagraf"/>
              <w:numPr>
                <w:ilvl w:val="0"/>
                <w:numId w:val="14"/>
              </w:numPr>
              <w:spacing w:after="120" w:line="276" w:lineRule="auto"/>
              <w:ind w:left="435" w:right="74"/>
              <w:jc w:val="both"/>
              <w:rPr>
                <w:rFonts w:asciiTheme="majorHAnsi" w:hAnsiTheme="majorHAnsi" w:cstheme="majorHAnsi"/>
                <w:sz w:val="18"/>
                <w:szCs w:val="18"/>
              </w:rPr>
            </w:pPr>
            <w:proofErr w:type="spellStart"/>
            <w:r w:rsidRPr="00C271C9">
              <w:rPr>
                <w:rFonts w:asciiTheme="majorHAnsi" w:hAnsiTheme="majorHAnsi" w:cstheme="majorHAnsi"/>
                <w:sz w:val="18"/>
                <w:szCs w:val="18"/>
              </w:rPr>
              <w:t>Dekanlık</w:t>
            </w:r>
            <w:proofErr w:type="spellEnd"/>
            <w:r w:rsidRPr="00C271C9">
              <w:rPr>
                <w:rFonts w:asciiTheme="majorHAnsi" w:hAnsiTheme="majorHAnsi" w:cstheme="majorHAnsi"/>
                <w:sz w:val="18"/>
                <w:szCs w:val="18"/>
              </w:rPr>
              <w:t>/</w:t>
            </w:r>
            <w:proofErr w:type="spellStart"/>
            <w:r w:rsidRPr="00C271C9">
              <w:rPr>
                <w:rFonts w:asciiTheme="majorHAnsi" w:hAnsiTheme="majorHAnsi" w:cstheme="majorHAnsi"/>
                <w:sz w:val="18"/>
                <w:szCs w:val="18"/>
              </w:rPr>
              <w:t>Bölüm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Başkanlığınca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görevlendirilen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Ders eğitiminden sorumlu Öğretim Elemanı, Uygulamalı Ders Eğitimi yapılacak işletmelerdeki; çalışma alanlarının tespiti, eğitimin planlanması, koordinasyonu, uygulanması ve izlenmesi ile görevlidir. İşletmedeki Uygulamalı Ders eğitiminden sorumlu Öğretim </w:t>
            </w:r>
            <w:r w:rsidRPr="00C271C9">
              <w:rPr>
                <w:rFonts w:asciiTheme="majorHAnsi" w:hAnsiTheme="majorHAnsi" w:cstheme="majorHAnsi"/>
                <w:sz w:val="18"/>
                <w:szCs w:val="18"/>
              </w:rPr>
              <w:t xml:space="preserve">Elemanı işyerlerinden alacağı devam çizelgesi, değerlendirme formu ve öğrencinin hazırlayacağı uygulama </w:t>
            </w:r>
            <w:proofErr w:type="spellStart"/>
            <w:r w:rsidRPr="00C271C9">
              <w:rPr>
                <w:rFonts w:asciiTheme="majorHAnsi" w:hAnsiTheme="majorHAnsi" w:cstheme="majorHAnsi"/>
                <w:sz w:val="18"/>
                <w:szCs w:val="18"/>
              </w:rPr>
              <w:t>raporunu</w:t>
            </w:r>
            <w:proofErr w:type="spellEnd"/>
            <w:r w:rsidRPr="00C271C9">
              <w:rPr>
                <w:rFonts w:asciiTheme="majorHAnsi" w:hAnsiTheme="majorHAnsi" w:cstheme="majorHAnsi"/>
                <w:sz w:val="18"/>
                <w:szCs w:val="18"/>
              </w:rPr>
              <w:t xml:space="preserve"> da </w:t>
            </w:r>
            <w:proofErr w:type="spellStart"/>
            <w:r w:rsidRPr="00C271C9">
              <w:rPr>
                <w:rFonts w:asciiTheme="majorHAnsi" w:hAnsiTheme="majorHAnsi" w:cstheme="majorHAnsi"/>
                <w:sz w:val="18"/>
                <w:szCs w:val="18"/>
              </w:rPr>
              <w:t>dikkate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alarak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başarı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notunu</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belirler</w:t>
            </w:r>
            <w:proofErr w:type="spellEnd"/>
            <w:r w:rsidRPr="00C271C9">
              <w:rPr>
                <w:rFonts w:asciiTheme="majorHAnsi" w:hAnsiTheme="majorHAnsi" w:cstheme="majorHAnsi"/>
                <w:sz w:val="18"/>
                <w:szCs w:val="18"/>
              </w:rPr>
              <w:t>.</w:t>
            </w:r>
          </w:p>
          <w:p w14:paraId="2964F4A0" w14:textId="77777777" w:rsidR="006E2329" w:rsidRPr="00C271C9" w:rsidRDefault="006C4B4A" w:rsidP="00324897">
            <w:pPr>
              <w:pStyle w:val="ListeParagraf"/>
              <w:numPr>
                <w:ilvl w:val="0"/>
                <w:numId w:val="14"/>
              </w:numPr>
              <w:spacing w:after="120" w:line="276" w:lineRule="auto"/>
              <w:ind w:left="435" w:right="74"/>
              <w:jc w:val="both"/>
              <w:rPr>
                <w:rFonts w:asciiTheme="majorHAnsi" w:hAnsiTheme="majorHAnsi" w:cstheme="majorHAnsi"/>
                <w:sz w:val="18"/>
                <w:szCs w:val="18"/>
              </w:rPr>
            </w:pPr>
            <w:r w:rsidRPr="00C271C9">
              <w:rPr>
                <w:rFonts w:asciiTheme="majorHAnsi" w:hAnsiTheme="majorHAnsi" w:cstheme="majorHAnsi"/>
                <w:sz w:val="18"/>
                <w:szCs w:val="18"/>
              </w:rPr>
              <w:t xml:space="preserve"> İş yeri yöneticisi tarafından Uygulamalı Ders eğitimini bilen ve uygulayan Eğitici personel ve Uygu</w:t>
            </w:r>
            <w:r w:rsidRPr="00C271C9">
              <w:rPr>
                <w:rFonts w:asciiTheme="majorHAnsi" w:hAnsiTheme="majorHAnsi" w:cstheme="majorHAnsi"/>
                <w:sz w:val="18"/>
                <w:szCs w:val="18"/>
              </w:rPr>
              <w:t>lamalı Ders eğitim sorumlusu Öğretim Elemanı ile koordinasyon içerisinde iş yerlerinde yapılan uygulamalarla ilgili olarak öğrencilere görevler verme, bunların nasıl yapılacağını gösterme, denetleme devamlılığını izleme, mazeret izinlerini değerlendirme, d</w:t>
            </w:r>
            <w:r w:rsidRPr="00C271C9">
              <w:rPr>
                <w:rFonts w:asciiTheme="majorHAnsi" w:hAnsiTheme="majorHAnsi" w:cstheme="majorHAnsi"/>
                <w:sz w:val="18"/>
                <w:szCs w:val="18"/>
              </w:rPr>
              <w:t xml:space="preserve">evam çizelgesine işleme ve benzeri işleri yürütür. Uygulamalı Ders eğitimi sonunda dolduracağı değerlendirme formunu ve </w:t>
            </w:r>
            <w:proofErr w:type="spellStart"/>
            <w:r w:rsidRPr="00C271C9">
              <w:rPr>
                <w:rFonts w:asciiTheme="majorHAnsi" w:hAnsiTheme="majorHAnsi" w:cstheme="majorHAnsi"/>
                <w:sz w:val="18"/>
                <w:szCs w:val="18"/>
              </w:rPr>
              <w:t>devam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çizelgesini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Eğitim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sorumlularına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teslim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eder</w:t>
            </w:r>
            <w:proofErr w:type="spellEnd"/>
            <w:r w:rsidRPr="00C271C9">
              <w:rPr>
                <w:rFonts w:asciiTheme="majorHAnsi" w:hAnsiTheme="majorHAnsi" w:cstheme="majorHAnsi"/>
                <w:sz w:val="18"/>
                <w:szCs w:val="18"/>
              </w:rPr>
              <w:t>.</w:t>
            </w:r>
          </w:p>
          <w:p w14:paraId="7DB3B363" w14:textId="77777777" w:rsidR="006E2329" w:rsidRPr="00C271C9" w:rsidRDefault="006C4B4A" w:rsidP="00324897">
            <w:pPr>
              <w:pStyle w:val="ListeParagraf"/>
              <w:numPr>
                <w:ilvl w:val="0"/>
                <w:numId w:val="14"/>
              </w:numPr>
              <w:spacing w:after="120" w:line="276" w:lineRule="auto"/>
              <w:ind w:left="435" w:right="74"/>
              <w:jc w:val="both"/>
              <w:rPr>
                <w:rFonts w:asciiTheme="majorHAnsi" w:hAnsiTheme="majorHAnsi" w:cstheme="majorHAnsi"/>
                <w:sz w:val="18"/>
                <w:szCs w:val="18"/>
              </w:rPr>
            </w:pP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Derse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ait</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değerlendirmeler</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sorumlu</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öğretim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elemanı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veya</w:t>
            </w:r>
            <w:proofErr w:type="spellEnd"/>
            <w:r w:rsidRPr="00C271C9">
              <w:rPr>
                <w:rFonts w:asciiTheme="majorHAnsi" w:hAnsiTheme="majorHAnsi" w:cstheme="majorHAnsi"/>
                <w:sz w:val="18"/>
                <w:szCs w:val="18"/>
              </w:rPr>
              <w:t xml:space="preserve"> eleman</w:t>
            </w:r>
            <w:r w:rsidRPr="00C271C9">
              <w:rPr>
                <w:rFonts w:asciiTheme="majorHAnsi" w:hAnsiTheme="majorHAnsi" w:cstheme="majorHAnsi"/>
                <w:sz w:val="18"/>
                <w:szCs w:val="18"/>
              </w:rPr>
              <w:t>ları tarafından yapılır. Öğrencinin işletmede uygulamalı eğitim kapsamındaki değerlendirme notu sisteme ders notu olarak işlenir. Aynı zamanda bu değerlendirme notu, akademik başarı notu değerlendirmelerine dâhil edilir. Uygulamalı Ders için AKTS kredisi b</w:t>
            </w:r>
            <w:r w:rsidRPr="00C271C9">
              <w:rPr>
                <w:rFonts w:asciiTheme="majorHAnsi" w:hAnsiTheme="majorHAnsi" w:cstheme="majorHAnsi"/>
                <w:sz w:val="18"/>
                <w:szCs w:val="18"/>
              </w:rPr>
              <w:t xml:space="preserve">elirlemek zorunludur. AKTS kredileri program veya bölümün ders çizelgelerine eklenir ve öğrencilerin mezuniyet kredisi hesabına dâhil edilir. Değerlendirme sonucu başarısız olan öğrenciler uygulamalı </w:t>
            </w:r>
            <w:proofErr w:type="spellStart"/>
            <w:r w:rsidRPr="00C271C9">
              <w:rPr>
                <w:rFonts w:asciiTheme="majorHAnsi" w:hAnsiTheme="majorHAnsi" w:cstheme="majorHAnsi"/>
                <w:sz w:val="18"/>
                <w:szCs w:val="18"/>
              </w:rPr>
              <w:t>eğitimlerini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aynı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veya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farklı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işletmelerde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yeniden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yapab</w:t>
            </w:r>
            <w:r w:rsidRPr="00C271C9">
              <w:rPr>
                <w:rFonts w:asciiTheme="majorHAnsi" w:hAnsiTheme="majorHAnsi" w:cstheme="majorHAnsi"/>
                <w:sz w:val="18"/>
                <w:szCs w:val="18"/>
              </w:rPr>
              <w:t>ilir</w:t>
            </w:r>
            <w:proofErr w:type="spellEnd"/>
            <w:r w:rsidRPr="00C271C9">
              <w:rPr>
                <w:rFonts w:asciiTheme="majorHAnsi" w:hAnsiTheme="majorHAnsi" w:cstheme="majorHAnsi"/>
                <w:sz w:val="18"/>
                <w:szCs w:val="18"/>
              </w:rPr>
              <w:t>.</w:t>
            </w:r>
          </w:p>
          <w:p w14:paraId="5F1F11A7" w14:textId="77777777" w:rsidR="006E2329" w:rsidRPr="00C271C9" w:rsidRDefault="006C4B4A" w:rsidP="00324897">
            <w:pPr>
              <w:pStyle w:val="ListeParagraf"/>
              <w:numPr>
                <w:ilvl w:val="0"/>
                <w:numId w:val="14"/>
              </w:numPr>
              <w:spacing w:after="120" w:line="276" w:lineRule="auto"/>
              <w:ind w:left="435" w:right="74"/>
              <w:jc w:val="both"/>
              <w:rPr>
                <w:rFonts w:asciiTheme="majorHAnsi" w:hAnsiTheme="majorHAnsi" w:cstheme="majorHAnsi"/>
                <w:sz w:val="18"/>
                <w:szCs w:val="18"/>
              </w:rPr>
            </w:pPr>
            <w:proofErr w:type="spellStart"/>
            <w:r w:rsidRPr="00C271C9">
              <w:rPr>
                <w:rFonts w:asciiTheme="majorHAnsi" w:hAnsiTheme="majorHAnsi" w:cstheme="majorHAnsi"/>
                <w:sz w:val="18"/>
                <w:szCs w:val="18"/>
              </w:rPr>
              <w:t>Dönem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içinde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yapılan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Ders Eğitimi, akademik takvime uygun olarak 4. dönem boyunca bir dönem süreyle yapılır. </w:t>
            </w: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Eğitim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alan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öğrenciler</w:t>
            </w:r>
            <w:proofErr w:type="spellEnd"/>
            <w:r w:rsidRPr="00C271C9">
              <w:rPr>
                <w:rFonts w:asciiTheme="majorHAnsi" w:hAnsiTheme="majorHAnsi" w:cstheme="majorHAnsi"/>
                <w:sz w:val="18"/>
                <w:szCs w:val="18"/>
              </w:rPr>
              <w:t>;</w:t>
            </w:r>
          </w:p>
          <w:p w14:paraId="197417D2" w14:textId="77777777" w:rsidR="006E2329" w:rsidRPr="00C271C9" w:rsidRDefault="006C4B4A" w:rsidP="00324897">
            <w:pPr>
              <w:spacing w:after="120" w:line="276" w:lineRule="auto"/>
              <w:ind w:left="719" w:right="74"/>
              <w:jc w:val="both"/>
              <w:rPr>
                <w:rFonts w:asciiTheme="majorHAnsi" w:hAnsiTheme="majorHAnsi" w:cstheme="majorHAnsi"/>
                <w:sz w:val="18"/>
                <w:szCs w:val="18"/>
              </w:rPr>
            </w:pPr>
            <w:proofErr w:type="gramStart"/>
            <w:r w:rsidRPr="00C271C9">
              <w:rPr>
                <w:rFonts w:asciiTheme="majorHAnsi" w:hAnsiTheme="majorHAnsi" w:cstheme="majorHAnsi"/>
                <w:sz w:val="18"/>
                <w:szCs w:val="18"/>
              </w:rPr>
              <w:t>a)</w:t>
            </w:r>
            <w:proofErr w:type="spellStart"/>
            <w:r w:rsidRPr="00C271C9">
              <w:rPr>
                <w:rFonts w:asciiTheme="majorHAnsi" w:hAnsiTheme="majorHAnsi" w:cstheme="majorHAnsi"/>
                <w:sz w:val="18"/>
                <w:szCs w:val="18"/>
              </w:rPr>
              <w:t>Uygulamalı</w:t>
            </w:r>
            <w:proofErr w:type="spellEnd"/>
            <w:proofErr w:type="gram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Eğitim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yaptıkları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yerde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kendilerine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verilen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görevleri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yaparlar</w:t>
            </w:r>
            <w:proofErr w:type="spellEnd"/>
            <w:r w:rsidRPr="00C271C9">
              <w:rPr>
                <w:rFonts w:asciiTheme="majorHAnsi" w:hAnsiTheme="majorHAnsi" w:cstheme="majorHAnsi"/>
                <w:sz w:val="18"/>
                <w:szCs w:val="18"/>
              </w:rPr>
              <w:t>.</w:t>
            </w:r>
          </w:p>
          <w:p w14:paraId="702B8664" w14:textId="1F9EBB78" w:rsidR="006E2329" w:rsidRPr="00C271C9" w:rsidRDefault="006C4B4A" w:rsidP="00324897">
            <w:pPr>
              <w:spacing w:after="120" w:line="276" w:lineRule="auto"/>
              <w:ind w:left="719" w:right="74"/>
              <w:jc w:val="both"/>
              <w:rPr>
                <w:rFonts w:asciiTheme="majorHAnsi" w:hAnsiTheme="majorHAnsi" w:cstheme="majorHAnsi"/>
                <w:sz w:val="18"/>
                <w:szCs w:val="18"/>
              </w:rPr>
            </w:pPr>
            <w:r w:rsidRPr="00C271C9">
              <w:rPr>
                <w:rFonts w:asciiTheme="majorHAnsi" w:hAnsiTheme="majorHAnsi" w:cstheme="majorHAnsi"/>
                <w:sz w:val="18"/>
                <w:szCs w:val="18"/>
              </w:rPr>
              <w:t xml:space="preserve"> b) “Yüksek Öğreti</w:t>
            </w:r>
            <w:r w:rsidRPr="00C271C9">
              <w:rPr>
                <w:rFonts w:asciiTheme="majorHAnsi" w:hAnsiTheme="majorHAnsi" w:cstheme="majorHAnsi"/>
                <w:sz w:val="18"/>
                <w:szCs w:val="18"/>
              </w:rPr>
              <w:t xml:space="preserve">m Kurumları Öğrenci Disiplin Yönetmeliği” yanında uygulama eğitimlerini sürdürdükleri iş yerinin çalışma, disiplin ve </w:t>
            </w:r>
            <w:proofErr w:type="spellStart"/>
            <w:r w:rsidRPr="00C271C9">
              <w:rPr>
                <w:rFonts w:asciiTheme="majorHAnsi" w:hAnsiTheme="majorHAnsi" w:cstheme="majorHAnsi"/>
                <w:sz w:val="18"/>
                <w:szCs w:val="18"/>
              </w:rPr>
              <w:t>iş</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güvenliği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ile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ilgili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kurallarına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uymak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zorundadırlar</w:t>
            </w:r>
            <w:proofErr w:type="spellEnd"/>
            <w:r w:rsidRPr="00C271C9">
              <w:rPr>
                <w:rFonts w:asciiTheme="majorHAnsi" w:hAnsiTheme="majorHAnsi" w:cstheme="majorHAnsi"/>
                <w:sz w:val="18"/>
                <w:szCs w:val="18"/>
              </w:rPr>
              <w:t>.</w:t>
            </w:r>
          </w:p>
          <w:p w14:paraId="74A3B2C2" w14:textId="77777777" w:rsidR="006E2329" w:rsidRPr="00C271C9" w:rsidRDefault="006C4B4A" w:rsidP="00324897">
            <w:pPr>
              <w:spacing w:after="120" w:line="276" w:lineRule="auto"/>
              <w:ind w:left="719" w:right="74"/>
              <w:jc w:val="both"/>
              <w:rPr>
                <w:rFonts w:asciiTheme="majorHAnsi" w:hAnsiTheme="majorHAnsi" w:cstheme="majorHAnsi"/>
                <w:sz w:val="18"/>
                <w:szCs w:val="18"/>
              </w:rPr>
            </w:pPr>
            <w:r w:rsidRPr="00C271C9">
              <w:rPr>
                <w:rFonts w:asciiTheme="majorHAnsi" w:hAnsiTheme="majorHAnsi" w:cstheme="majorHAnsi"/>
                <w:sz w:val="18"/>
                <w:szCs w:val="18"/>
              </w:rPr>
              <w:t xml:space="preserve">c) </w:t>
            </w:r>
            <w:proofErr w:type="spellStart"/>
            <w:r w:rsidRPr="00C271C9">
              <w:rPr>
                <w:rFonts w:asciiTheme="majorHAnsi" w:hAnsiTheme="majorHAnsi" w:cstheme="majorHAnsi"/>
                <w:sz w:val="18"/>
                <w:szCs w:val="18"/>
              </w:rPr>
              <w:t>Eğitimleriyle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ilgili</w:t>
            </w:r>
            <w:proofErr w:type="spellEnd"/>
            <w:r w:rsidRPr="00C271C9">
              <w:rPr>
                <w:rFonts w:asciiTheme="majorHAnsi" w:hAnsiTheme="majorHAnsi" w:cstheme="majorHAnsi"/>
                <w:sz w:val="18"/>
                <w:szCs w:val="18"/>
              </w:rPr>
              <w:t xml:space="preserve"> her </w:t>
            </w:r>
            <w:proofErr w:type="spellStart"/>
            <w:r w:rsidRPr="00C271C9">
              <w:rPr>
                <w:rFonts w:asciiTheme="majorHAnsi" w:hAnsiTheme="majorHAnsi" w:cstheme="majorHAnsi"/>
                <w:sz w:val="18"/>
                <w:szCs w:val="18"/>
              </w:rPr>
              <w:t>türlü</w:t>
            </w:r>
            <w:proofErr w:type="spellEnd"/>
            <w:r w:rsidRPr="00C271C9">
              <w:rPr>
                <w:rFonts w:asciiTheme="majorHAnsi" w:hAnsiTheme="majorHAnsi" w:cstheme="majorHAnsi"/>
                <w:sz w:val="18"/>
                <w:szCs w:val="18"/>
              </w:rPr>
              <w:t xml:space="preserve"> mazeret ve isteklerini sorumlu </w:t>
            </w:r>
            <w:proofErr w:type="spellStart"/>
            <w:r w:rsidRPr="00C271C9">
              <w:rPr>
                <w:rFonts w:asciiTheme="majorHAnsi" w:hAnsiTheme="majorHAnsi" w:cstheme="majorHAnsi"/>
                <w:sz w:val="18"/>
                <w:szCs w:val="18"/>
              </w:rPr>
              <w:t>Öğretim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Elemanın</w:t>
            </w:r>
            <w:r w:rsidRPr="00C271C9">
              <w:rPr>
                <w:rFonts w:asciiTheme="majorHAnsi" w:hAnsiTheme="majorHAnsi" w:cstheme="majorHAnsi"/>
                <w:sz w:val="18"/>
                <w:szCs w:val="18"/>
              </w:rPr>
              <w:t>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ve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İş</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Yeri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Sorumlusuna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bildirir</w:t>
            </w:r>
            <w:proofErr w:type="spellEnd"/>
            <w:r w:rsidRPr="00C271C9">
              <w:rPr>
                <w:rFonts w:asciiTheme="majorHAnsi" w:hAnsiTheme="majorHAnsi" w:cstheme="majorHAnsi"/>
                <w:sz w:val="18"/>
                <w:szCs w:val="18"/>
              </w:rPr>
              <w:t>.</w:t>
            </w:r>
          </w:p>
          <w:p w14:paraId="47EB22AD" w14:textId="77777777" w:rsidR="006E2329" w:rsidRPr="00C271C9" w:rsidRDefault="006C4B4A" w:rsidP="00324897">
            <w:pPr>
              <w:spacing w:after="120" w:line="276" w:lineRule="auto"/>
              <w:ind w:left="719" w:right="74"/>
              <w:jc w:val="both"/>
              <w:rPr>
                <w:rFonts w:asciiTheme="majorHAnsi" w:hAnsiTheme="majorHAnsi" w:cstheme="majorHAnsi"/>
                <w:sz w:val="18"/>
                <w:szCs w:val="18"/>
              </w:rPr>
            </w:pPr>
            <w:r w:rsidRPr="00C271C9">
              <w:rPr>
                <w:rFonts w:asciiTheme="majorHAnsi" w:hAnsiTheme="majorHAnsi" w:cstheme="majorHAnsi"/>
                <w:sz w:val="18"/>
                <w:szCs w:val="18"/>
              </w:rPr>
              <w:t xml:space="preserve"> d) İşletmedeki Uygulamalı Eğitim yerlerini İş Yeri Sorumlusu ve Uygulamalı </w:t>
            </w:r>
            <w:proofErr w:type="spellStart"/>
            <w:r w:rsidRPr="00C271C9">
              <w:rPr>
                <w:rFonts w:asciiTheme="majorHAnsi" w:hAnsiTheme="majorHAnsi" w:cstheme="majorHAnsi"/>
                <w:sz w:val="18"/>
                <w:szCs w:val="18"/>
              </w:rPr>
              <w:t>Eğitimden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sorumlu</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öğretim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elemanının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bilgisi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olmaksızın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değiştiremezler</w:t>
            </w:r>
            <w:proofErr w:type="spellEnd"/>
            <w:r w:rsidRPr="00C271C9">
              <w:rPr>
                <w:rFonts w:asciiTheme="majorHAnsi" w:hAnsiTheme="majorHAnsi" w:cstheme="majorHAnsi"/>
                <w:sz w:val="18"/>
                <w:szCs w:val="18"/>
              </w:rPr>
              <w:t>.</w:t>
            </w:r>
          </w:p>
          <w:p w14:paraId="745833DF" w14:textId="77777777" w:rsidR="006E2329" w:rsidRPr="00C271C9" w:rsidRDefault="006C4B4A" w:rsidP="00324897">
            <w:pPr>
              <w:spacing w:after="120" w:line="276" w:lineRule="auto"/>
              <w:ind w:left="719" w:right="74"/>
              <w:jc w:val="both"/>
              <w:rPr>
                <w:rFonts w:asciiTheme="majorHAnsi" w:hAnsiTheme="majorHAnsi" w:cstheme="majorHAnsi"/>
                <w:sz w:val="18"/>
                <w:szCs w:val="18"/>
              </w:rPr>
            </w:pPr>
            <w:r w:rsidRPr="00C271C9">
              <w:rPr>
                <w:rFonts w:asciiTheme="majorHAnsi" w:hAnsiTheme="majorHAnsi" w:cstheme="majorHAnsi"/>
                <w:sz w:val="18"/>
                <w:szCs w:val="18"/>
              </w:rPr>
              <w:t xml:space="preserve">e) </w:t>
            </w:r>
            <w:proofErr w:type="spellStart"/>
            <w:r w:rsidRPr="00C271C9">
              <w:rPr>
                <w:rFonts w:asciiTheme="majorHAnsi" w:hAnsiTheme="majorHAnsi" w:cstheme="majorHAnsi"/>
                <w:sz w:val="18"/>
                <w:szCs w:val="18"/>
              </w:rPr>
              <w:t>Kullandıkları</w:t>
            </w:r>
            <w:proofErr w:type="spellEnd"/>
            <w:r w:rsidRPr="00C271C9">
              <w:rPr>
                <w:rFonts w:asciiTheme="majorHAnsi" w:hAnsiTheme="majorHAnsi" w:cstheme="majorHAnsi"/>
                <w:sz w:val="18"/>
                <w:szCs w:val="18"/>
              </w:rPr>
              <w:t xml:space="preserve"> her </w:t>
            </w:r>
            <w:proofErr w:type="spellStart"/>
            <w:r w:rsidRPr="00C271C9">
              <w:rPr>
                <w:rFonts w:asciiTheme="majorHAnsi" w:hAnsiTheme="majorHAnsi" w:cstheme="majorHAnsi"/>
                <w:sz w:val="18"/>
                <w:szCs w:val="18"/>
              </w:rPr>
              <w:t>türlü</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araç</w:t>
            </w:r>
            <w:proofErr w:type="spellEnd"/>
            <w:r w:rsidRPr="00C271C9">
              <w:rPr>
                <w:rFonts w:asciiTheme="majorHAnsi" w:hAnsiTheme="majorHAnsi" w:cstheme="majorHAnsi"/>
                <w:sz w:val="18"/>
                <w:szCs w:val="18"/>
              </w:rPr>
              <w:t xml:space="preserve"> ve gerece özen göstermek zorundadır. Aks</w:t>
            </w:r>
            <w:r w:rsidRPr="00C271C9">
              <w:rPr>
                <w:rFonts w:asciiTheme="majorHAnsi" w:hAnsiTheme="majorHAnsi" w:cstheme="majorHAnsi"/>
                <w:sz w:val="18"/>
                <w:szCs w:val="18"/>
              </w:rPr>
              <w:t xml:space="preserve">ine hareket etmeleri halinde </w:t>
            </w:r>
            <w:proofErr w:type="spellStart"/>
            <w:r w:rsidRPr="00C271C9">
              <w:rPr>
                <w:rFonts w:asciiTheme="majorHAnsi" w:hAnsiTheme="majorHAnsi" w:cstheme="majorHAnsi"/>
                <w:sz w:val="18"/>
                <w:szCs w:val="18"/>
              </w:rPr>
              <w:t>doğabilecek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kaza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ve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zararlardan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şahsen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sorumlu</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tutulurlar</w:t>
            </w:r>
            <w:proofErr w:type="spellEnd"/>
            <w:r w:rsidRPr="00C271C9">
              <w:rPr>
                <w:rFonts w:asciiTheme="majorHAnsi" w:hAnsiTheme="majorHAnsi" w:cstheme="majorHAnsi"/>
                <w:sz w:val="18"/>
                <w:szCs w:val="18"/>
              </w:rPr>
              <w:t>.</w:t>
            </w:r>
          </w:p>
          <w:p w14:paraId="4B6578A8" w14:textId="77777777" w:rsidR="006E2329" w:rsidRPr="00C271C9" w:rsidRDefault="006C4B4A" w:rsidP="00324897">
            <w:pPr>
              <w:spacing w:after="120" w:line="276" w:lineRule="auto"/>
              <w:ind w:left="719" w:right="74"/>
              <w:jc w:val="both"/>
              <w:rPr>
                <w:rFonts w:asciiTheme="majorHAnsi" w:hAnsiTheme="majorHAnsi" w:cstheme="majorHAnsi"/>
                <w:sz w:val="18"/>
                <w:szCs w:val="18"/>
              </w:rPr>
            </w:pPr>
            <w:r w:rsidRPr="00C271C9">
              <w:rPr>
                <w:rFonts w:asciiTheme="majorHAnsi" w:hAnsiTheme="majorHAnsi" w:cstheme="majorHAnsi"/>
                <w:sz w:val="18"/>
                <w:szCs w:val="18"/>
              </w:rPr>
              <w:t xml:space="preserve">f) </w:t>
            </w:r>
            <w:proofErr w:type="spellStart"/>
            <w:r w:rsidRPr="00C271C9">
              <w:rPr>
                <w:rFonts w:asciiTheme="majorHAnsi" w:hAnsiTheme="majorHAnsi" w:cstheme="majorHAnsi"/>
                <w:sz w:val="18"/>
                <w:szCs w:val="18"/>
              </w:rPr>
              <w:t>İş</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yeri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yerlerinden</w:t>
            </w:r>
            <w:proofErr w:type="spellEnd"/>
            <w:r w:rsidRPr="00C271C9">
              <w:rPr>
                <w:rFonts w:asciiTheme="majorHAnsi" w:hAnsiTheme="majorHAnsi" w:cstheme="majorHAnsi"/>
                <w:sz w:val="18"/>
                <w:szCs w:val="18"/>
              </w:rPr>
              <w:t xml:space="preserve"> ayrılmalarını gerektirecek zorunlu </w:t>
            </w:r>
            <w:proofErr w:type="spellStart"/>
            <w:r w:rsidRPr="00C271C9">
              <w:rPr>
                <w:rFonts w:asciiTheme="majorHAnsi" w:hAnsiTheme="majorHAnsi" w:cstheme="majorHAnsi"/>
                <w:sz w:val="18"/>
                <w:szCs w:val="18"/>
              </w:rPr>
              <w:t>hallerde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İş</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Yeri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Sorumlusundan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izin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almak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zorundadırlar</w:t>
            </w:r>
            <w:proofErr w:type="spellEnd"/>
            <w:r w:rsidRPr="00C271C9">
              <w:rPr>
                <w:rFonts w:asciiTheme="majorHAnsi" w:hAnsiTheme="majorHAnsi" w:cstheme="majorHAnsi"/>
                <w:sz w:val="18"/>
                <w:szCs w:val="18"/>
              </w:rPr>
              <w:t>.</w:t>
            </w:r>
          </w:p>
          <w:p w14:paraId="5EC6D04D" w14:textId="77777777" w:rsidR="006E2329" w:rsidRPr="00C271C9" w:rsidRDefault="006C4B4A" w:rsidP="00324897">
            <w:pPr>
              <w:spacing w:after="120" w:line="276" w:lineRule="auto"/>
              <w:ind w:left="719" w:right="74"/>
              <w:jc w:val="both"/>
              <w:rPr>
                <w:rFonts w:asciiTheme="majorHAnsi" w:hAnsiTheme="majorHAnsi" w:cstheme="majorHAnsi"/>
                <w:sz w:val="18"/>
                <w:szCs w:val="18"/>
              </w:rPr>
            </w:pPr>
            <w:r w:rsidRPr="00C271C9">
              <w:rPr>
                <w:rFonts w:asciiTheme="majorHAnsi" w:hAnsiTheme="majorHAnsi" w:cstheme="majorHAnsi"/>
                <w:sz w:val="18"/>
                <w:szCs w:val="18"/>
              </w:rPr>
              <w:t xml:space="preserve">g) </w:t>
            </w:r>
            <w:proofErr w:type="spellStart"/>
            <w:r w:rsidRPr="00C271C9">
              <w:rPr>
                <w:rFonts w:asciiTheme="majorHAnsi" w:hAnsiTheme="majorHAnsi" w:cstheme="majorHAnsi"/>
                <w:sz w:val="18"/>
                <w:szCs w:val="18"/>
              </w:rPr>
              <w:t>Mazeretsiz</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olarak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Ders</w:t>
            </w:r>
            <w:proofErr w:type="spellEnd"/>
            <w:r w:rsidRPr="00C271C9">
              <w:rPr>
                <w:rFonts w:asciiTheme="majorHAnsi" w:hAnsiTheme="majorHAnsi" w:cstheme="majorHAnsi"/>
                <w:sz w:val="18"/>
                <w:szCs w:val="18"/>
              </w:rPr>
              <w:t xml:space="preserve"> eğitim</w:t>
            </w:r>
            <w:r w:rsidRPr="00C271C9">
              <w:rPr>
                <w:rFonts w:asciiTheme="majorHAnsi" w:hAnsiTheme="majorHAnsi" w:cstheme="majorHAnsi"/>
                <w:sz w:val="18"/>
                <w:szCs w:val="18"/>
              </w:rPr>
              <w:t xml:space="preserve">ine devam etmeyenler Uygulamalı Dersten başarısız sayılırlar. Başarısız olan öğrenciler, Uygulamalı </w:t>
            </w:r>
            <w:proofErr w:type="spellStart"/>
            <w:r w:rsidRPr="00C271C9">
              <w:rPr>
                <w:rFonts w:asciiTheme="majorHAnsi" w:hAnsiTheme="majorHAnsi" w:cstheme="majorHAnsi"/>
                <w:sz w:val="18"/>
                <w:szCs w:val="18"/>
              </w:rPr>
              <w:t>Dersi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tekrar</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almak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ve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devam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etmek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zorundadırlar</w:t>
            </w:r>
            <w:proofErr w:type="spellEnd"/>
            <w:r w:rsidRPr="00C271C9">
              <w:rPr>
                <w:rFonts w:asciiTheme="majorHAnsi" w:hAnsiTheme="majorHAnsi" w:cstheme="majorHAnsi"/>
                <w:sz w:val="18"/>
                <w:szCs w:val="18"/>
              </w:rPr>
              <w:t>.</w:t>
            </w:r>
          </w:p>
          <w:p w14:paraId="5996AFCE" w14:textId="77777777" w:rsidR="006E2329" w:rsidRPr="00C271C9" w:rsidRDefault="006C4B4A" w:rsidP="00324897">
            <w:pPr>
              <w:spacing w:after="120" w:line="276" w:lineRule="auto"/>
              <w:ind w:left="719" w:right="74"/>
              <w:jc w:val="both"/>
              <w:rPr>
                <w:rFonts w:asciiTheme="majorHAnsi" w:hAnsiTheme="majorHAnsi" w:cstheme="majorHAnsi"/>
                <w:sz w:val="18"/>
                <w:szCs w:val="18"/>
              </w:rPr>
            </w:pPr>
            <w:r w:rsidRPr="00C271C9">
              <w:rPr>
                <w:rFonts w:asciiTheme="majorHAnsi" w:hAnsiTheme="majorHAnsi" w:cstheme="majorHAnsi"/>
                <w:sz w:val="18"/>
                <w:szCs w:val="18"/>
              </w:rPr>
              <w:t xml:space="preserve"> h) İş yeri sorumlusu, özürsüz olarak üç iş gününü Uygulamalı Ders eğitimine gelmeyen öğrenciyi en geç iki </w:t>
            </w:r>
            <w:proofErr w:type="spellStart"/>
            <w:r w:rsidRPr="00C271C9">
              <w:rPr>
                <w:rFonts w:asciiTheme="majorHAnsi" w:hAnsiTheme="majorHAnsi" w:cstheme="majorHAnsi"/>
                <w:sz w:val="18"/>
                <w:szCs w:val="18"/>
              </w:rPr>
              <w:t>gün</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içinde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sorumlu</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Öğretim</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Elemanına</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bildirmek</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zorundadır</w:t>
            </w:r>
            <w:proofErr w:type="spellEnd"/>
            <w:r w:rsidRPr="00C271C9">
              <w:rPr>
                <w:rFonts w:asciiTheme="majorHAnsi" w:hAnsiTheme="majorHAnsi" w:cstheme="majorHAnsi"/>
                <w:sz w:val="18"/>
                <w:szCs w:val="18"/>
              </w:rPr>
              <w:t>.</w:t>
            </w:r>
          </w:p>
          <w:p w14:paraId="1FB937CF" w14:textId="77777777" w:rsidR="006E2329" w:rsidRPr="00C271C9" w:rsidRDefault="006C4B4A" w:rsidP="00324897">
            <w:pPr>
              <w:spacing w:after="120" w:line="276" w:lineRule="auto"/>
              <w:ind w:left="719" w:right="74"/>
              <w:jc w:val="both"/>
              <w:rPr>
                <w:rFonts w:asciiTheme="majorHAnsi" w:hAnsiTheme="majorHAnsi" w:cstheme="majorHAnsi"/>
                <w:sz w:val="18"/>
                <w:szCs w:val="18"/>
              </w:rPr>
            </w:pPr>
            <w:proofErr w:type="spellStart"/>
            <w:r w:rsidRPr="00C271C9">
              <w:rPr>
                <w:rFonts w:asciiTheme="majorHAnsi" w:hAnsiTheme="majorHAnsi" w:cstheme="majorHAnsi"/>
                <w:sz w:val="18"/>
                <w:szCs w:val="18"/>
              </w:rPr>
              <w:t>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Uygulamalı</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Ders</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eğitimi</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süresince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sendikal</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faaliyetlere</w:t>
            </w:r>
            <w:proofErr w:type="spellEnd"/>
            <w:r w:rsidRPr="00C271C9">
              <w:rPr>
                <w:rFonts w:asciiTheme="majorHAnsi" w:hAnsiTheme="majorHAnsi" w:cstheme="majorHAnsi"/>
                <w:sz w:val="18"/>
                <w:szCs w:val="18"/>
              </w:rPr>
              <w:t xml:space="preserve"> </w:t>
            </w:r>
            <w:proofErr w:type="spellStart"/>
            <w:r w:rsidRPr="00C271C9">
              <w:rPr>
                <w:rFonts w:asciiTheme="majorHAnsi" w:hAnsiTheme="majorHAnsi" w:cstheme="majorHAnsi"/>
                <w:sz w:val="18"/>
                <w:szCs w:val="18"/>
              </w:rPr>
              <w:t>katılamazlar</w:t>
            </w:r>
            <w:proofErr w:type="spellEnd"/>
            <w:r w:rsidRPr="00C271C9">
              <w:rPr>
                <w:rFonts w:asciiTheme="majorHAnsi" w:hAnsiTheme="majorHAnsi" w:cstheme="majorHAnsi"/>
                <w:sz w:val="18"/>
                <w:szCs w:val="18"/>
              </w:rPr>
              <w:t>.</w:t>
            </w:r>
          </w:p>
          <w:p w14:paraId="11A11929" w14:textId="33109F3A" w:rsidR="00C66702" w:rsidRPr="00C271C9" w:rsidRDefault="006C4B4A" w:rsidP="00324897">
            <w:pPr>
              <w:spacing w:after="120" w:line="276" w:lineRule="auto"/>
              <w:ind w:left="719" w:right="74"/>
              <w:jc w:val="both"/>
              <w:rPr>
                <w:rFonts w:asciiTheme="majorHAnsi" w:hAnsiTheme="majorHAnsi" w:cstheme="majorHAnsi"/>
                <w:sz w:val="18"/>
                <w:szCs w:val="18"/>
              </w:rPr>
            </w:pPr>
            <w:r w:rsidRPr="00C271C9">
              <w:rPr>
                <w:rFonts w:asciiTheme="majorHAnsi" w:hAnsiTheme="majorHAnsi" w:cstheme="majorHAnsi"/>
                <w:sz w:val="18"/>
                <w:szCs w:val="18"/>
              </w:rPr>
              <w:t xml:space="preserve"> j) Eğitim yerinde yaptıkları Uygulamalı Ders çalışmalarını bir uygulama raporu haline düzenleyerek sorumlu öğretim elemanın</w:t>
            </w:r>
            <w:r w:rsidRPr="00C271C9">
              <w:rPr>
                <w:rFonts w:asciiTheme="majorHAnsi" w:hAnsiTheme="majorHAnsi" w:cstheme="majorHAnsi"/>
                <w:sz w:val="18"/>
                <w:szCs w:val="18"/>
              </w:rPr>
              <w:t>a zamanında teslim etmek zorundadırlar.</w:t>
            </w:r>
          </w:p>
        </w:tc>
      </w:tr>
    </w:tbl>
    <w:p w14:paraId="2B934012" w14:textId="77777777" w:rsidR="00EF3521" w:rsidRPr="006E2329" w:rsidRDefault="00EF3521" w:rsidP="006E2329">
      <w:pPr>
        <w:rPr>
          <w:rFonts w:asciiTheme="majorHAnsi" w:hAnsiTheme="majorHAnsi" w:cstheme="majorHAnsi"/>
          <w:sz w:val="18"/>
          <w:szCs w:val="18"/>
        </w:rPr>
      </w:pPr>
    </w:p>
    <w:sectPr w:rsidR="00EF3521" w:rsidRPr="006E2329" w:rsidSect="00034616">
      <w:pgSz w:w="11906" w:h="16838"/>
      <w:pgMar w:top="1020" w:right="964"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324485E"/>
    <w:multiLevelType w:val="hybridMultilevel"/>
    <w:tmpl w:val="D4706D88"/>
    <w:lvl w:ilvl="0" w:tplc="5878470A">
      <w:numFmt w:val="bullet"/>
      <w:lvlText w:val="•"/>
      <w:lvlJc w:val="left"/>
      <w:pPr>
        <w:ind w:left="720" w:hanging="360"/>
      </w:pPr>
      <w:rPr>
        <w:rFonts w:ascii="Calibri" w:eastAsiaTheme="minorEastAs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DD690B"/>
    <w:multiLevelType w:val="hybridMultilevel"/>
    <w:tmpl w:val="1CD434D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41BA46B6"/>
    <w:multiLevelType w:val="hybridMultilevel"/>
    <w:tmpl w:val="06CADA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8FF2197"/>
    <w:multiLevelType w:val="hybridMultilevel"/>
    <w:tmpl w:val="9EE677E0"/>
    <w:lvl w:ilvl="0" w:tplc="5878470A">
      <w:numFmt w:val="bullet"/>
      <w:lvlText w:val="•"/>
      <w:lvlJc w:val="left"/>
      <w:pPr>
        <w:ind w:left="720" w:hanging="360"/>
      </w:pPr>
      <w:rPr>
        <w:rFonts w:ascii="Calibri" w:eastAsiaTheme="minorEastAs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959218D"/>
    <w:multiLevelType w:val="hybridMultilevel"/>
    <w:tmpl w:val="BD52AB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1"/>
  </w:num>
  <w:num w:numId="12">
    <w:abstractNumId w:val="9"/>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927"/>
    <w:rsid w:val="00034616"/>
    <w:rsid w:val="0006063C"/>
    <w:rsid w:val="0015074B"/>
    <w:rsid w:val="0029639D"/>
    <w:rsid w:val="00324897"/>
    <w:rsid w:val="00326F90"/>
    <w:rsid w:val="005A0DA6"/>
    <w:rsid w:val="006C4B4A"/>
    <w:rsid w:val="006E2329"/>
    <w:rsid w:val="006E3A6B"/>
    <w:rsid w:val="00AA1D8D"/>
    <w:rsid w:val="00B47730"/>
    <w:rsid w:val="00C271C9"/>
    <w:rsid w:val="00C66702"/>
    <w:rsid w:val="00CB0664"/>
    <w:rsid w:val="00EF35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37AAA3"/>
  <w14:defaultImageDpi w14:val="300"/>
  <w15:docId w15:val="{82997A8F-4789-824E-A1E0-5DDC4270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0" w:line="240" w:lineRule="auto"/>
    </w:pPr>
    <w:rPr>
      <w:rFonts w:ascii="Arial" w:hAnsi="Arial"/>
      <w:sz w:val="16"/>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6B5E4-058E-453F-AC71-D0EFBE025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1210</Words>
  <Characters>6903</Characters>
  <Application>Microsoft Office Word</Application>
  <DocSecurity>0</DocSecurity>
  <Lines>57</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STAJER GÜLHAN DOĞAN - Uygulamalı Ders Kabul Formu</vt:lpstr>
      <vt:lpstr/>
    </vt:vector>
  </TitlesOfParts>
  <Manager/>
  <Company/>
  <LinksUpToDate>false</LinksUpToDate>
  <CharactersWithSpaces>8097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STAJER GÜLHAN DOĞAN - Uygulamalı Ders Kabul Formu</dc:title>
  <dc:subject/>
  <dc:creator>Reviewer</dc:creator>
  <cp:keywords/>
  <dc:description>generated by python-docx</dc:description>
  <cp:lastModifiedBy>USER</cp:lastModifiedBy>
  <cp:revision>2</cp:revision>
  <dcterms:created xsi:type="dcterms:W3CDTF">2026-08-10T11:52:00Z</dcterms:created>
  <dcterms:modified xsi:type="dcterms:W3CDTF">2026-08-10T11:52:00Z</dcterms:modified>
  <cp:category/>
</cp:coreProperties>
</file>