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1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706"/>
        <w:gridCol w:w="4705"/>
      </w:tblGrid>
      <w:tr w:rsidR="00B172B4" w:rsidRPr="007D4373" w14:paraId="62F0FDB5" w14:textId="77777777" w:rsidTr="008A198D">
        <w:tc>
          <w:tcPr>
            <w:tcW w:w="4706" w:type="dxa"/>
          </w:tcPr>
          <w:p w14:paraId="44CFA63D" w14:textId="77777777" w:rsidR="00B172B4" w:rsidRPr="007D4373" w:rsidRDefault="00A839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noProof/>
                <w:lang w:val="tr-TR" w:eastAsia="tr-TR"/>
              </w:rPr>
              <w:drawing>
                <wp:inline distT="0" distB="0" distL="0" distR="0" wp14:anchorId="5F025A03" wp14:editId="78440AEA">
                  <wp:extent cx="1980000" cy="672723"/>
                  <wp:effectExtent l="0" t="0" r="0" b="0"/>
                  <wp:docPr id="3" name="Picture 3" descr="Burdur Mehmet Akif Ersoy Üniversitesi logosu" title="Burdur Mehmet Akif Ersoy Üniversitesi logos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000" cy="672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5" w:type="dxa"/>
          </w:tcPr>
          <w:p w14:paraId="6D2942B5" w14:textId="77777777" w:rsidR="00B172B4" w:rsidRPr="007D4373" w:rsidRDefault="00A839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noProof/>
                <w:lang w:val="tr-TR" w:eastAsia="tr-TR"/>
              </w:rPr>
              <w:drawing>
                <wp:inline distT="0" distB="0" distL="0" distR="0" wp14:anchorId="6563AD70" wp14:editId="3C019A66">
                  <wp:extent cx="1980000" cy="495000"/>
                  <wp:effectExtent l="0" t="0" r="0" b="0"/>
                  <wp:docPr id="4" name="Picture 4" descr="MAKÜ Sağlık Bilimleri Fakültesi logosu" title="MAKÜ Sağlık Bilimleri Fakültesi logos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000" cy="49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41EE95" w14:textId="77777777" w:rsidR="00B172B4" w:rsidRPr="00973B00" w:rsidRDefault="00A83931">
      <w:pPr>
        <w:pStyle w:val="FormInstitution"/>
        <w:rPr>
          <w:rFonts w:ascii="Times New Roman" w:hAnsi="Times New Roman" w:cs="Times New Roman"/>
          <w:color w:val="auto"/>
          <w:sz w:val="24"/>
          <w:szCs w:val="24"/>
        </w:rPr>
      </w:pPr>
      <w:r w:rsidRPr="00973B00">
        <w:rPr>
          <w:rFonts w:ascii="Times New Roman" w:hAnsi="Times New Roman" w:cs="Times New Roman"/>
          <w:color w:val="auto"/>
          <w:sz w:val="24"/>
          <w:szCs w:val="24"/>
        </w:rPr>
        <w:t>BURDUR MEHMET AKİF ERSOY ÜNİVERSİTESİ SAĞLIK BİLİMLERİ FAKÜLTESİ</w:t>
      </w:r>
      <w:r w:rsidRPr="00973B00">
        <w:rPr>
          <w:rFonts w:ascii="Times New Roman" w:hAnsi="Times New Roman" w:cs="Times New Roman"/>
          <w:color w:val="auto"/>
          <w:sz w:val="24"/>
          <w:szCs w:val="24"/>
        </w:rPr>
        <w:br/>
        <w:t>HEMŞİRELİK BÖLÜMÜ</w:t>
      </w:r>
    </w:p>
    <w:p w14:paraId="466A9E33" w14:textId="77777777" w:rsidR="00B172B4" w:rsidRDefault="00A83931">
      <w:pPr>
        <w:pStyle w:val="Balk1"/>
        <w:spacing w:before="60" w:after="40"/>
        <w:jc w:val="center"/>
        <w:rPr>
          <w:rFonts w:ascii="Times New Roman" w:hAnsi="Times New Roman" w:cs="Times New Roman"/>
          <w:color w:val="auto"/>
          <w:sz w:val="26"/>
        </w:rPr>
      </w:pPr>
      <w:r w:rsidRPr="007D4373">
        <w:rPr>
          <w:rFonts w:ascii="Times New Roman" w:hAnsi="Times New Roman" w:cs="Times New Roman"/>
          <w:color w:val="auto"/>
          <w:sz w:val="26"/>
        </w:rPr>
        <w:t>EK-1. FAALİYET PLANLAMA FORMU</w:t>
      </w:r>
    </w:p>
    <w:p w14:paraId="5A21DF9E" w14:textId="17D9AA45" w:rsidR="003E40FB" w:rsidRPr="003E40FB" w:rsidRDefault="003E40FB" w:rsidP="003E40FB">
      <w:pPr>
        <w:pStyle w:val="SmallText"/>
        <w:jc w:val="center"/>
        <w:rPr>
          <w:rFonts w:ascii="Times New Roman" w:hAnsi="Times New Roman" w:cs="Times New Roman"/>
        </w:rPr>
      </w:pPr>
      <w:r w:rsidRPr="00FA0F00">
        <w:rPr>
          <w:rFonts w:ascii="Times New Roman" w:hAnsi="Times New Roman" w:cs="Times New Roman"/>
        </w:rPr>
        <w:t>Form No: EK-1 (</w:t>
      </w:r>
      <w:proofErr w:type="spellStart"/>
      <w:r w:rsidRPr="00FA0F00">
        <w:rPr>
          <w:rFonts w:ascii="Times New Roman" w:hAnsi="Times New Roman" w:cs="Times New Roman"/>
        </w:rPr>
        <w:t>Taslak</w:t>
      </w:r>
      <w:proofErr w:type="spellEnd"/>
      <w:r w:rsidRPr="00FA0F00">
        <w:rPr>
          <w:rFonts w:ascii="Times New Roman" w:hAnsi="Times New Roman" w:cs="Times New Roman"/>
        </w:rPr>
        <w:t>)</w:t>
      </w:r>
    </w:p>
    <w:p w14:paraId="0343DCBA" w14:textId="59C4767E" w:rsidR="00B172B4" w:rsidRPr="007D4373" w:rsidRDefault="00B172B4">
      <w:pPr>
        <w:pStyle w:val="SmallText"/>
        <w:jc w:val="center"/>
        <w:rPr>
          <w:rFonts w:ascii="Times New Roman" w:hAnsi="Times New Roman" w:cs="Times New Roman"/>
          <w:color w:val="auto"/>
        </w:rPr>
      </w:pPr>
    </w:p>
    <w:tbl>
      <w:tblPr>
        <w:tblW w:w="9411" w:type="dxa"/>
        <w:tblBorders>
          <w:top w:val="single" w:sz="6" w:space="0" w:color="B8C6D9"/>
          <w:left w:val="single" w:sz="6" w:space="0" w:color="B8C6D9"/>
          <w:bottom w:val="single" w:sz="6" w:space="0" w:color="B8C6D9"/>
          <w:right w:val="single" w:sz="6" w:space="0" w:color="B8C6D9"/>
          <w:insideH w:val="single" w:sz="6" w:space="0" w:color="B8C6D9"/>
          <w:insideV w:val="single" w:sz="6" w:space="0" w:color="B8C6D9"/>
        </w:tblBorders>
        <w:tblLayout w:type="fixed"/>
        <w:tblLook w:val="04A0" w:firstRow="1" w:lastRow="0" w:firstColumn="1" w:lastColumn="0" w:noHBand="0" w:noVBand="1"/>
      </w:tblPr>
      <w:tblGrid>
        <w:gridCol w:w="9411"/>
      </w:tblGrid>
      <w:tr w:rsidR="00B172B4" w:rsidRPr="0046073E" w14:paraId="4DD00FD5" w14:textId="77777777" w:rsidTr="0046073E">
        <w:tc>
          <w:tcPr>
            <w:tcW w:w="9411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D778903" w14:textId="77777777" w:rsidR="00B172B4" w:rsidRPr="0046073E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KULLANIM AÇIKLAMASI: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Faaliyet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sorumlusu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bu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formu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her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faaliyet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için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faaliyetten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önce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doldurur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Gerekli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onay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tamamlandıktan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sonra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form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Komisyona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iletilir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duyuru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uygulama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kanıtlarıyla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birlikte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ilgili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yılın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Komisyon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arşivinde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saklanır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41FC43C2" w14:textId="77777777" w:rsidR="00B172B4" w:rsidRPr="007D4373" w:rsidRDefault="00B172B4">
      <w:pPr>
        <w:spacing w:after="20"/>
        <w:rPr>
          <w:rFonts w:ascii="Times New Roman" w:hAnsi="Times New Roman" w:cs="Times New Roman"/>
        </w:rPr>
      </w:pPr>
    </w:p>
    <w:tbl>
      <w:tblPr>
        <w:tblW w:w="9411" w:type="dxa"/>
        <w:tblBorders>
          <w:top w:val="single" w:sz="8" w:space="0" w:color="D3D9E2"/>
          <w:left w:val="single" w:sz="8" w:space="0" w:color="D3D9E2"/>
          <w:bottom w:val="single" w:sz="8" w:space="0" w:color="D3D9E2"/>
          <w:right w:val="single" w:sz="8" w:space="0" w:color="D3D9E2"/>
          <w:insideH w:val="single" w:sz="6" w:space="0" w:color="D3D9E2"/>
          <w:insideV w:val="single" w:sz="6" w:space="0" w:color="D3D9E2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6463"/>
      </w:tblGrid>
      <w:tr w:rsidR="00B172B4" w:rsidRPr="0046073E" w14:paraId="1E1653EC" w14:textId="77777777">
        <w:trPr>
          <w:cantSplit/>
          <w:trHeight w:val="306"/>
        </w:trPr>
        <w:tc>
          <w:tcPr>
            <w:tcW w:w="2948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5C03A1A" w14:textId="77777777" w:rsidR="00B172B4" w:rsidRPr="0046073E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Faaliyet</w:t>
            </w:r>
            <w:proofErr w:type="spellEnd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kodu</w:t>
            </w:r>
            <w:proofErr w:type="spellEnd"/>
          </w:p>
        </w:tc>
        <w:tc>
          <w:tcPr>
            <w:tcW w:w="646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81BC01" w14:textId="77777777" w:rsidR="00B172B4" w:rsidRPr="0046073E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2B4" w:rsidRPr="0046073E" w14:paraId="6AB59D80" w14:textId="77777777">
        <w:trPr>
          <w:cantSplit/>
          <w:trHeight w:val="306"/>
        </w:trPr>
        <w:tc>
          <w:tcPr>
            <w:tcW w:w="2948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99E4B3E" w14:textId="77777777" w:rsidR="00B172B4" w:rsidRPr="0046073E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Faaliyetin</w:t>
            </w:r>
            <w:proofErr w:type="spellEnd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adı</w:t>
            </w:r>
            <w:proofErr w:type="spellEnd"/>
          </w:p>
        </w:tc>
        <w:tc>
          <w:tcPr>
            <w:tcW w:w="646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8B96071" w14:textId="77777777" w:rsidR="00B172B4" w:rsidRPr="0046073E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2B4" w:rsidRPr="0046073E" w14:paraId="4648093C" w14:textId="77777777">
        <w:trPr>
          <w:cantSplit/>
          <w:trHeight w:val="306"/>
        </w:trPr>
        <w:tc>
          <w:tcPr>
            <w:tcW w:w="2948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681828" w14:textId="77777777" w:rsidR="00B172B4" w:rsidRPr="0046073E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Kategori</w:t>
            </w:r>
            <w:proofErr w:type="spellEnd"/>
          </w:p>
        </w:tc>
        <w:tc>
          <w:tcPr>
            <w:tcW w:w="646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8739C82" w14:textId="77777777" w:rsidR="00B172B4" w:rsidRPr="0046073E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6073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F</w:t>
            </w:r>
            <w:proofErr w:type="gram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1  </w:t>
            </w:r>
            <w:r w:rsidRPr="0046073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F</w:t>
            </w:r>
            <w:proofErr w:type="gram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2  </w:t>
            </w:r>
            <w:r w:rsidRPr="0046073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F</w:t>
            </w:r>
            <w:proofErr w:type="gram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3  </w:t>
            </w:r>
            <w:r w:rsidRPr="0046073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F</w:t>
            </w:r>
            <w:proofErr w:type="gram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4  </w:t>
            </w:r>
            <w:r w:rsidRPr="0046073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F</w:t>
            </w:r>
            <w:proofErr w:type="gram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5  </w:t>
            </w:r>
            <w:r w:rsidRPr="0046073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F</w:t>
            </w:r>
            <w:proofErr w:type="gram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6  </w:t>
            </w:r>
            <w:r w:rsidRPr="0046073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F</w:t>
            </w:r>
            <w:proofErr w:type="gram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7  </w:t>
            </w:r>
            <w:r w:rsidRPr="0046073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F8</w:t>
            </w:r>
          </w:p>
        </w:tc>
      </w:tr>
      <w:tr w:rsidR="00B172B4" w:rsidRPr="0046073E" w14:paraId="0AEBAF0A" w14:textId="77777777">
        <w:trPr>
          <w:cantSplit/>
          <w:trHeight w:val="306"/>
        </w:trPr>
        <w:tc>
          <w:tcPr>
            <w:tcW w:w="2948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970CC0" w14:textId="77777777" w:rsidR="00B172B4" w:rsidRPr="0046073E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Amaç </w:t>
            </w: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ve</w:t>
            </w:r>
            <w:proofErr w:type="spellEnd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ilişkili</w:t>
            </w:r>
            <w:proofErr w:type="spellEnd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program </w:t>
            </w: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çıktısı</w:t>
            </w:r>
            <w:proofErr w:type="spellEnd"/>
          </w:p>
        </w:tc>
        <w:tc>
          <w:tcPr>
            <w:tcW w:w="646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1D1064E" w14:textId="77777777" w:rsidR="00B172B4" w:rsidRPr="0046073E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2B4" w:rsidRPr="0046073E" w14:paraId="0B63C3BF" w14:textId="77777777">
        <w:trPr>
          <w:cantSplit/>
          <w:trHeight w:val="442"/>
        </w:trPr>
        <w:tc>
          <w:tcPr>
            <w:tcW w:w="2948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EA6B7CD" w14:textId="77777777" w:rsidR="00B172B4" w:rsidRPr="0046073E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Düzenleyen</w:t>
            </w:r>
            <w:proofErr w:type="spellEnd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kurum</w:t>
            </w:r>
            <w:proofErr w:type="spellEnd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birim</w:t>
            </w:r>
            <w:proofErr w:type="spellEnd"/>
          </w:p>
        </w:tc>
        <w:tc>
          <w:tcPr>
            <w:tcW w:w="646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CE5EA8C" w14:textId="77777777" w:rsidR="00B172B4" w:rsidRPr="0046073E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2B4" w:rsidRPr="0046073E" w14:paraId="25FA01CC" w14:textId="77777777">
        <w:trPr>
          <w:cantSplit/>
          <w:trHeight w:val="306"/>
        </w:trPr>
        <w:tc>
          <w:tcPr>
            <w:tcW w:w="2948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59236C" w14:textId="77777777" w:rsidR="00B172B4" w:rsidRPr="0046073E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Sorumlu</w:t>
            </w:r>
            <w:proofErr w:type="spellEnd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kişi</w:t>
            </w:r>
            <w:proofErr w:type="spellEnd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komisyon</w:t>
            </w:r>
            <w:proofErr w:type="spellEnd"/>
          </w:p>
        </w:tc>
        <w:tc>
          <w:tcPr>
            <w:tcW w:w="646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FB0A015" w14:textId="77777777" w:rsidR="00B172B4" w:rsidRPr="0046073E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2B4" w:rsidRPr="0046073E" w14:paraId="728188A6" w14:textId="77777777">
        <w:trPr>
          <w:cantSplit/>
          <w:trHeight w:val="306"/>
        </w:trPr>
        <w:tc>
          <w:tcPr>
            <w:tcW w:w="2948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23C37C" w14:textId="77777777" w:rsidR="00B172B4" w:rsidRPr="0046073E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Tarih – </w:t>
            </w: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saat</w:t>
            </w:r>
            <w:proofErr w:type="spellEnd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</w:t>
            </w: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süre</w:t>
            </w:r>
            <w:proofErr w:type="spellEnd"/>
          </w:p>
        </w:tc>
        <w:tc>
          <w:tcPr>
            <w:tcW w:w="646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E0F0D65" w14:textId="77777777" w:rsidR="00B172B4" w:rsidRPr="0046073E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2B4" w:rsidRPr="0046073E" w14:paraId="6E871A0C" w14:textId="77777777">
        <w:trPr>
          <w:cantSplit/>
          <w:trHeight w:val="306"/>
        </w:trPr>
        <w:tc>
          <w:tcPr>
            <w:tcW w:w="2948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64388B" w14:textId="77777777" w:rsidR="00B172B4" w:rsidRPr="0046073E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Yer / </w:t>
            </w: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çevrim</w:t>
            </w:r>
            <w:proofErr w:type="spellEnd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içi</w:t>
            </w:r>
            <w:proofErr w:type="spellEnd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bağlantı</w:t>
            </w:r>
            <w:proofErr w:type="spellEnd"/>
          </w:p>
        </w:tc>
        <w:tc>
          <w:tcPr>
            <w:tcW w:w="646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DA3099" w14:textId="77777777" w:rsidR="00B172B4" w:rsidRPr="0046073E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2B4" w:rsidRPr="0046073E" w14:paraId="534CA0F7" w14:textId="77777777">
        <w:trPr>
          <w:cantSplit/>
          <w:trHeight w:val="306"/>
        </w:trPr>
        <w:tc>
          <w:tcPr>
            <w:tcW w:w="2948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FFF2E9A" w14:textId="77777777" w:rsidR="00B172B4" w:rsidRPr="0046073E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Yöntem</w:t>
            </w:r>
            <w:proofErr w:type="spellEnd"/>
          </w:p>
        </w:tc>
        <w:tc>
          <w:tcPr>
            <w:tcW w:w="646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ABA7AF" w14:textId="77777777" w:rsidR="00B172B4" w:rsidRPr="0046073E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6073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Yüz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yüze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46073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Çevrim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içi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46073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Hibrit</w:t>
            </w:r>
            <w:proofErr w:type="spellEnd"/>
          </w:p>
        </w:tc>
      </w:tr>
      <w:tr w:rsidR="00B172B4" w:rsidRPr="0046073E" w14:paraId="44A6A3FC" w14:textId="77777777">
        <w:trPr>
          <w:cantSplit/>
          <w:trHeight w:val="306"/>
        </w:trPr>
        <w:tc>
          <w:tcPr>
            <w:tcW w:w="2948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C80D01" w14:textId="77777777" w:rsidR="00B172B4" w:rsidRPr="0046073E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Hedef</w:t>
            </w:r>
            <w:proofErr w:type="spellEnd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kitle</w:t>
            </w:r>
            <w:proofErr w:type="spellEnd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</w:t>
            </w: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kontenjan</w:t>
            </w:r>
            <w:proofErr w:type="spellEnd"/>
          </w:p>
        </w:tc>
        <w:tc>
          <w:tcPr>
            <w:tcW w:w="646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A7C112" w14:textId="77777777" w:rsidR="00B172B4" w:rsidRPr="0046073E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2B4" w:rsidRPr="0046073E" w14:paraId="1B3EC3E6" w14:textId="77777777">
        <w:trPr>
          <w:cantSplit/>
          <w:trHeight w:val="306"/>
        </w:trPr>
        <w:tc>
          <w:tcPr>
            <w:tcW w:w="2948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EDC939" w14:textId="77777777" w:rsidR="00B172B4" w:rsidRPr="0046073E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Başvuru</w:t>
            </w:r>
            <w:proofErr w:type="spellEnd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biçimi</w:t>
            </w:r>
            <w:proofErr w:type="spellEnd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ve</w:t>
            </w:r>
            <w:proofErr w:type="spellEnd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son </w:t>
            </w: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tarihi</w:t>
            </w:r>
            <w:proofErr w:type="spellEnd"/>
          </w:p>
        </w:tc>
        <w:tc>
          <w:tcPr>
            <w:tcW w:w="646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84D5EE9" w14:textId="77777777" w:rsidR="00B172B4" w:rsidRPr="0046073E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2B4" w:rsidRPr="0046073E" w14:paraId="77475798" w14:textId="77777777">
        <w:trPr>
          <w:cantSplit/>
          <w:trHeight w:val="442"/>
        </w:trPr>
        <w:tc>
          <w:tcPr>
            <w:tcW w:w="2948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1EE0B52" w14:textId="77777777" w:rsidR="00B172B4" w:rsidRPr="0046073E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Kaynak / </w:t>
            </w: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bütçe</w:t>
            </w:r>
            <w:proofErr w:type="spellEnd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</w:t>
            </w: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destek</w:t>
            </w:r>
            <w:proofErr w:type="spellEnd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gereksinimi</w:t>
            </w:r>
            <w:proofErr w:type="spellEnd"/>
          </w:p>
        </w:tc>
        <w:tc>
          <w:tcPr>
            <w:tcW w:w="646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4352E8B" w14:textId="77777777" w:rsidR="00B172B4" w:rsidRPr="0046073E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2B4" w:rsidRPr="0046073E" w14:paraId="7B2A1ECE" w14:textId="77777777">
        <w:trPr>
          <w:cantSplit/>
          <w:trHeight w:val="442"/>
        </w:trPr>
        <w:tc>
          <w:tcPr>
            <w:tcW w:w="2948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F85EE7" w14:textId="77777777" w:rsidR="00B172B4" w:rsidRPr="0046073E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Erişilebilirlik</w:t>
            </w:r>
            <w:proofErr w:type="spellEnd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düzenlemesi</w:t>
            </w:r>
            <w:proofErr w:type="spellEnd"/>
          </w:p>
        </w:tc>
        <w:tc>
          <w:tcPr>
            <w:tcW w:w="646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5D80FD" w14:textId="77777777" w:rsidR="00B172B4" w:rsidRPr="0046073E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2B4" w:rsidRPr="0046073E" w14:paraId="41F5A657" w14:textId="77777777">
        <w:trPr>
          <w:cantSplit/>
          <w:trHeight w:val="442"/>
        </w:trPr>
        <w:tc>
          <w:tcPr>
            <w:tcW w:w="2948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9ECCE2F" w14:textId="77777777" w:rsidR="00B172B4" w:rsidRPr="0046073E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Planlanan</w:t>
            </w:r>
            <w:proofErr w:type="spellEnd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değerlendirme</w:t>
            </w:r>
            <w:proofErr w:type="spellEnd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yöntemi</w:t>
            </w:r>
            <w:proofErr w:type="spellEnd"/>
          </w:p>
        </w:tc>
        <w:tc>
          <w:tcPr>
            <w:tcW w:w="646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CAE9E24" w14:textId="77777777" w:rsidR="00B172B4" w:rsidRPr="0046073E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2B4" w:rsidRPr="0046073E" w14:paraId="392C000B" w14:textId="77777777">
        <w:trPr>
          <w:cantSplit/>
          <w:trHeight w:val="442"/>
        </w:trPr>
        <w:tc>
          <w:tcPr>
            <w:tcW w:w="2948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FB3A97" w14:textId="77777777" w:rsidR="00B172B4" w:rsidRPr="0046073E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Riskler</w:t>
            </w:r>
            <w:proofErr w:type="spellEnd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ve</w:t>
            </w:r>
            <w:proofErr w:type="spellEnd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önlemler</w:t>
            </w:r>
            <w:proofErr w:type="spellEnd"/>
          </w:p>
        </w:tc>
        <w:tc>
          <w:tcPr>
            <w:tcW w:w="646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03644F" w14:textId="77777777" w:rsidR="00B172B4" w:rsidRPr="0046073E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80A7B90" w14:textId="77777777" w:rsidR="00B172B4" w:rsidRPr="007D4373" w:rsidRDefault="00B172B4">
      <w:pPr>
        <w:spacing w:after="20"/>
        <w:rPr>
          <w:rFonts w:ascii="Times New Roman" w:hAnsi="Times New Roman" w:cs="Times New Roman"/>
        </w:rPr>
      </w:pPr>
    </w:p>
    <w:tbl>
      <w:tblPr>
        <w:tblW w:w="9396" w:type="dxa"/>
        <w:tblBorders>
          <w:top w:val="single" w:sz="8" w:space="0" w:color="D3D9E2"/>
          <w:left w:val="single" w:sz="8" w:space="0" w:color="D3D9E2"/>
          <w:bottom w:val="single" w:sz="8" w:space="0" w:color="D3D9E2"/>
          <w:right w:val="single" w:sz="8" w:space="0" w:color="D3D9E2"/>
          <w:insideH w:val="single" w:sz="6" w:space="0" w:color="D3D9E2"/>
          <w:insideV w:val="single" w:sz="6" w:space="0" w:color="D3D9E2"/>
        </w:tblBorders>
        <w:tblLayout w:type="fixed"/>
        <w:tblLook w:val="04A0" w:firstRow="1" w:lastRow="0" w:firstColumn="1" w:lastColumn="0" w:noHBand="0" w:noVBand="1"/>
      </w:tblPr>
      <w:tblGrid>
        <w:gridCol w:w="3132"/>
        <w:gridCol w:w="3132"/>
        <w:gridCol w:w="3132"/>
      </w:tblGrid>
      <w:tr w:rsidR="00B172B4" w:rsidRPr="007D4373" w14:paraId="4645D260" w14:textId="77777777" w:rsidTr="00973B00">
        <w:trPr>
          <w:cantSplit/>
          <w:trHeight w:val="100"/>
        </w:trPr>
        <w:tc>
          <w:tcPr>
            <w:tcW w:w="3132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332DC8" w14:textId="77777777" w:rsidR="00B172B4" w:rsidRPr="007D4373" w:rsidRDefault="00A83931">
            <w:pPr>
              <w:keepNext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Hazırlayan</w:t>
            </w:r>
            <w:proofErr w:type="spellEnd"/>
          </w:p>
        </w:tc>
        <w:tc>
          <w:tcPr>
            <w:tcW w:w="3132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705621" w14:textId="77777777" w:rsidR="00B172B4" w:rsidRPr="007D4373" w:rsidRDefault="00A83931">
            <w:pPr>
              <w:keepNext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Komisyon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Kontrolü</w:t>
            </w:r>
            <w:proofErr w:type="spellEnd"/>
          </w:p>
        </w:tc>
        <w:tc>
          <w:tcPr>
            <w:tcW w:w="3132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A50F39" w14:textId="77777777" w:rsidR="00B172B4" w:rsidRPr="007D4373" w:rsidRDefault="00A83931">
            <w:pPr>
              <w:keepNext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Bölüm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Başkanlığı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Onayı</w:t>
            </w:r>
            <w:proofErr w:type="spellEnd"/>
          </w:p>
        </w:tc>
      </w:tr>
      <w:tr w:rsidR="00B172B4" w:rsidRPr="007D4373" w14:paraId="27388F89" w14:textId="77777777" w:rsidTr="00973B00">
        <w:trPr>
          <w:cantSplit/>
          <w:trHeight w:val="623"/>
        </w:trPr>
        <w:tc>
          <w:tcPr>
            <w:tcW w:w="313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0A6147" w14:textId="77777777" w:rsidR="00973B00" w:rsidRDefault="00973B00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</w:rPr>
            </w:pPr>
          </w:p>
          <w:p w14:paraId="4E63942E" w14:textId="2142BEFB" w:rsidR="00B172B4" w:rsidRPr="007D4373" w:rsidRDefault="00A83931" w:rsidP="00973B00">
            <w:pPr>
              <w:spacing w:after="0" w:line="252" w:lineRule="auto"/>
              <w:rPr>
                <w:rFonts w:ascii="Times New Roman" w:hAnsi="Times New Roman" w:cs="Times New Roman"/>
                <w:sz w:val="16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 xml:space="preserve">Ad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Soyad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/ Tarih /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İmza</w:t>
            </w:r>
            <w:proofErr w:type="spellEnd"/>
          </w:p>
          <w:p w14:paraId="7FA49073" w14:textId="77777777" w:rsidR="007D4373" w:rsidRPr="007D4373" w:rsidRDefault="007D4373" w:rsidP="007D4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469B56" w14:textId="77777777" w:rsidR="00B172B4" w:rsidRPr="007D4373" w:rsidRDefault="00A83931" w:rsidP="00973B00">
            <w:pPr>
              <w:spacing w:after="0" w:line="252" w:lineRule="auto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 xml:space="preserve">Ad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Soyad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/ Tarih /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İmza</w:t>
            </w:r>
            <w:proofErr w:type="spellEnd"/>
          </w:p>
        </w:tc>
        <w:tc>
          <w:tcPr>
            <w:tcW w:w="313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AC23359" w14:textId="265C23BA" w:rsidR="00973B00" w:rsidRPr="00973B00" w:rsidRDefault="00A83931" w:rsidP="00973B00">
            <w:pPr>
              <w:spacing w:after="0" w:line="252" w:lineRule="auto"/>
              <w:rPr>
                <w:rFonts w:ascii="Times New Roman" w:hAnsi="Times New Roman" w:cs="Times New Roman"/>
                <w:sz w:val="16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 xml:space="preserve">Ad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Soyad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/ Tarih /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İmza</w:t>
            </w:r>
            <w:proofErr w:type="spellEnd"/>
          </w:p>
        </w:tc>
      </w:tr>
    </w:tbl>
    <w:p w14:paraId="3FE74912" w14:textId="77777777" w:rsidR="00B172B4" w:rsidRPr="007D4373" w:rsidRDefault="00B172B4">
      <w:pPr>
        <w:rPr>
          <w:rFonts w:ascii="Times New Roman" w:hAnsi="Times New Roman" w:cs="Times New Roman"/>
        </w:rPr>
        <w:sectPr w:rsidR="00B172B4" w:rsidRPr="007D437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1247" w:bottom="1417" w:left="1247" w:header="340" w:footer="198" w:gutter="0"/>
          <w:pgNumType w:start="1"/>
          <w:cols w:space="720"/>
          <w:docGrid w:linePitch="360"/>
        </w:sectPr>
      </w:pPr>
    </w:p>
    <w:p w14:paraId="7F214FE6" w14:textId="77777777" w:rsidR="00A83931" w:rsidRPr="007D4373" w:rsidRDefault="00A83931">
      <w:pPr>
        <w:rPr>
          <w:rFonts w:ascii="Times New Roman" w:hAnsi="Times New Roman" w:cs="Times New Roman"/>
        </w:rPr>
      </w:pPr>
    </w:p>
    <w:sectPr w:rsidR="00A83931" w:rsidRPr="007D4373" w:rsidSect="00034616">
      <w:footerReference w:type="default" r:id="rId16"/>
      <w:pgSz w:w="16838" w:h="11906" w:orient="landscape"/>
      <w:pgMar w:top="794" w:right="964" w:bottom="1247" w:left="964" w:header="340" w:footer="19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C669F" w14:textId="77777777" w:rsidR="006014F2" w:rsidRDefault="006014F2">
      <w:pPr>
        <w:spacing w:after="0" w:line="240" w:lineRule="auto"/>
      </w:pPr>
      <w:r>
        <w:separator/>
      </w:r>
    </w:p>
  </w:endnote>
  <w:endnote w:type="continuationSeparator" w:id="0">
    <w:p w14:paraId="78689972" w14:textId="77777777" w:rsidR="006014F2" w:rsidRDefault="00601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0361D" w14:textId="77777777" w:rsidR="002D7F75" w:rsidRDefault="002D7F7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092EB" w14:textId="77777777" w:rsidR="00B172B4" w:rsidRDefault="00B172B4">
    <w:pPr>
      <w:pBdr>
        <w:bottom w:val="single" w:sz="18" w:space="1" w:color="A64B00"/>
      </w:pBdr>
      <w:spacing w:after="60"/>
    </w:pPr>
  </w:p>
  <w:tbl>
    <w:tblPr>
      <w:tblW w:w="9411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4A0" w:firstRow="1" w:lastRow="0" w:firstColumn="1" w:lastColumn="0" w:noHBand="0" w:noVBand="1"/>
    </w:tblPr>
    <w:tblGrid>
      <w:gridCol w:w="3199"/>
      <w:gridCol w:w="3012"/>
      <w:gridCol w:w="3200"/>
    </w:tblGrid>
    <w:tr w:rsidR="00B172B4" w14:paraId="320BEA6E" w14:textId="77777777">
      <w:tc>
        <w:tcPr>
          <w:tcW w:w="3200" w:type="dxa"/>
        </w:tcPr>
        <w:p w14:paraId="53B11F08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Düzenleyen</w:t>
          </w:r>
          <w:proofErr w:type="spellEnd"/>
          <w:r>
            <w:rPr>
              <w:b/>
              <w:sz w:val="16"/>
            </w:rPr>
            <w:t>/</w:t>
          </w:r>
          <w:proofErr w:type="spellStart"/>
          <w:r>
            <w:rPr>
              <w:b/>
              <w:sz w:val="16"/>
            </w:rPr>
            <w:t>Revize</w:t>
          </w:r>
          <w:proofErr w:type="spellEnd"/>
          <w:r>
            <w:rPr>
              <w:b/>
              <w:sz w:val="16"/>
            </w:rPr>
            <w:t xml:space="preserve"> Eden</w:t>
          </w:r>
        </w:p>
      </w:tc>
      <w:tc>
        <w:tcPr>
          <w:tcW w:w="3012" w:type="dxa"/>
        </w:tcPr>
        <w:p w14:paraId="4D0068B2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Versiyon</w:t>
          </w:r>
          <w:proofErr w:type="spellEnd"/>
          <w:r>
            <w:rPr>
              <w:b/>
              <w:sz w:val="16"/>
            </w:rPr>
            <w:t>/</w:t>
          </w:r>
          <w:proofErr w:type="spellStart"/>
          <w:r>
            <w:rPr>
              <w:b/>
              <w:sz w:val="16"/>
            </w:rPr>
            <w:t>Revizyon</w:t>
          </w:r>
          <w:proofErr w:type="spellEnd"/>
          <w:r>
            <w:rPr>
              <w:b/>
              <w:sz w:val="16"/>
            </w:rPr>
            <w:t xml:space="preserve"> </w:t>
          </w:r>
          <w:proofErr w:type="spellStart"/>
          <w:r>
            <w:rPr>
              <w:b/>
              <w:sz w:val="16"/>
            </w:rPr>
            <w:t>Tarihi</w:t>
          </w:r>
          <w:proofErr w:type="spellEnd"/>
        </w:p>
      </w:tc>
      <w:tc>
        <w:tcPr>
          <w:tcW w:w="3200" w:type="dxa"/>
        </w:tcPr>
        <w:p w14:paraId="23BD58FF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Onaylayan</w:t>
          </w:r>
          <w:proofErr w:type="spellEnd"/>
        </w:p>
      </w:tc>
    </w:tr>
    <w:tr w:rsidR="00B172B4" w14:paraId="2DDEF569" w14:textId="77777777">
      <w:tc>
        <w:tcPr>
          <w:tcW w:w="3200" w:type="dxa"/>
        </w:tcPr>
        <w:p w14:paraId="0E2D55DB" w14:textId="77777777" w:rsidR="00B172B4" w:rsidRDefault="00A83931">
          <w:pPr>
            <w:spacing w:after="0"/>
            <w:jc w:val="center"/>
          </w:pPr>
          <w:proofErr w:type="spellStart"/>
          <w:r>
            <w:rPr>
              <w:sz w:val="15"/>
            </w:rPr>
            <w:t>Kariyer</w:t>
          </w:r>
          <w:proofErr w:type="spellEnd"/>
          <w:r>
            <w:rPr>
              <w:sz w:val="15"/>
            </w:rPr>
            <w:t xml:space="preserve"> </w:t>
          </w:r>
          <w:proofErr w:type="spellStart"/>
          <w:r>
            <w:rPr>
              <w:sz w:val="15"/>
            </w:rPr>
            <w:t>Etkinlik</w:t>
          </w:r>
          <w:proofErr w:type="spellEnd"/>
          <w:r>
            <w:rPr>
              <w:sz w:val="15"/>
            </w:rPr>
            <w:t xml:space="preserve"> Mezun </w:t>
          </w:r>
          <w:proofErr w:type="spellStart"/>
          <w:r>
            <w:rPr>
              <w:sz w:val="15"/>
            </w:rPr>
            <w:t>İzlem</w:t>
          </w:r>
          <w:proofErr w:type="spellEnd"/>
          <w:r>
            <w:rPr>
              <w:sz w:val="15"/>
            </w:rPr>
            <w:t xml:space="preserve"> </w:t>
          </w:r>
          <w:proofErr w:type="spellStart"/>
          <w:r>
            <w:rPr>
              <w:sz w:val="15"/>
            </w:rPr>
            <w:t>Komisyonu</w:t>
          </w:r>
          <w:proofErr w:type="spellEnd"/>
        </w:p>
      </w:tc>
      <w:tc>
        <w:tcPr>
          <w:tcW w:w="3012" w:type="dxa"/>
        </w:tcPr>
        <w:p w14:paraId="7C436881" w14:textId="77777777" w:rsidR="00B172B4" w:rsidRDefault="00A83931">
          <w:pPr>
            <w:spacing w:after="0"/>
            <w:jc w:val="center"/>
          </w:pPr>
          <w:r>
            <w:rPr>
              <w:sz w:val="15"/>
            </w:rPr>
            <w:t>V1 / 09.08.2026</w:t>
          </w:r>
        </w:p>
      </w:tc>
      <w:tc>
        <w:tcPr>
          <w:tcW w:w="3200" w:type="dxa"/>
        </w:tcPr>
        <w:p w14:paraId="410D14AD" w14:textId="77777777" w:rsidR="00B172B4" w:rsidRDefault="00A83931">
          <w:pPr>
            <w:spacing w:after="0"/>
            <w:jc w:val="center"/>
          </w:pPr>
          <w:proofErr w:type="spellStart"/>
          <w:r>
            <w:rPr>
              <w:sz w:val="15"/>
            </w:rPr>
            <w:t>Hemşirelik</w:t>
          </w:r>
          <w:proofErr w:type="spellEnd"/>
          <w:r>
            <w:rPr>
              <w:sz w:val="15"/>
            </w:rPr>
            <w:t xml:space="preserve"> Bölüm Başkanlığı</w:t>
          </w:r>
        </w:p>
      </w:tc>
    </w:tr>
  </w:tbl>
  <w:p w14:paraId="5D797856" w14:textId="7D73AD18" w:rsidR="00B172B4" w:rsidRDefault="00B172B4" w:rsidP="002D7F75">
    <w:pPr>
      <w:pBdr>
        <w:bottom w:val="single" w:sz="18" w:space="1" w:color="A64B00"/>
      </w:pBdr>
      <w:spacing w:before="40" w:after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6E6CE" w14:textId="77777777" w:rsidR="002D7F75" w:rsidRDefault="002D7F75">
    <w:pPr>
      <w:pStyle w:val="AltBilgi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14D01" w14:textId="77777777" w:rsidR="00B172B4" w:rsidRDefault="00B172B4">
    <w:pPr>
      <w:pBdr>
        <w:bottom w:val="single" w:sz="18" w:space="1" w:color="A64B00"/>
      </w:pBdr>
      <w:spacing w:after="60"/>
    </w:pPr>
  </w:p>
  <w:tbl>
    <w:tblPr>
      <w:tblW w:w="1491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4A0" w:firstRow="1" w:lastRow="0" w:firstColumn="1" w:lastColumn="0" w:noHBand="0" w:noVBand="1"/>
    </w:tblPr>
    <w:tblGrid>
      <w:gridCol w:w="5070"/>
      <w:gridCol w:w="4771"/>
      <w:gridCol w:w="5069"/>
    </w:tblGrid>
    <w:tr w:rsidR="00B172B4" w14:paraId="78DEDD27" w14:textId="77777777">
      <w:tc>
        <w:tcPr>
          <w:tcW w:w="5069" w:type="dxa"/>
        </w:tcPr>
        <w:p w14:paraId="6A03D708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Düzenleyen</w:t>
          </w:r>
          <w:proofErr w:type="spellEnd"/>
          <w:r>
            <w:rPr>
              <w:b/>
              <w:sz w:val="16"/>
            </w:rPr>
            <w:t>/</w:t>
          </w:r>
          <w:proofErr w:type="spellStart"/>
          <w:r>
            <w:rPr>
              <w:b/>
              <w:sz w:val="16"/>
            </w:rPr>
            <w:t>Revize</w:t>
          </w:r>
          <w:proofErr w:type="spellEnd"/>
          <w:r>
            <w:rPr>
              <w:b/>
              <w:sz w:val="16"/>
            </w:rPr>
            <w:t xml:space="preserve"> Eden</w:t>
          </w:r>
        </w:p>
      </w:tc>
      <w:tc>
        <w:tcPr>
          <w:tcW w:w="4771" w:type="dxa"/>
        </w:tcPr>
        <w:p w14:paraId="305D4C89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Versiyon</w:t>
          </w:r>
          <w:proofErr w:type="spellEnd"/>
          <w:r>
            <w:rPr>
              <w:b/>
              <w:sz w:val="16"/>
            </w:rPr>
            <w:t>/</w:t>
          </w:r>
          <w:proofErr w:type="spellStart"/>
          <w:r>
            <w:rPr>
              <w:b/>
              <w:sz w:val="16"/>
            </w:rPr>
            <w:t>Revizyon</w:t>
          </w:r>
          <w:proofErr w:type="spellEnd"/>
          <w:r>
            <w:rPr>
              <w:b/>
              <w:sz w:val="16"/>
            </w:rPr>
            <w:t xml:space="preserve"> </w:t>
          </w:r>
          <w:proofErr w:type="spellStart"/>
          <w:r>
            <w:rPr>
              <w:b/>
              <w:sz w:val="16"/>
            </w:rPr>
            <w:t>Tarihi</w:t>
          </w:r>
          <w:proofErr w:type="spellEnd"/>
        </w:p>
      </w:tc>
      <w:tc>
        <w:tcPr>
          <w:tcW w:w="5069" w:type="dxa"/>
        </w:tcPr>
        <w:p w14:paraId="064DFC90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Onaylayan</w:t>
          </w:r>
          <w:proofErr w:type="spellEnd"/>
        </w:p>
      </w:tc>
    </w:tr>
    <w:tr w:rsidR="00B172B4" w14:paraId="6E850FA0" w14:textId="77777777">
      <w:tc>
        <w:tcPr>
          <w:tcW w:w="5069" w:type="dxa"/>
        </w:tcPr>
        <w:p w14:paraId="18D70DE4" w14:textId="77777777" w:rsidR="00B172B4" w:rsidRDefault="00A83931">
          <w:pPr>
            <w:spacing w:after="0"/>
            <w:jc w:val="center"/>
          </w:pPr>
          <w:proofErr w:type="spellStart"/>
          <w:r>
            <w:rPr>
              <w:sz w:val="15"/>
            </w:rPr>
            <w:t>Kariyer</w:t>
          </w:r>
          <w:proofErr w:type="spellEnd"/>
          <w:r>
            <w:rPr>
              <w:sz w:val="15"/>
            </w:rPr>
            <w:t xml:space="preserve"> </w:t>
          </w:r>
          <w:proofErr w:type="spellStart"/>
          <w:r>
            <w:rPr>
              <w:sz w:val="15"/>
            </w:rPr>
            <w:t>Etkinlik</w:t>
          </w:r>
          <w:proofErr w:type="spellEnd"/>
          <w:r>
            <w:rPr>
              <w:sz w:val="15"/>
            </w:rPr>
            <w:t xml:space="preserve"> Mezun </w:t>
          </w:r>
          <w:proofErr w:type="spellStart"/>
          <w:r>
            <w:rPr>
              <w:sz w:val="15"/>
            </w:rPr>
            <w:t>İzlem</w:t>
          </w:r>
          <w:proofErr w:type="spellEnd"/>
          <w:r>
            <w:rPr>
              <w:sz w:val="15"/>
            </w:rPr>
            <w:t xml:space="preserve"> </w:t>
          </w:r>
          <w:proofErr w:type="spellStart"/>
          <w:r>
            <w:rPr>
              <w:sz w:val="15"/>
            </w:rPr>
            <w:t>Komisyonu</w:t>
          </w:r>
          <w:proofErr w:type="spellEnd"/>
        </w:p>
      </w:tc>
      <w:tc>
        <w:tcPr>
          <w:tcW w:w="4771" w:type="dxa"/>
        </w:tcPr>
        <w:p w14:paraId="0D3CACE3" w14:textId="77777777" w:rsidR="00B172B4" w:rsidRDefault="00A83931">
          <w:pPr>
            <w:spacing w:after="0"/>
            <w:jc w:val="center"/>
          </w:pPr>
          <w:r>
            <w:rPr>
              <w:sz w:val="15"/>
            </w:rPr>
            <w:t>V1 / 09.08.2026</w:t>
          </w:r>
        </w:p>
      </w:tc>
      <w:tc>
        <w:tcPr>
          <w:tcW w:w="5069" w:type="dxa"/>
        </w:tcPr>
        <w:p w14:paraId="6BC137C2" w14:textId="77777777" w:rsidR="00B172B4" w:rsidRDefault="00A83931">
          <w:pPr>
            <w:spacing w:after="0"/>
            <w:jc w:val="center"/>
          </w:pPr>
          <w:proofErr w:type="spellStart"/>
          <w:r>
            <w:rPr>
              <w:sz w:val="15"/>
            </w:rPr>
            <w:t>Hemşirelik</w:t>
          </w:r>
          <w:proofErr w:type="spellEnd"/>
          <w:r>
            <w:rPr>
              <w:sz w:val="15"/>
            </w:rPr>
            <w:t xml:space="preserve"> Bölüm Başkanlığı</w:t>
          </w:r>
        </w:p>
      </w:tc>
    </w:tr>
  </w:tbl>
  <w:p w14:paraId="01B55A99" w14:textId="46C45C54" w:rsidR="00B172B4" w:rsidRDefault="00B172B4">
    <w:pPr>
      <w:pBdr>
        <w:bottom w:val="single" w:sz="18" w:space="1" w:color="A64B00"/>
      </w:pBdr>
      <w:spacing w:before="40" w:after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C33F7" w14:textId="77777777" w:rsidR="006014F2" w:rsidRDefault="006014F2">
      <w:pPr>
        <w:spacing w:after="0" w:line="240" w:lineRule="auto"/>
      </w:pPr>
      <w:r>
        <w:separator/>
      </w:r>
    </w:p>
  </w:footnote>
  <w:footnote w:type="continuationSeparator" w:id="0">
    <w:p w14:paraId="0112184E" w14:textId="77777777" w:rsidR="006014F2" w:rsidRDefault="00601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349F8" w14:textId="77777777" w:rsidR="002D7F75" w:rsidRDefault="002D7F7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43B2E" w14:textId="77777777" w:rsidR="002D7F75" w:rsidRDefault="002D7F7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98757" w14:textId="77777777" w:rsidR="002D7F75" w:rsidRDefault="002D7F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E04519A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19224018">
    <w:abstractNumId w:val="8"/>
  </w:num>
  <w:num w:numId="2" w16cid:durableId="1798329413">
    <w:abstractNumId w:val="6"/>
  </w:num>
  <w:num w:numId="3" w16cid:durableId="1818567149">
    <w:abstractNumId w:val="5"/>
  </w:num>
  <w:num w:numId="4" w16cid:durableId="2038306527">
    <w:abstractNumId w:val="4"/>
  </w:num>
  <w:num w:numId="5" w16cid:durableId="59256172">
    <w:abstractNumId w:val="7"/>
  </w:num>
  <w:num w:numId="6" w16cid:durableId="1412000141">
    <w:abstractNumId w:val="3"/>
  </w:num>
  <w:num w:numId="7" w16cid:durableId="2032149402">
    <w:abstractNumId w:val="2"/>
  </w:num>
  <w:num w:numId="8" w16cid:durableId="1216504734">
    <w:abstractNumId w:val="1"/>
  </w:num>
  <w:num w:numId="9" w16cid:durableId="2094692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A7444"/>
    <w:rsid w:val="002D7F75"/>
    <w:rsid w:val="00326F90"/>
    <w:rsid w:val="003E40FB"/>
    <w:rsid w:val="00444BE3"/>
    <w:rsid w:val="0046073E"/>
    <w:rsid w:val="0047271A"/>
    <w:rsid w:val="005636AA"/>
    <w:rsid w:val="00596BD2"/>
    <w:rsid w:val="006014F2"/>
    <w:rsid w:val="0060607D"/>
    <w:rsid w:val="006B464A"/>
    <w:rsid w:val="006C1499"/>
    <w:rsid w:val="00711208"/>
    <w:rsid w:val="007D4373"/>
    <w:rsid w:val="007F0A82"/>
    <w:rsid w:val="008479B1"/>
    <w:rsid w:val="008A198D"/>
    <w:rsid w:val="00973B00"/>
    <w:rsid w:val="00976A03"/>
    <w:rsid w:val="009F069F"/>
    <w:rsid w:val="00A169D7"/>
    <w:rsid w:val="00A83931"/>
    <w:rsid w:val="00AA1D8D"/>
    <w:rsid w:val="00B172B4"/>
    <w:rsid w:val="00B47730"/>
    <w:rsid w:val="00C37D28"/>
    <w:rsid w:val="00C6064F"/>
    <w:rsid w:val="00C7172E"/>
    <w:rsid w:val="00C858C5"/>
    <w:rsid w:val="00CA7604"/>
    <w:rsid w:val="00CB0664"/>
    <w:rsid w:val="00CC6071"/>
    <w:rsid w:val="00DC287F"/>
    <w:rsid w:val="00DF426A"/>
    <w:rsid w:val="00E818CE"/>
    <w:rsid w:val="00EF488D"/>
    <w:rsid w:val="00F14E2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9BD287"/>
  <w14:defaultImageDpi w14:val="300"/>
  <w15:docId w15:val="{16866F48-1E19-4166-9F87-78492FFCF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/>
      <w:jc w:val="both"/>
    </w:pPr>
    <w:rPr>
      <w:rFonts w:ascii="Arial" w:hAnsi="Arial"/>
      <w:sz w:val="21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172E55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/>
      <w:b/>
      <w:bCs/>
      <w:color w:val="213B6C"/>
      <w:sz w:val="23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color w:val="4A5563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spacing w:after="60"/>
      <w:ind w:left="369" w:hanging="159"/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spacing w:after="60"/>
      <w:ind w:left="369" w:hanging="159"/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verInstitution">
    <w:name w:val="CoverInstitution"/>
    <w:pPr>
      <w:spacing w:before="80" w:after="0"/>
      <w:jc w:val="center"/>
    </w:pPr>
    <w:rPr>
      <w:rFonts w:ascii="Arial" w:hAnsi="Arial"/>
      <w:b/>
      <w:color w:val="213B6C"/>
      <w:sz w:val="24"/>
    </w:rPr>
  </w:style>
  <w:style w:type="paragraph" w:customStyle="1" w:styleId="CoverTitle">
    <w:name w:val="CoverTitle"/>
    <w:pPr>
      <w:spacing w:before="200" w:after="160"/>
      <w:jc w:val="center"/>
    </w:pPr>
    <w:rPr>
      <w:rFonts w:ascii="Arial" w:hAnsi="Arial"/>
      <w:b/>
      <w:color w:val="172E55"/>
      <w:sz w:val="44"/>
    </w:rPr>
  </w:style>
  <w:style w:type="paragraph" w:customStyle="1" w:styleId="CoverSub">
    <w:name w:val="CoverSub"/>
    <w:pPr>
      <w:spacing w:before="60" w:after="60"/>
      <w:jc w:val="center"/>
    </w:pPr>
    <w:rPr>
      <w:rFonts w:ascii="Arial" w:hAnsi="Arial"/>
      <w:color w:val="4A5563"/>
    </w:rPr>
  </w:style>
  <w:style w:type="paragraph" w:customStyle="1" w:styleId="FormInstitution">
    <w:name w:val="FormInstitution"/>
    <w:pPr>
      <w:spacing w:before="20" w:after="20" w:line="252" w:lineRule="auto"/>
      <w:jc w:val="center"/>
    </w:pPr>
    <w:rPr>
      <w:rFonts w:ascii="Arial" w:hAnsi="Arial"/>
      <w:b/>
      <w:color w:val="000000"/>
      <w:sz w:val="19"/>
    </w:rPr>
  </w:style>
  <w:style w:type="paragraph" w:customStyle="1" w:styleId="FormTitle">
    <w:name w:val="FormTitle"/>
    <w:pPr>
      <w:spacing w:before="80" w:after="80" w:line="252" w:lineRule="auto"/>
      <w:jc w:val="center"/>
    </w:pPr>
    <w:rPr>
      <w:rFonts w:ascii="Arial" w:hAnsi="Arial"/>
      <w:b/>
      <w:color w:val="000000"/>
      <w:sz w:val="26"/>
    </w:rPr>
  </w:style>
  <w:style w:type="paragraph" w:customStyle="1" w:styleId="SmallText">
    <w:name w:val="SmallText"/>
    <w:pPr>
      <w:spacing w:after="40"/>
    </w:pPr>
    <w:rPr>
      <w:rFonts w:ascii="Arial" w:hAnsi="Arial"/>
      <w:color w:val="4A5563"/>
      <w:sz w:val="16"/>
    </w:rPr>
  </w:style>
  <w:style w:type="paragraph" w:customStyle="1" w:styleId="TOCEntry">
    <w:name w:val="TOCEntry"/>
    <w:pPr>
      <w:spacing w:after="80"/>
    </w:pPr>
    <w:rPr>
      <w:rFonts w:ascii="Arial" w:hAnsi="Arial"/>
      <w:color w:val="000000"/>
      <w:sz w:val="21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14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14E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5E273B1-94F3-4103-B194-F87955720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144</Words>
  <Characters>824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Öğrenci Faaliyetlerine Katılım İzlem Süreci Rehberi</vt:lpstr>
      <vt:lpstr/>
    </vt:vector>
  </TitlesOfParts>
  <Company/>
  <LinksUpToDate>false</LinksUpToDate>
  <CharactersWithSpaces>967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Öğrenci Faaliyetlerine Katılım İzlem Süreci Rehberi</dc:title>
  <dc:subject>Burdur Mehmet Akif Ersoy Üniversitesi Sağlık Bilimleri Fakültesi Hemşirelik Bölümü</dc:subject>
  <dc:creator>Kariyer Etkinlik Mezun İzlem Komisyonu</dc:creator>
  <cp:keywords>öğrenci faaliyetleri, katılım, izlem, PUKÖ, Hemşirelik Bölümü</cp:keywords>
  <dc:description>generated by python-docx</dc:description>
  <cp:lastModifiedBy>hanife erbil</cp:lastModifiedBy>
  <cp:revision>5</cp:revision>
  <dcterms:created xsi:type="dcterms:W3CDTF">2026-09-02T07:51:00Z</dcterms:created>
  <dcterms:modified xsi:type="dcterms:W3CDTF">2026-09-02T07:58:00Z</dcterms:modified>
</cp:coreProperties>
</file>