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6F32CE17" w14:textId="77777777" w:rsidTr="00437CB1">
        <w:tc>
          <w:tcPr>
            <w:tcW w:w="4706" w:type="dxa"/>
          </w:tcPr>
          <w:p w14:paraId="06835F49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14F9E18A" wp14:editId="514E38AF">
                  <wp:extent cx="1980000" cy="672723"/>
                  <wp:effectExtent l="0" t="0" r="0" b="0"/>
                  <wp:docPr id="9" name="Picture 9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78EB1FE0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40E16B57" wp14:editId="22DFB350">
                  <wp:extent cx="1980000" cy="495000"/>
                  <wp:effectExtent l="0" t="0" r="0" b="0"/>
                  <wp:docPr id="10" name="Picture 10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1930BC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606F50D2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EK-4. KATILIM KANIT KONTROL FORMU</w:t>
      </w:r>
    </w:p>
    <w:p w14:paraId="39016C71" w14:textId="09D61476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>4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297C6ECB" w14:textId="619E8689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9411"/>
      </w:tblGrid>
      <w:tr w:rsidR="00B172B4" w:rsidRPr="008479B1" w14:paraId="650ADD4E" w14:textId="77777777" w:rsidTr="008479B1">
        <w:tc>
          <w:tcPr>
            <w:tcW w:w="941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B327CE" w14:textId="77777777" w:rsidR="00B172B4" w:rsidRPr="008479B1" w:rsidRDefault="00A83931" w:rsidP="008479B1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KULLANIM AÇIKLAMASI: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Komisyon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sunulan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her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kaydını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formdaki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ölçütlerle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eder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Eksik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düzeltme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iade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edilir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süresi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içinde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tamamlanmayan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doğrulanamayan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göstergelere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dâhil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edilmez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sonucu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belirtilerek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Komisyon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arşivinde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tutulur</w:t>
            </w:r>
            <w:proofErr w:type="spellEnd"/>
            <w:r w:rsidRPr="00847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CD8E083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07"/>
      </w:tblGrid>
      <w:tr w:rsidR="00B172B4" w:rsidRPr="008479B1" w14:paraId="508B4792" w14:textId="77777777" w:rsidTr="008479B1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9E000" w14:textId="77777777" w:rsidR="00B172B4" w:rsidRPr="008479B1" w:rsidRDefault="00A83931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334BE" w14:textId="77777777" w:rsidR="00B172B4" w:rsidRPr="008479B1" w:rsidRDefault="00B172B4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8479B1" w14:paraId="7BEFA6E9" w14:textId="77777777" w:rsidTr="008479B1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459145" w14:textId="77777777" w:rsidR="00B172B4" w:rsidRPr="008479B1" w:rsidRDefault="00A83931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Faaliyet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E2C6C1" w14:textId="77777777" w:rsidR="00B172B4" w:rsidRPr="008479B1" w:rsidRDefault="00B172B4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8479B1" w14:paraId="0AAFDC17" w14:textId="77777777" w:rsidTr="008479B1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33FD1" w14:textId="77777777" w:rsidR="00B172B4" w:rsidRPr="008479B1" w:rsidRDefault="00A83931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Sunulan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kanıt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14027A" w14:textId="77777777" w:rsidR="00B172B4" w:rsidRPr="008479B1" w:rsidRDefault="00B172B4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8479B1" w14:paraId="4E1B4033" w14:textId="77777777" w:rsidTr="008479B1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9B02B3" w14:textId="77777777" w:rsidR="00B172B4" w:rsidRPr="008479B1" w:rsidRDefault="00A83931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  <w:proofErr w:type="spellEnd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9B1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C3442D" w14:textId="77777777" w:rsidR="00B172B4" w:rsidRPr="008479B1" w:rsidRDefault="00B172B4" w:rsidP="008479B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7AB3CE" w14:textId="77777777" w:rsidR="00B172B4" w:rsidRPr="008479B1" w:rsidRDefault="00B172B4" w:rsidP="008479B1">
      <w:pPr>
        <w:spacing w:after="2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48"/>
        <w:gridCol w:w="794"/>
        <w:gridCol w:w="794"/>
        <w:gridCol w:w="1247"/>
        <w:gridCol w:w="1361"/>
      </w:tblGrid>
      <w:tr w:rsidR="00B172B4" w:rsidRPr="007D4373" w14:paraId="28216ED5" w14:textId="77777777">
        <w:trPr>
          <w:tblHeader/>
        </w:trPr>
        <w:tc>
          <w:tcPr>
            <w:tcW w:w="56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50A00F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No</w:t>
            </w:r>
          </w:p>
        </w:tc>
        <w:tc>
          <w:tcPr>
            <w:tcW w:w="4649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191819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Kontrol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Ölçütü</w:t>
            </w:r>
            <w:proofErr w:type="spellEnd"/>
          </w:p>
        </w:tc>
        <w:tc>
          <w:tcPr>
            <w:tcW w:w="79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BE36D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Evet</w:t>
            </w:r>
          </w:p>
        </w:tc>
        <w:tc>
          <w:tcPr>
            <w:tcW w:w="794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4AEC69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Hayır</w:t>
            </w:r>
            <w:proofErr w:type="spellEnd"/>
          </w:p>
        </w:tc>
        <w:tc>
          <w:tcPr>
            <w:tcW w:w="1247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5C603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Uygulanamaz</w:t>
            </w:r>
            <w:proofErr w:type="spellEnd"/>
          </w:p>
        </w:tc>
        <w:tc>
          <w:tcPr>
            <w:tcW w:w="136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429B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Açıklama</w:t>
            </w:r>
            <w:proofErr w:type="spellEnd"/>
          </w:p>
        </w:tc>
      </w:tr>
      <w:tr w:rsidR="00B172B4" w:rsidRPr="007D4373" w14:paraId="5A32A4FF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A5A5F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DBC9B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bilgisi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ile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kanıttaki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katılımcı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bilgisi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eşleşiyor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D76AE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CAA1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6C29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E52E6C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7441A5B9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F0BA9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2A7D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adı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düzenleyicisi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tarihi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kanıtta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açıkça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görülebiliyor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5DC869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DE2DC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8FDA27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0EB59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A5414C7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7F95B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9FF39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Kanıt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resmî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doğrulanabilir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kurum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kanal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tarafından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üretilmiş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0945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8899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A2CBC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70896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EB906F1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ADE08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8C34E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kategorisi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rolü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kanıtla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uyumlu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D7285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32521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840BB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1DFF2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091347F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4C035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28C9C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Aynı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–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–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tarih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için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mükerrer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bulunmuyor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D1BD1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51225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9EE91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6061B5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A9C7D65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7BA8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DB0D4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Aktif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rol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beyanı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program,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görev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yazısı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bildiri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ödül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kaydı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ile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desteklenmiş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9946F8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45A55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A383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C28F7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E828581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837A9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29FBC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Dijital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kanıtın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bağlantısı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/QR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kodu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raporu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erişilebilir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doğrulanabilir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B6E80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EF602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99B2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D2FEB6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0608622" w14:textId="77777777">
        <w:trPr>
          <w:cantSplit/>
        </w:trPr>
        <w:tc>
          <w:tcPr>
            <w:tcW w:w="56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8633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46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139F3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yalnızca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gerekli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kişisel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verileri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içeriyor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gereksiz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maskelenmiş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çıkarılmış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CF86C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7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714D1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24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A64C6F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</w:p>
        </w:tc>
        <w:tc>
          <w:tcPr>
            <w:tcW w:w="1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F0E33" w14:textId="77777777" w:rsidR="00B172B4" w:rsidRPr="007D4373" w:rsidRDefault="00B172B4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068464" w14:textId="77777777" w:rsidR="00B172B4" w:rsidRPr="007D4373" w:rsidRDefault="00B172B4">
      <w:pPr>
        <w:spacing w:after="4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860"/>
      </w:tblGrid>
      <w:tr w:rsidR="00B172B4" w:rsidRPr="007D4373" w14:paraId="7A3F6954" w14:textId="77777777">
        <w:trPr>
          <w:cantSplit/>
          <w:trHeight w:val="454"/>
        </w:trPr>
        <w:tc>
          <w:tcPr>
            <w:tcW w:w="255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11D97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Kontrol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sonucu</w:t>
            </w:r>
            <w:proofErr w:type="spellEnd"/>
          </w:p>
        </w:tc>
        <w:tc>
          <w:tcPr>
            <w:tcW w:w="68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D00AE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 xml:space="preserve">Uygun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Düzeltme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için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>iade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>Doğrulanamadı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Mükerrer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kayıt</w:t>
            </w:r>
            <w:proofErr w:type="spellEnd"/>
          </w:p>
        </w:tc>
      </w:tr>
      <w:tr w:rsidR="00B172B4" w:rsidRPr="007D4373" w14:paraId="070303CE" w14:textId="77777777">
        <w:trPr>
          <w:cantSplit/>
          <w:trHeight w:val="454"/>
        </w:trPr>
        <w:tc>
          <w:tcPr>
            <w:tcW w:w="255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B8AFC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Eksik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düzeltilecek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husus</w:t>
            </w:r>
            <w:proofErr w:type="spellEnd"/>
          </w:p>
        </w:tc>
        <w:tc>
          <w:tcPr>
            <w:tcW w:w="685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3D4814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19B5B5D4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B172B4" w:rsidRPr="007D4373" w14:paraId="59AF37B5" w14:textId="77777777">
        <w:trPr>
          <w:cantSplit/>
        </w:trPr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0D3E22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Kontrol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Eden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Üyesi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15A06D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>Tarih</w:t>
            </w:r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B85C07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No</w:t>
            </w:r>
          </w:p>
        </w:tc>
      </w:tr>
      <w:tr w:rsidR="00B172B4" w:rsidRPr="007D4373" w14:paraId="58307F58" w14:textId="77777777">
        <w:trPr>
          <w:cantSplit/>
          <w:trHeight w:val="510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8F95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8154B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9CDF5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5792271D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D9E2" w14:textId="77777777" w:rsidR="00D0590C" w:rsidRDefault="00D0590C">
      <w:pPr>
        <w:spacing w:after="0" w:line="240" w:lineRule="auto"/>
      </w:pPr>
      <w:r>
        <w:separator/>
      </w:r>
    </w:p>
  </w:endnote>
  <w:endnote w:type="continuationSeparator" w:id="0">
    <w:p w14:paraId="599EB247" w14:textId="77777777" w:rsidR="00D0590C" w:rsidRDefault="00D05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96F2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7E12DDC7" w14:textId="77777777">
      <w:tc>
        <w:tcPr>
          <w:tcW w:w="3200" w:type="dxa"/>
        </w:tcPr>
        <w:p w14:paraId="5FE5A172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076F82F6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5BFFC41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1344434A" w14:textId="77777777">
      <w:tc>
        <w:tcPr>
          <w:tcW w:w="3200" w:type="dxa"/>
        </w:tcPr>
        <w:p w14:paraId="34D30E4F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1FD8BFA6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593CF9B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3CD619A4" w14:textId="62401C8E" w:rsidR="00B172B4" w:rsidRDefault="00A83931" w:rsidP="00973B00">
    <w:pPr>
      <w:pBdr>
        <w:bottom w:val="single" w:sz="18" w:space="1" w:color="A64B00"/>
      </w:pBdr>
      <w:spacing w:before="40" w:after="0"/>
    </w:pPr>
    <w:r>
      <w:fldChar w:fldCharType="begin"/>
    </w:r>
    <w:r>
      <w:instrText>PAGE</w:instrText>
    </w:r>
    <w:r>
      <w:fldChar w:fldCharType="separate"/>
    </w:r>
    <w:r w:rsidR="00F14E2B">
      <w:rPr>
        <w:noProof/>
      </w:rPr>
      <w:t>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CE59" w14:textId="77777777" w:rsidR="00D0590C" w:rsidRDefault="00D0590C">
      <w:pPr>
        <w:spacing w:after="0" w:line="240" w:lineRule="auto"/>
      </w:pPr>
      <w:r>
        <w:separator/>
      </w:r>
    </w:p>
  </w:footnote>
  <w:footnote w:type="continuationSeparator" w:id="0">
    <w:p w14:paraId="4E647597" w14:textId="77777777" w:rsidR="00D0590C" w:rsidRDefault="00D05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444"/>
    <w:rsid w:val="00326F90"/>
    <w:rsid w:val="003E40FB"/>
    <w:rsid w:val="00437CB1"/>
    <w:rsid w:val="00444BE3"/>
    <w:rsid w:val="0046073E"/>
    <w:rsid w:val="0047271A"/>
    <w:rsid w:val="005636AA"/>
    <w:rsid w:val="00587478"/>
    <w:rsid w:val="00596BD2"/>
    <w:rsid w:val="0060607D"/>
    <w:rsid w:val="006B464A"/>
    <w:rsid w:val="006C1499"/>
    <w:rsid w:val="00711208"/>
    <w:rsid w:val="007D238F"/>
    <w:rsid w:val="007D4373"/>
    <w:rsid w:val="007F0A82"/>
    <w:rsid w:val="008479B1"/>
    <w:rsid w:val="008A198D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A7604"/>
    <w:rsid w:val="00CB0664"/>
    <w:rsid w:val="00CC6071"/>
    <w:rsid w:val="00D0590C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5</cp:revision>
  <dcterms:created xsi:type="dcterms:W3CDTF">2026-09-02T07:51:00Z</dcterms:created>
  <dcterms:modified xsi:type="dcterms:W3CDTF">2026-09-02T08:03:00Z</dcterms:modified>
</cp:coreProperties>
</file>