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455"/>
        <w:gridCol w:w="7455"/>
      </w:tblGrid>
      <w:tr w:rsidR="00B172B4" w:rsidRPr="007D4373" w14:paraId="66FF043B" w14:textId="77777777">
        <w:tc>
          <w:tcPr>
            <w:tcW w:w="7455" w:type="dxa"/>
          </w:tcPr>
          <w:p w14:paraId="1CF35CB4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AEEBB35" wp14:editId="3390D478">
                  <wp:extent cx="1980000" cy="672723"/>
                  <wp:effectExtent l="0" t="0" r="0" b="0"/>
                  <wp:docPr id="11" name="Picture 11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14:paraId="3F381EB6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633CEF1" wp14:editId="1C96DB1B">
                  <wp:extent cx="1980000" cy="495000"/>
                  <wp:effectExtent l="0" t="0" r="0" b="0"/>
                  <wp:docPr id="12" name="Picture 12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523CA6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4DED97C0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EK-5. PERFORMANS GÖSTERGELERİ İZLEME TABLOSU</w:t>
      </w:r>
    </w:p>
    <w:p w14:paraId="2C1E71E6" w14:textId="4E8DB0F4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>5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2EE38CB9" w14:textId="50945538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14910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701"/>
        <w:gridCol w:w="4025"/>
        <w:gridCol w:w="1134"/>
        <w:gridCol w:w="1304"/>
        <w:gridCol w:w="1361"/>
        <w:gridCol w:w="4706"/>
      </w:tblGrid>
      <w:tr w:rsidR="00B172B4" w:rsidRPr="007D4373" w14:paraId="402A61F9" w14:textId="77777777">
        <w:tc>
          <w:tcPr>
            <w:tcW w:w="14910" w:type="dxa"/>
            <w:gridSpan w:val="7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9A653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tabloyu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yalnızca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doğrulanmış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kayıtlardan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yarıyıl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akademik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yıl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sonunda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doldurur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gerçekleşen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değer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dönem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birlikte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gösterilir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sapmaların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nedeni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alınacak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karar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sütununa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yazılır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  <w:tr w:rsidR="00B172B4" w:rsidRPr="007D4373" w14:paraId="6E48962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69"/>
        </w:trPr>
        <w:tc>
          <w:tcPr>
            <w:tcW w:w="2381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FD699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İzleme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Dönemi</w:t>
            </w:r>
            <w:proofErr w:type="spellEnd"/>
          </w:p>
        </w:tc>
        <w:tc>
          <w:tcPr>
            <w:tcW w:w="12529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9BC4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6"/>
              </w:rPr>
              <w:t>Güz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gramStart"/>
            <w:r w:rsidRPr="007D4373">
              <w:rPr>
                <w:rFonts w:ascii="Times New Roman" w:hAnsi="Times New Roman" w:cs="Times New Roman"/>
                <w:sz w:val="16"/>
              </w:rPr>
              <w:t xml:space="preserve">Bahar 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6"/>
              </w:rPr>
              <w:t xml:space="preserve"> Akademik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Yıl</w:t>
            </w:r>
            <w:proofErr w:type="spellEnd"/>
          </w:p>
        </w:tc>
      </w:tr>
      <w:tr w:rsidR="00B172B4" w:rsidRPr="007D4373" w14:paraId="49DD606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69"/>
        </w:trPr>
        <w:tc>
          <w:tcPr>
            <w:tcW w:w="2381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B5565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Yıl</w:t>
            </w:r>
            <w:proofErr w:type="spellEnd"/>
          </w:p>
        </w:tc>
        <w:tc>
          <w:tcPr>
            <w:tcW w:w="12529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F4C4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20…–20…</w:t>
            </w:r>
          </w:p>
        </w:tc>
      </w:tr>
      <w:tr w:rsidR="00B172B4" w:rsidRPr="007D4373" w14:paraId="2B29D68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69"/>
        </w:trPr>
        <w:tc>
          <w:tcPr>
            <w:tcW w:w="2381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86D3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Veri Kesim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Tarihi</w:t>
            </w:r>
            <w:proofErr w:type="spellEnd"/>
          </w:p>
        </w:tc>
        <w:tc>
          <w:tcPr>
            <w:tcW w:w="12529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2C55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… / … / 20…</w:t>
            </w:r>
          </w:p>
        </w:tc>
      </w:tr>
      <w:tr w:rsidR="00B172B4" w:rsidRPr="007D4373" w14:paraId="06AECBD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tblHeader/>
        </w:trPr>
        <w:tc>
          <w:tcPr>
            <w:tcW w:w="680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7C1C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Kod</w:t>
            </w:r>
            <w:proofErr w:type="spellEnd"/>
          </w:p>
        </w:tc>
        <w:tc>
          <w:tcPr>
            <w:tcW w:w="5726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72974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Hesaplama</w:t>
            </w:r>
            <w:proofErr w:type="spellEnd"/>
          </w:p>
        </w:tc>
        <w:tc>
          <w:tcPr>
            <w:tcW w:w="113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1AB6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Hedef</w:t>
            </w:r>
            <w:proofErr w:type="spellEnd"/>
          </w:p>
        </w:tc>
        <w:tc>
          <w:tcPr>
            <w:tcW w:w="130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93B8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Gerçekleşen</w:t>
            </w:r>
            <w:proofErr w:type="spellEnd"/>
          </w:p>
        </w:tc>
        <w:tc>
          <w:tcPr>
            <w:tcW w:w="136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D6AD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Dönem</w:t>
            </w:r>
            <w:proofErr w:type="spellEnd"/>
          </w:p>
        </w:tc>
        <w:tc>
          <w:tcPr>
            <w:tcW w:w="4706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6931F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/ Karar</w:t>
            </w:r>
          </w:p>
        </w:tc>
      </w:tr>
      <w:tr w:rsidR="00B172B4" w:rsidRPr="007D4373" w14:paraId="2DB7FA9C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CEBB4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G1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3EAF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faaliyetlerin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gerçekleşme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Gerçekleştirilen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planlı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89BA8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6B59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18A8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9BE54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BFC6EB8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160B6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G2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BFB13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5"/>
              </w:rPr>
              <w:t xml:space="preserve">Toplam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gerçekleştirilen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dönemde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yılda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doğrulanan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toplam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FDE25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21F1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D09C1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1D2B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09C965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07F4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G3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90B3D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En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kayıtlı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503D8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548E7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EAA78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9AB4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4CAC59B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04F6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G4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32634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başına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ortalama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Toplam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doğrulanmış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kaydı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kayıtlı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689B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AEC90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3530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44D6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A511906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BACF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G5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6670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Aktif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rol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alma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R3–R9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rollerinden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birini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üstlenen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DB4A5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FBA6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5FEB1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AEF7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0EA60B2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82"/>
        </w:trPr>
        <w:tc>
          <w:tcPr>
            <w:tcW w:w="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9B38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G6</w:t>
            </w:r>
          </w:p>
        </w:tc>
        <w:tc>
          <w:tcPr>
            <w:tcW w:w="5725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A90C4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çeşitliliği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En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gerçekleştiği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kategori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8 × 100</w:t>
            </w: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4999A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9421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882CD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D037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8C4131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EK-5. PERFORMANS GÖSTERGELERİ İZLEME TABLOSU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291"/>
        <w:gridCol w:w="1435"/>
        <w:gridCol w:w="1134"/>
        <w:gridCol w:w="1304"/>
        <w:gridCol w:w="1097"/>
        <w:gridCol w:w="264"/>
        <w:gridCol w:w="4706"/>
      </w:tblGrid>
      <w:tr w:rsidR="00B172B4" w:rsidRPr="007D4373" w14:paraId="28824E2C" w14:textId="77777777" w:rsidTr="00444BE3">
        <w:trPr>
          <w:tblHeader/>
        </w:trPr>
        <w:tc>
          <w:tcPr>
            <w:tcW w:w="679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ADB4F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Kod</w:t>
            </w:r>
            <w:proofErr w:type="spellEnd"/>
          </w:p>
        </w:tc>
        <w:tc>
          <w:tcPr>
            <w:tcW w:w="5726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3531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Hesaplama</w:t>
            </w:r>
            <w:proofErr w:type="spellEnd"/>
          </w:p>
        </w:tc>
        <w:tc>
          <w:tcPr>
            <w:tcW w:w="113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96CB5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Hedef</w:t>
            </w:r>
            <w:proofErr w:type="spellEnd"/>
          </w:p>
        </w:tc>
        <w:tc>
          <w:tcPr>
            <w:tcW w:w="130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4389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Gerçekleşen</w:t>
            </w:r>
            <w:proofErr w:type="spellEnd"/>
          </w:p>
        </w:tc>
        <w:tc>
          <w:tcPr>
            <w:tcW w:w="1361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C3DE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Dönem</w:t>
            </w:r>
            <w:proofErr w:type="spellEnd"/>
          </w:p>
        </w:tc>
        <w:tc>
          <w:tcPr>
            <w:tcW w:w="4706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E02F4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5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5"/>
              </w:rPr>
              <w:t xml:space="preserve"> / Karar</w:t>
            </w:r>
          </w:p>
        </w:tc>
      </w:tr>
      <w:tr w:rsidR="00B172B4" w:rsidRPr="007D4373" w14:paraId="2A6A5A33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FDBB3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G7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4D10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Toplumsal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katkı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F6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kategorisine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kayıtlı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4BAE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1358A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D00F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5B161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9CE7102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13301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G8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7D85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Uluslararasılaşma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F7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kategorisine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kayıtlı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A3451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9F5CB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41FD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36224B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2B5914B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D24AC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G9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8C2B4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Sınıflar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arası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farkı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En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yüksek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−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en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(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yüzde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puan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değer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olumludur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>)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6450D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7DA44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48B7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7333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A483EDD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38D7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G10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A6CFF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Doğrulanmış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kanıt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Doğrulanan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kaydı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Komisyona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sunulan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kaydı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844CD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4F88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E0E0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E1AD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725E329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A063D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G11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2270B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5"/>
              </w:rPr>
              <w:t xml:space="preserve">Geri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bildirim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Geçerli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anket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/form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doğrulanmış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katılımcı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4A046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96BB0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2DC4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A7C7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D8575BE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884E0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G12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6038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5"/>
              </w:rPr>
              <w:t xml:space="preserve">Genel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memnuniyet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ortalaması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  <w:t xml:space="preserve">EK-10’daki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sekiz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maddenin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1–5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puan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aralığındaki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toplam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ortalaması</w:t>
            </w:r>
            <w:proofErr w:type="spellEnd"/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18F6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C85CC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9D2F9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387FA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ACA69ED" w14:textId="77777777" w:rsidTr="00444BE3">
        <w:trPr>
          <w:cantSplit/>
          <w:trHeight w:val="539"/>
        </w:trPr>
        <w:tc>
          <w:tcPr>
            <w:tcW w:w="6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02D89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5"/>
              </w:rPr>
              <w:t>G13</w:t>
            </w:r>
          </w:p>
        </w:tc>
        <w:tc>
          <w:tcPr>
            <w:tcW w:w="572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BAED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İyileştirme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kararlarının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zamanında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tamamlanma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oranı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br/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Süresi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içinde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tamamlanan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iyileştirme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kararı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süresi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dolan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karar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5"/>
              </w:rPr>
              <w:t>sayısı</w:t>
            </w:r>
            <w:proofErr w:type="spellEnd"/>
            <w:r w:rsidRPr="007D4373">
              <w:rPr>
                <w:rFonts w:ascii="Times New Roman" w:hAnsi="Times New Roman" w:cs="Times New Roman"/>
                <w:sz w:val="15"/>
              </w:rPr>
              <w:t xml:space="preserve"> × 100</w:t>
            </w:r>
          </w:p>
        </w:tc>
        <w:tc>
          <w:tcPr>
            <w:tcW w:w="1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E1D9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B1A39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C9B4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3D2BE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86B98C2" w14:textId="77777777">
        <w:trPr>
          <w:cantSplit/>
        </w:trPr>
        <w:tc>
          <w:tcPr>
            <w:tcW w:w="4970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5AC7D5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Hazırlayan</w:t>
            </w:r>
            <w:proofErr w:type="spellEnd"/>
          </w:p>
        </w:tc>
        <w:tc>
          <w:tcPr>
            <w:tcW w:w="4970" w:type="dxa"/>
            <w:gridSpan w:val="4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0FE76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4970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EC4AB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Görüşülen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Toplantı/Karar No</w:t>
            </w:r>
          </w:p>
        </w:tc>
      </w:tr>
      <w:tr w:rsidR="00B172B4" w:rsidRPr="007D4373" w14:paraId="692D391B" w14:textId="77777777">
        <w:trPr>
          <w:cantSplit/>
          <w:trHeight w:val="454"/>
        </w:trPr>
        <w:tc>
          <w:tcPr>
            <w:tcW w:w="497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00CA3" w14:textId="277CA50E" w:rsidR="00444BE3" w:rsidRPr="00444BE3" w:rsidRDefault="00A83931" w:rsidP="00444BE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81B1F7" w14:textId="2C3DBBFF" w:rsidR="00973B00" w:rsidRPr="008479B1" w:rsidRDefault="00A83931" w:rsidP="008479B1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95280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06F4B33A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6838" w:h="11906" w:orient="landscape"/>
          <w:pgMar w:top="794" w:right="964" w:bottom="1247" w:left="964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DC34" w14:textId="77777777" w:rsidR="002A59A4" w:rsidRDefault="002A59A4">
      <w:pPr>
        <w:spacing w:after="0" w:line="240" w:lineRule="auto"/>
      </w:pPr>
      <w:r>
        <w:separator/>
      </w:r>
    </w:p>
  </w:endnote>
  <w:endnote w:type="continuationSeparator" w:id="0">
    <w:p w14:paraId="13B4279C" w14:textId="77777777" w:rsidR="002A59A4" w:rsidRDefault="002A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0F60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4154D306" w14:textId="77777777">
      <w:tc>
        <w:tcPr>
          <w:tcW w:w="5069" w:type="dxa"/>
        </w:tcPr>
        <w:p w14:paraId="4B8B7DA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4160A78B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3408669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47DCF3EF" w14:textId="77777777">
      <w:tc>
        <w:tcPr>
          <w:tcW w:w="5069" w:type="dxa"/>
        </w:tcPr>
        <w:p w14:paraId="6E30660B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51C79E2B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720BC04B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286E6E1" w14:textId="65709CD6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9987" w14:textId="77777777" w:rsidR="002A59A4" w:rsidRDefault="002A59A4">
      <w:pPr>
        <w:spacing w:after="0" w:line="240" w:lineRule="auto"/>
      </w:pPr>
      <w:r>
        <w:separator/>
      </w:r>
    </w:p>
  </w:footnote>
  <w:footnote w:type="continuationSeparator" w:id="0">
    <w:p w14:paraId="398C954B" w14:textId="77777777" w:rsidR="002A59A4" w:rsidRDefault="002A5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59A4"/>
    <w:rsid w:val="002A7444"/>
    <w:rsid w:val="00326F90"/>
    <w:rsid w:val="003E40FB"/>
    <w:rsid w:val="00444BE3"/>
    <w:rsid w:val="0046073E"/>
    <w:rsid w:val="0047271A"/>
    <w:rsid w:val="005636AA"/>
    <w:rsid w:val="00587478"/>
    <w:rsid w:val="00596BD2"/>
    <w:rsid w:val="0060607D"/>
    <w:rsid w:val="00617421"/>
    <w:rsid w:val="006B464A"/>
    <w:rsid w:val="006C1499"/>
    <w:rsid w:val="00711208"/>
    <w:rsid w:val="007D238F"/>
    <w:rsid w:val="007D4373"/>
    <w:rsid w:val="007F0A82"/>
    <w:rsid w:val="008479B1"/>
    <w:rsid w:val="008A198D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A7604"/>
    <w:rsid w:val="00CB0664"/>
    <w:rsid w:val="00CC6071"/>
    <w:rsid w:val="00D64743"/>
    <w:rsid w:val="00D75F84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2367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6</cp:revision>
  <dcterms:created xsi:type="dcterms:W3CDTF">2026-09-02T07:51:00Z</dcterms:created>
  <dcterms:modified xsi:type="dcterms:W3CDTF">2026-09-02T08:06:00Z</dcterms:modified>
</cp:coreProperties>
</file>