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1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706"/>
        <w:gridCol w:w="4705"/>
      </w:tblGrid>
      <w:tr w:rsidR="00B172B4" w:rsidRPr="007D4373" w14:paraId="23BB786D" w14:textId="77777777" w:rsidTr="00513139">
        <w:tc>
          <w:tcPr>
            <w:tcW w:w="4706" w:type="dxa"/>
          </w:tcPr>
          <w:p w14:paraId="453A5ABC" w14:textId="77777777" w:rsidR="00B172B4" w:rsidRPr="007D4373" w:rsidRDefault="00A8393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noProof/>
                <w:lang w:val="tr-TR" w:eastAsia="tr-TR"/>
              </w:rPr>
              <w:drawing>
                <wp:inline distT="0" distB="0" distL="0" distR="0" wp14:anchorId="721F2980" wp14:editId="308814FA">
                  <wp:extent cx="1980000" cy="672723"/>
                  <wp:effectExtent l="0" t="0" r="0" b="0"/>
                  <wp:docPr id="17" name="Picture 17" descr="Burdur Mehmet Akif Ersoy Üniversitesi logosu" title="Burdur Mehmet Akif Ersoy Üniversitesi logos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0000" cy="6727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5" w:type="dxa"/>
          </w:tcPr>
          <w:p w14:paraId="6AB7AED8" w14:textId="77777777" w:rsidR="00B172B4" w:rsidRPr="007D4373" w:rsidRDefault="00A8393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noProof/>
                <w:lang w:val="tr-TR" w:eastAsia="tr-TR"/>
              </w:rPr>
              <w:drawing>
                <wp:inline distT="0" distB="0" distL="0" distR="0" wp14:anchorId="6F998FDD" wp14:editId="7130F157">
                  <wp:extent cx="1980000" cy="495000"/>
                  <wp:effectExtent l="0" t="0" r="0" b="0"/>
                  <wp:docPr id="18" name="Picture 18" descr="MAKÜ Sağlık Bilimleri Fakültesi logosu" title="MAKÜ Sağlık Bilimleri Fakültesi logos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0000" cy="49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A07ACE9" w14:textId="77777777" w:rsidR="00B172B4" w:rsidRPr="007D4373" w:rsidRDefault="00A83931">
      <w:pPr>
        <w:pStyle w:val="FormInstitution"/>
        <w:rPr>
          <w:rFonts w:ascii="Times New Roman" w:hAnsi="Times New Roman" w:cs="Times New Roman"/>
          <w:color w:val="auto"/>
        </w:rPr>
      </w:pPr>
      <w:r w:rsidRPr="007D4373">
        <w:rPr>
          <w:rFonts w:ascii="Times New Roman" w:hAnsi="Times New Roman" w:cs="Times New Roman"/>
          <w:color w:val="auto"/>
        </w:rPr>
        <w:t>BURDUR MEHMET AKİF ERSOY ÜNİVERSİTESİ SAĞLIK BİLİMLERİ FAKÜLTESİ</w:t>
      </w:r>
      <w:r w:rsidRPr="007D4373">
        <w:rPr>
          <w:rFonts w:ascii="Times New Roman" w:hAnsi="Times New Roman" w:cs="Times New Roman"/>
          <w:color w:val="auto"/>
        </w:rPr>
        <w:br/>
        <w:t>HEMŞİRELİK BÖLÜMÜ</w:t>
      </w:r>
    </w:p>
    <w:p w14:paraId="43815324" w14:textId="77777777" w:rsidR="00B172B4" w:rsidRDefault="00A83931">
      <w:pPr>
        <w:pStyle w:val="Balk1"/>
        <w:spacing w:before="60" w:after="40"/>
        <w:jc w:val="center"/>
        <w:rPr>
          <w:rFonts w:ascii="Times New Roman" w:hAnsi="Times New Roman" w:cs="Times New Roman"/>
          <w:color w:val="auto"/>
          <w:sz w:val="26"/>
        </w:rPr>
      </w:pPr>
      <w:r w:rsidRPr="007D4373">
        <w:rPr>
          <w:rFonts w:ascii="Times New Roman" w:hAnsi="Times New Roman" w:cs="Times New Roman"/>
          <w:color w:val="auto"/>
          <w:sz w:val="26"/>
        </w:rPr>
        <w:t>EK-8. FAALİYET ÖNERİ FORMU</w:t>
      </w:r>
    </w:p>
    <w:p w14:paraId="119B997A" w14:textId="6567C98D" w:rsidR="003E40FB" w:rsidRPr="003E40FB" w:rsidRDefault="003E40FB" w:rsidP="003E40FB">
      <w:pPr>
        <w:pStyle w:val="SmallText"/>
        <w:jc w:val="center"/>
        <w:rPr>
          <w:rFonts w:ascii="Times New Roman" w:hAnsi="Times New Roman" w:cs="Times New Roman"/>
        </w:rPr>
      </w:pPr>
      <w:r w:rsidRPr="00FA0F00">
        <w:rPr>
          <w:rFonts w:ascii="Times New Roman" w:hAnsi="Times New Roman" w:cs="Times New Roman"/>
        </w:rPr>
        <w:t>Form No: EK-</w:t>
      </w:r>
      <w:r>
        <w:rPr>
          <w:rFonts w:ascii="Times New Roman" w:hAnsi="Times New Roman" w:cs="Times New Roman"/>
        </w:rPr>
        <w:t xml:space="preserve">8 </w:t>
      </w:r>
      <w:r w:rsidRPr="00FA0F00">
        <w:rPr>
          <w:rFonts w:ascii="Times New Roman" w:hAnsi="Times New Roman" w:cs="Times New Roman"/>
        </w:rPr>
        <w:t>(</w:t>
      </w:r>
      <w:proofErr w:type="spellStart"/>
      <w:r w:rsidRPr="00FA0F00">
        <w:rPr>
          <w:rFonts w:ascii="Times New Roman" w:hAnsi="Times New Roman" w:cs="Times New Roman"/>
        </w:rPr>
        <w:t>Taslak</w:t>
      </w:r>
      <w:proofErr w:type="spellEnd"/>
      <w:r w:rsidRPr="00FA0F00">
        <w:rPr>
          <w:rFonts w:ascii="Times New Roman" w:hAnsi="Times New Roman" w:cs="Times New Roman"/>
        </w:rPr>
        <w:t>)</w:t>
      </w:r>
    </w:p>
    <w:p w14:paraId="535F6684" w14:textId="0D7C7936" w:rsidR="00B172B4" w:rsidRPr="007D4373" w:rsidRDefault="00B172B4">
      <w:pPr>
        <w:pStyle w:val="SmallText"/>
        <w:jc w:val="center"/>
        <w:rPr>
          <w:rFonts w:ascii="Times New Roman" w:hAnsi="Times New Roman" w:cs="Times New Roman"/>
          <w:color w:val="auto"/>
        </w:rPr>
      </w:pPr>
    </w:p>
    <w:tbl>
      <w:tblPr>
        <w:tblW w:w="9411" w:type="dxa"/>
        <w:tblBorders>
          <w:top w:val="single" w:sz="6" w:space="0" w:color="B8C6D9"/>
          <w:left w:val="single" w:sz="6" w:space="0" w:color="B8C6D9"/>
          <w:bottom w:val="single" w:sz="6" w:space="0" w:color="B8C6D9"/>
          <w:right w:val="single" w:sz="6" w:space="0" w:color="B8C6D9"/>
          <w:insideH w:val="single" w:sz="6" w:space="0" w:color="B8C6D9"/>
          <w:insideV w:val="single" w:sz="6" w:space="0" w:color="B8C6D9"/>
        </w:tblBorders>
        <w:tblLayout w:type="fixed"/>
        <w:tblLook w:val="04A0" w:firstRow="1" w:lastRow="0" w:firstColumn="1" w:lastColumn="0" w:noHBand="0" w:noVBand="1"/>
      </w:tblPr>
      <w:tblGrid>
        <w:gridCol w:w="2834"/>
        <w:gridCol w:w="6577"/>
      </w:tblGrid>
      <w:tr w:rsidR="00B172B4" w:rsidRPr="007D4373" w14:paraId="4D826083" w14:textId="77777777">
        <w:tc>
          <w:tcPr>
            <w:tcW w:w="9411" w:type="dxa"/>
            <w:gridSpan w:val="2"/>
            <w:shd w:val="clear" w:color="auto" w:fill="E8EE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DECB903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7"/>
              </w:rPr>
              <w:t xml:space="preserve">KULLANIM AÇIKLAMASI: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Öğrenci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,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öğretim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elemanı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,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akademik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danışman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,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öğrenci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temsilcisi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,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öğrenci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topluluğu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,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komisyon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veya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dış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paydaş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bu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formu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doldurarak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Komisyona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iletebilir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.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Komisyon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öneriyi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bölüm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hedefleri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,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öğrenci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yararı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,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kaynak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,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zamanlama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,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erişilebilirlik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ve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sürdürülebilirlik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yönünden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değerlendirir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>.</w:t>
            </w:r>
          </w:p>
        </w:tc>
      </w:tr>
      <w:tr w:rsidR="00B172B4" w:rsidRPr="007D4373" w14:paraId="4F71FAD0" w14:textId="77777777">
        <w:tblPrEx>
          <w:tblBorders>
            <w:top w:val="single" w:sz="8" w:space="0" w:color="D3D9E2"/>
            <w:left w:val="single" w:sz="8" w:space="0" w:color="D3D9E2"/>
            <w:bottom w:val="single" w:sz="8" w:space="0" w:color="D3D9E2"/>
            <w:right w:val="single" w:sz="8" w:space="0" w:color="D3D9E2"/>
            <w:insideH w:val="single" w:sz="6" w:space="0" w:color="D3D9E2"/>
            <w:insideV w:val="single" w:sz="6" w:space="0" w:color="D3D9E2"/>
          </w:tblBorders>
        </w:tblPrEx>
        <w:trPr>
          <w:cantSplit/>
          <w:trHeight w:val="425"/>
        </w:trPr>
        <w:tc>
          <w:tcPr>
            <w:tcW w:w="2834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DBD52D1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Faaliyet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adı</w:t>
            </w:r>
            <w:proofErr w:type="spellEnd"/>
          </w:p>
        </w:tc>
        <w:tc>
          <w:tcPr>
            <w:tcW w:w="657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31ECB82" w14:textId="77777777" w:rsidR="00B172B4" w:rsidRPr="007D4373" w:rsidRDefault="00B172B4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B172B4" w:rsidRPr="007D4373" w14:paraId="0514CBE7" w14:textId="77777777">
        <w:tblPrEx>
          <w:tblBorders>
            <w:top w:val="single" w:sz="8" w:space="0" w:color="D3D9E2"/>
            <w:left w:val="single" w:sz="8" w:space="0" w:color="D3D9E2"/>
            <w:bottom w:val="single" w:sz="8" w:space="0" w:color="D3D9E2"/>
            <w:right w:val="single" w:sz="8" w:space="0" w:color="D3D9E2"/>
            <w:insideH w:val="single" w:sz="6" w:space="0" w:color="D3D9E2"/>
            <w:insideV w:val="single" w:sz="6" w:space="0" w:color="D3D9E2"/>
          </w:tblBorders>
        </w:tblPrEx>
        <w:trPr>
          <w:cantSplit/>
          <w:trHeight w:val="425"/>
        </w:trPr>
        <w:tc>
          <w:tcPr>
            <w:tcW w:w="2834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2AFED6E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Faaliyet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kategorisi</w:t>
            </w:r>
            <w:proofErr w:type="spellEnd"/>
          </w:p>
        </w:tc>
        <w:tc>
          <w:tcPr>
            <w:tcW w:w="657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2348D13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  <w:r w:rsidRPr="007D4373">
              <w:rPr>
                <w:rFonts w:ascii="Times New Roman" w:hAnsi="Times New Roman" w:cs="Times New Roman"/>
                <w:sz w:val="16"/>
              </w:rPr>
              <w:t xml:space="preserve"> F1 </w:t>
            </w: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  <w:r w:rsidRPr="007D4373">
              <w:rPr>
                <w:rFonts w:ascii="Times New Roman" w:hAnsi="Times New Roman" w:cs="Times New Roman"/>
                <w:sz w:val="16"/>
              </w:rPr>
              <w:t xml:space="preserve"> F2 </w:t>
            </w: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  <w:r w:rsidRPr="007D4373">
              <w:rPr>
                <w:rFonts w:ascii="Times New Roman" w:hAnsi="Times New Roman" w:cs="Times New Roman"/>
                <w:sz w:val="16"/>
              </w:rPr>
              <w:t xml:space="preserve"> F3 </w:t>
            </w: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  <w:r w:rsidRPr="007D4373">
              <w:rPr>
                <w:rFonts w:ascii="Times New Roman" w:hAnsi="Times New Roman" w:cs="Times New Roman"/>
                <w:sz w:val="16"/>
              </w:rPr>
              <w:t xml:space="preserve"> F4 </w:t>
            </w: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  <w:r w:rsidRPr="007D4373">
              <w:rPr>
                <w:rFonts w:ascii="Times New Roman" w:hAnsi="Times New Roman" w:cs="Times New Roman"/>
                <w:sz w:val="16"/>
              </w:rPr>
              <w:t xml:space="preserve"> F5 </w:t>
            </w: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  <w:r w:rsidRPr="007D4373">
              <w:rPr>
                <w:rFonts w:ascii="Times New Roman" w:hAnsi="Times New Roman" w:cs="Times New Roman"/>
                <w:sz w:val="16"/>
              </w:rPr>
              <w:t xml:space="preserve"> F6 </w:t>
            </w: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  <w:r w:rsidRPr="007D4373">
              <w:rPr>
                <w:rFonts w:ascii="Times New Roman" w:hAnsi="Times New Roman" w:cs="Times New Roman"/>
                <w:sz w:val="16"/>
              </w:rPr>
              <w:t xml:space="preserve"> F7 </w:t>
            </w: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  <w:r w:rsidRPr="007D4373">
              <w:rPr>
                <w:rFonts w:ascii="Times New Roman" w:hAnsi="Times New Roman" w:cs="Times New Roman"/>
                <w:sz w:val="16"/>
              </w:rPr>
              <w:t xml:space="preserve"> F8</w:t>
            </w:r>
          </w:p>
        </w:tc>
      </w:tr>
      <w:tr w:rsidR="00B172B4" w:rsidRPr="007D4373" w14:paraId="03AB2024" w14:textId="77777777">
        <w:tblPrEx>
          <w:tblBorders>
            <w:top w:val="single" w:sz="8" w:space="0" w:color="D3D9E2"/>
            <w:left w:val="single" w:sz="8" w:space="0" w:color="D3D9E2"/>
            <w:bottom w:val="single" w:sz="8" w:space="0" w:color="D3D9E2"/>
            <w:right w:val="single" w:sz="8" w:space="0" w:color="D3D9E2"/>
            <w:insideH w:val="single" w:sz="6" w:space="0" w:color="D3D9E2"/>
            <w:insideV w:val="single" w:sz="6" w:space="0" w:color="D3D9E2"/>
          </w:tblBorders>
        </w:tblPrEx>
        <w:trPr>
          <w:cantSplit/>
          <w:trHeight w:val="425"/>
        </w:trPr>
        <w:tc>
          <w:tcPr>
            <w:tcW w:w="2834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9DF00AA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Öneriyi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sunan</w:t>
            </w:r>
            <w:proofErr w:type="spellEnd"/>
          </w:p>
        </w:tc>
        <w:tc>
          <w:tcPr>
            <w:tcW w:w="657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B291F85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Öğrenci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  <w:r w:rsidRPr="007D4373">
              <w:rPr>
                <w:rFonts w:ascii="Times New Roman" w:hAnsi="Times New Roman" w:cs="Times New Roman"/>
                <w:sz w:val="16"/>
              </w:rPr>
              <w:t xml:space="preserve"> Akademik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danışman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Öğretim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elemanı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Öğrenci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temsilcisi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Komisyon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Dış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paydaş</w:t>
            </w:r>
            <w:proofErr w:type="spellEnd"/>
          </w:p>
        </w:tc>
      </w:tr>
      <w:tr w:rsidR="00B172B4" w:rsidRPr="007D4373" w14:paraId="36AB6C28" w14:textId="77777777">
        <w:tblPrEx>
          <w:tblBorders>
            <w:top w:val="single" w:sz="8" w:space="0" w:color="D3D9E2"/>
            <w:left w:val="single" w:sz="8" w:space="0" w:color="D3D9E2"/>
            <w:bottom w:val="single" w:sz="8" w:space="0" w:color="D3D9E2"/>
            <w:right w:val="single" w:sz="8" w:space="0" w:color="D3D9E2"/>
            <w:insideH w:val="single" w:sz="6" w:space="0" w:color="D3D9E2"/>
            <w:insideV w:val="single" w:sz="6" w:space="0" w:color="D3D9E2"/>
          </w:tblBorders>
        </w:tblPrEx>
        <w:trPr>
          <w:cantSplit/>
          <w:trHeight w:val="425"/>
        </w:trPr>
        <w:tc>
          <w:tcPr>
            <w:tcW w:w="2834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6FCAAFE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Adı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soyadı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 /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birimi</w:t>
            </w:r>
            <w:proofErr w:type="spellEnd"/>
          </w:p>
        </w:tc>
        <w:tc>
          <w:tcPr>
            <w:tcW w:w="657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638A8AB" w14:textId="77777777" w:rsidR="00B172B4" w:rsidRPr="007D4373" w:rsidRDefault="00B172B4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B172B4" w:rsidRPr="007D4373" w14:paraId="4B11CA66" w14:textId="77777777">
        <w:tblPrEx>
          <w:tblBorders>
            <w:top w:val="single" w:sz="8" w:space="0" w:color="D3D9E2"/>
            <w:left w:val="single" w:sz="8" w:space="0" w:color="D3D9E2"/>
            <w:bottom w:val="single" w:sz="8" w:space="0" w:color="D3D9E2"/>
            <w:right w:val="single" w:sz="8" w:space="0" w:color="D3D9E2"/>
            <w:insideH w:val="single" w:sz="6" w:space="0" w:color="D3D9E2"/>
            <w:insideV w:val="single" w:sz="6" w:space="0" w:color="D3D9E2"/>
          </w:tblBorders>
        </w:tblPrEx>
        <w:trPr>
          <w:cantSplit/>
          <w:trHeight w:val="425"/>
        </w:trPr>
        <w:tc>
          <w:tcPr>
            <w:tcW w:w="2834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96111AC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6"/>
              </w:rPr>
              <w:t>Tarih</w:t>
            </w:r>
          </w:p>
        </w:tc>
        <w:tc>
          <w:tcPr>
            <w:tcW w:w="657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BEFD6D7" w14:textId="77777777" w:rsidR="00B172B4" w:rsidRPr="007D4373" w:rsidRDefault="00B172B4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B172B4" w:rsidRPr="007D4373" w14:paraId="00622C54" w14:textId="77777777">
        <w:tblPrEx>
          <w:tblBorders>
            <w:top w:val="single" w:sz="8" w:space="0" w:color="D3D9E2"/>
            <w:left w:val="single" w:sz="8" w:space="0" w:color="D3D9E2"/>
            <w:bottom w:val="single" w:sz="8" w:space="0" w:color="D3D9E2"/>
            <w:right w:val="single" w:sz="8" w:space="0" w:color="D3D9E2"/>
            <w:insideH w:val="single" w:sz="6" w:space="0" w:color="D3D9E2"/>
            <w:insideV w:val="single" w:sz="6" w:space="0" w:color="D3D9E2"/>
          </w:tblBorders>
        </w:tblPrEx>
        <w:trPr>
          <w:cantSplit/>
          <w:trHeight w:val="709"/>
        </w:trPr>
        <w:tc>
          <w:tcPr>
            <w:tcW w:w="2834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48E9229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Faaliyetin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amacı</w:t>
            </w:r>
            <w:proofErr w:type="spellEnd"/>
          </w:p>
        </w:tc>
        <w:tc>
          <w:tcPr>
            <w:tcW w:w="657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C89DFF8" w14:textId="77777777" w:rsidR="00B172B4" w:rsidRPr="007D4373" w:rsidRDefault="00B172B4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B172B4" w:rsidRPr="007D4373" w14:paraId="22CC4D9E" w14:textId="77777777">
        <w:tblPrEx>
          <w:tblBorders>
            <w:top w:val="single" w:sz="8" w:space="0" w:color="D3D9E2"/>
            <w:left w:val="single" w:sz="8" w:space="0" w:color="D3D9E2"/>
            <w:bottom w:val="single" w:sz="8" w:space="0" w:color="D3D9E2"/>
            <w:right w:val="single" w:sz="8" w:space="0" w:color="D3D9E2"/>
            <w:insideH w:val="single" w:sz="6" w:space="0" w:color="D3D9E2"/>
            <w:insideV w:val="single" w:sz="6" w:space="0" w:color="D3D9E2"/>
          </w:tblBorders>
        </w:tblPrEx>
        <w:trPr>
          <w:cantSplit/>
          <w:trHeight w:val="709"/>
        </w:trPr>
        <w:tc>
          <w:tcPr>
            <w:tcW w:w="2834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14B301D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Faaliyetin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kısa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açıklaması</w:t>
            </w:r>
            <w:proofErr w:type="spellEnd"/>
          </w:p>
        </w:tc>
        <w:tc>
          <w:tcPr>
            <w:tcW w:w="657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C8198B6" w14:textId="77777777" w:rsidR="00B172B4" w:rsidRPr="007D4373" w:rsidRDefault="00B172B4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B172B4" w:rsidRPr="007D4373" w14:paraId="5CAE1F67" w14:textId="77777777">
        <w:tblPrEx>
          <w:tblBorders>
            <w:top w:val="single" w:sz="8" w:space="0" w:color="D3D9E2"/>
            <w:left w:val="single" w:sz="8" w:space="0" w:color="D3D9E2"/>
            <w:bottom w:val="single" w:sz="8" w:space="0" w:color="D3D9E2"/>
            <w:right w:val="single" w:sz="8" w:space="0" w:color="D3D9E2"/>
            <w:insideH w:val="single" w:sz="6" w:space="0" w:color="D3D9E2"/>
            <w:insideV w:val="single" w:sz="6" w:space="0" w:color="D3D9E2"/>
          </w:tblBorders>
        </w:tblPrEx>
        <w:trPr>
          <w:cantSplit/>
          <w:trHeight w:val="425"/>
        </w:trPr>
        <w:tc>
          <w:tcPr>
            <w:tcW w:w="2834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2CA7587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Beklenen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katılımcı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sayısı</w:t>
            </w:r>
            <w:proofErr w:type="spellEnd"/>
          </w:p>
        </w:tc>
        <w:tc>
          <w:tcPr>
            <w:tcW w:w="657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C0B6852" w14:textId="77777777" w:rsidR="00B172B4" w:rsidRPr="007D4373" w:rsidRDefault="00B172B4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B172B4" w:rsidRPr="007D4373" w14:paraId="0AE4EDA4" w14:textId="77777777">
        <w:tblPrEx>
          <w:tblBorders>
            <w:top w:val="single" w:sz="8" w:space="0" w:color="D3D9E2"/>
            <w:left w:val="single" w:sz="8" w:space="0" w:color="D3D9E2"/>
            <w:bottom w:val="single" w:sz="8" w:space="0" w:color="D3D9E2"/>
            <w:right w:val="single" w:sz="8" w:space="0" w:color="D3D9E2"/>
            <w:insideH w:val="single" w:sz="6" w:space="0" w:color="D3D9E2"/>
            <w:insideV w:val="single" w:sz="6" w:space="0" w:color="D3D9E2"/>
          </w:tblBorders>
        </w:tblPrEx>
        <w:trPr>
          <w:cantSplit/>
          <w:trHeight w:val="425"/>
        </w:trPr>
        <w:tc>
          <w:tcPr>
            <w:tcW w:w="2834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EF797F3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Hedef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kitle</w:t>
            </w:r>
            <w:proofErr w:type="spellEnd"/>
          </w:p>
        </w:tc>
        <w:tc>
          <w:tcPr>
            <w:tcW w:w="657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B8CFD7A" w14:textId="77777777" w:rsidR="00B172B4" w:rsidRPr="007D4373" w:rsidRDefault="00B172B4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B172B4" w:rsidRPr="007D4373" w14:paraId="08B60B84" w14:textId="77777777">
        <w:tblPrEx>
          <w:tblBorders>
            <w:top w:val="single" w:sz="8" w:space="0" w:color="D3D9E2"/>
            <w:left w:val="single" w:sz="8" w:space="0" w:color="D3D9E2"/>
            <w:bottom w:val="single" w:sz="8" w:space="0" w:color="D3D9E2"/>
            <w:right w:val="single" w:sz="8" w:space="0" w:color="D3D9E2"/>
            <w:insideH w:val="single" w:sz="6" w:space="0" w:color="D3D9E2"/>
            <w:insideV w:val="single" w:sz="6" w:space="0" w:color="D3D9E2"/>
          </w:tblBorders>
        </w:tblPrEx>
        <w:trPr>
          <w:cantSplit/>
          <w:trHeight w:val="425"/>
        </w:trPr>
        <w:tc>
          <w:tcPr>
            <w:tcW w:w="2834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B7D6886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Planlanan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tarih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 /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yer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 /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yöntem</w:t>
            </w:r>
            <w:proofErr w:type="spellEnd"/>
          </w:p>
        </w:tc>
        <w:tc>
          <w:tcPr>
            <w:tcW w:w="657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51F9C24" w14:textId="77777777" w:rsidR="00B172B4" w:rsidRPr="007D4373" w:rsidRDefault="00B172B4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4AE472C9" w14:textId="77777777" w:rsidR="00B172B4" w:rsidRPr="007D4373" w:rsidRDefault="00A83931">
      <w:pPr>
        <w:keepNext/>
        <w:pageBreakBefore/>
        <w:jc w:val="center"/>
        <w:rPr>
          <w:rFonts w:ascii="Times New Roman" w:hAnsi="Times New Roman" w:cs="Times New Roman"/>
        </w:rPr>
      </w:pPr>
      <w:r w:rsidRPr="007D4373">
        <w:rPr>
          <w:rFonts w:ascii="Times New Roman" w:hAnsi="Times New Roman" w:cs="Times New Roman"/>
          <w:b/>
          <w:sz w:val="22"/>
        </w:rPr>
        <w:lastRenderedPageBreak/>
        <w:t>EK-8. FAALİYET ÖNERİ FORMU (</w:t>
      </w:r>
      <w:proofErr w:type="spellStart"/>
      <w:r w:rsidRPr="007D4373">
        <w:rPr>
          <w:rFonts w:ascii="Times New Roman" w:hAnsi="Times New Roman" w:cs="Times New Roman"/>
          <w:b/>
          <w:sz w:val="22"/>
        </w:rPr>
        <w:t>devam</w:t>
      </w:r>
      <w:proofErr w:type="spellEnd"/>
      <w:r w:rsidRPr="007D4373">
        <w:rPr>
          <w:rFonts w:ascii="Times New Roman" w:hAnsi="Times New Roman" w:cs="Times New Roman"/>
          <w:b/>
          <w:sz w:val="22"/>
        </w:rPr>
        <w:t>)</w:t>
      </w:r>
    </w:p>
    <w:tbl>
      <w:tblPr>
        <w:tblW w:w="9411" w:type="dxa"/>
        <w:tblBorders>
          <w:top w:val="single" w:sz="8" w:space="0" w:color="D3D9E2"/>
          <w:left w:val="single" w:sz="8" w:space="0" w:color="D3D9E2"/>
          <w:bottom w:val="single" w:sz="8" w:space="0" w:color="D3D9E2"/>
          <w:right w:val="single" w:sz="8" w:space="0" w:color="D3D9E2"/>
          <w:insideH w:val="single" w:sz="6" w:space="0" w:color="D3D9E2"/>
          <w:insideV w:val="single" w:sz="6" w:space="0" w:color="D3D9E2"/>
        </w:tblBorders>
        <w:tblLayout w:type="fixed"/>
        <w:tblLook w:val="04A0" w:firstRow="1" w:lastRow="0" w:firstColumn="1" w:lastColumn="0" w:noHBand="0" w:noVBand="1"/>
      </w:tblPr>
      <w:tblGrid>
        <w:gridCol w:w="2834"/>
        <w:gridCol w:w="6577"/>
      </w:tblGrid>
      <w:tr w:rsidR="00B172B4" w:rsidRPr="007D4373" w14:paraId="0C8B9B12" w14:textId="77777777">
        <w:trPr>
          <w:cantSplit/>
          <w:trHeight w:val="442"/>
        </w:trPr>
        <w:tc>
          <w:tcPr>
            <w:tcW w:w="2834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9146CD3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Beklenen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kazanımlar</w:t>
            </w:r>
            <w:proofErr w:type="spellEnd"/>
          </w:p>
        </w:tc>
        <w:tc>
          <w:tcPr>
            <w:tcW w:w="657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F9FB264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Mesleki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Bilimsel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Liderlik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İletişim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Araştırma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Toplumsal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katkı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Uluslararasılaşma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Diğer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>: …</w:t>
            </w:r>
          </w:p>
        </w:tc>
      </w:tr>
      <w:tr w:rsidR="00B172B4" w:rsidRPr="007D4373" w14:paraId="587DCD3B" w14:textId="77777777">
        <w:trPr>
          <w:cantSplit/>
          <w:trHeight w:val="709"/>
        </w:trPr>
        <w:tc>
          <w:tcPr>
            <w:tcW w:w="2834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2C8B4DD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Program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çıktılarıyla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ilişkisi</w:t>
            </w:r>
            <w:proofErr w:type="spellEnd"/>
          </w:p>
        </w:tc>
        <w:tc>
          <w:tcPr>
            <w:tcW w:w="657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8CF6C62" w14:textId="77777777" w:rsidR="00B172B4" w:rsidRPr="007D4373" w:rsidRDefault="00B172B4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B172B4" w:rsidRPr="007D4373" w14:paraId="3205F3F9" w14:textId="77777777">
        <w:trPr>
          <w:cantSplit/>
          <w:trHeight w:val="442"/>
        </w:trPr>
        <w:tc>
          <w:tcPr>
            <w:tcW w:w="2834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D374445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Gerekli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destekler</w:t>
            </w:r>
            <w:proofErr w:type="spellEnd"/>
          </w:p>
        </w:tc>
        <w:tc>
          <w:tcPr>
            <w:tcW w:w="657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C430439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  <w:r w:rsidRPr="007D4373">
              <w:rPr>
                <w:rFonts w:ascii="Times New Roman" w:hAnsi="Times New Roman" w:cs="Times New Roman"/>
                <w:sz w:val="16"/>
              </w:rPr>
              <w:t xml:space="preserve"> Salon </w:t>
            </w: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Ulaşım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Konaklama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Kayıt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ücreti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  <w:r w:rsidRPr="007D4373">
              <w:rPr>
                <w:rFonts w:ascii="Times New Roman" w:hAnsi="Times New Roman" w:cs="Times New Roman"/>
                <w:sz w:val="16"/>
              </w:rPr>
              <w:t xml:space="preserve"> Poster </w:t>
            </w: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  <w:r w:rsidRPr="007D4373">
              <w:rPr>
                <w:rFonts w:ascii="Times New Roman" w:hAnsi="Times New Roman" w:cs="Times New Roman"/>
                <w:sz w:val="16"/>
              </w:rPr>
              <w:t xml:space="preserve"> Teknik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donanım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Diğer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>: …</w:t>
            </w:r>
          </w:p>
        </w:tc>
      </w:tr>
      <w:tr w:rsidR="00B172B4" w:rsidRPr="007D4373" w14:paraId="123CEA71" w14:textId="77777777">
        <w:trPr>
          <w:cantSplit/>
          <w:trHeight w:val="442"/>
        </w:trPr>
        <w:tc>
          <w:tcPr>
            <w:tcW w:w="2834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96D5546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Tahmini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bütçe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 (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varsa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6"/>
              </w:rPr>
              <w:t>)</w:t>
            </w:r>
          </w:p>
        </w:tc>
        <w:tc>
          <w:tcPr>
            <w:tcW w:w="657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26D32A6" w14:textId="77777777" w:rsidR="00B172B4" w:rsidRPr="007D4373" w:rsidRDefault="00B172B4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B172B4" w:rsidRPr="007D4373" w14:paraId="1F23E95C" w14:textId="77777777">
        <w:trPr>
          <w:cantSplit/>
          <w:trHeight w:val="709"/>
        </w:trPr>
        <w:tc>
          <w:tcPr>
            <w:tcW w:w="2834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5FAA640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Erişilebilirlik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düzenlemesi</w:t>
            </w:r>
            <w:proofErr w:type="spellEnd"/>
          </w:p>
        </w:tc>
        <w:tc>
          <w:tcPr>
            <w:tcW w:w="657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BC8BDBE" w14:textId="77777777" w:rsidR="00B172B4" w:rsidRPr="007D4373" w:rsidRDefault="00B172B4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B172B4" w:rsidRPr="007D4373" w14:paraId="532B6CD5" w14:textId="77777777">
        <w:trPr>
          <w:cantSplit/>
          <w:trHeight w:val="709"/>
        </w:trPr>
        <w:tc>
          <w:tcPr>
            <w:tcW w:w="2834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FBC1EE7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Riskler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ve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önlemler</w:t>
            </w:r>
            <w:proofErr w:type="spellEnd"/>
          </w:p>
        </w:tc>
        <w:tc>
          <w:tcPr>
            <w:tcW w:w="657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EFA4B67" w14:textId="77777777" w:rsidR="00B172B4" w:rsidRPr="007D4373" w:rsidRDefault="00B172B4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B172B4" w:rsidRPr="007D4373" w14:paraId="27C5CAAE" w14:textId="77777777">
        <w:trPr>
          <w:cantSplit/>
          <w:trHeight w:val="442"/>
        </w:trPr>
        <w:tc>
          <w:tcPr>
            <w:tcW w:w="2834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3FB0CFB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6"/>
              </w:rPr>
              <w:t>Ekler</w:t>
            </w:r>
          </w:p>
        </w:tc>
        <w:tc>
          <w:tcPr>
            <w:tcW w:w="657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12DDEB7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  <w:r w:rsidRPr="007D4373">
              <w:rPr>
                <w:rFonts w:ascii="Times New Roman" w:hAnsi="Times New Roman" w:cs="Times New Roman"/>
                <w:sz w:val="16"/>
              </w:rPr>
              <w:t xml:space="preserve"> Davet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yazısı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  <w:r w:rsidRPr="007D4373">
              <w:rPr>
                <w:rFonts w:ascii="Times New Roman" w:hAnsi="Times New Roman" w:cs="Times New Roman"/>
                <w:sz w:val="16"/>
              </w:rPr>
              <w:t xml:space="preserve"> Program </w:t>
            </w: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Teklif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dosyası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Diğer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>: …</w:t>
            </w:r>
          </w:p>
        </w:tc>
      </w:tr>
      <w:tr w:rsidR="00B172B4" w:rsidRPr="007D4373" w14:paraId="14683E2A" w14:textId="77777777">
        <w:trPr>
          <w:cantSplit/>
          <w:trHeight w:val="709"/>
        </w:trPr>
        <w:tc>
          <w:tcPr>
            <w:tcW w:w="2834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9FD3187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Komisyon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değerlendirmesi</w:t>
            </w:r>
            <w:proofErr w:type="spellEnd"/>
          </w:p>
        </w:tc>
        <w:tc>
          <w:tcPr>
            <w:tcW w:w="657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161EA5A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  <w:r w:rsidRPr="007D4373">
              <w:rPr>
                <w:rFonts w:ascii="Times New Roman" w:hAnsi="Times New Roman" w:cs="Times New Roman"/>
                <w:sz w:val="16"/>
              </w:rPr>
              <w:t xml:space="preserve"> Uygun </w:t>
            </w: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Revizyon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gerekli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  <w:r w:rsidRPr="007D4373">
              <w:rPr>
                <w:rFonts w:ascii="Times New Roman" w:hAnsi="Times New Roman" w:cs="Times New Roman"/>
                <w:sz w:val="16"/>
              </w:rPr>
              <w:t xml:space="preserve"> Uygun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değil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br/>
              <w:t xml:space="preserve">Gerekçe: </w:t>
            </w:r>
          </w:p>
        </w:tc>
      </w:tr>
      <w:tr w:rsidR="00B172B4" w:rsidRPr="007D4373" w14:paraId="1D5EB6FB" w14:textId="77777777">
        <w:trPr>
          <w:cantSplit/>
          <w:trHeight w:val="442"/>
        </w:trPr>
        <w:tc>
          <w:tcPr>
            <w:tcW w:w="2834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E257EF6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6"/>
              </w:rPr>
              <w:t>Karar</w:t>
            </w:r>
          </w:p>
        </w:tc>
        <w:tc>
          <w:tcPr>
            <w:tcW w:w="657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F849BEC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  <w:r w:rsidRPr="007D4373">
              <w:rPr>
                <w:rFonts w:ascii="Times New Roman" w:hAnsi="Times New Roman" w:cs="Times New Roman"/>
                <w:sz w:val="16"/>
              </w:rPr>
              <w:t xml:space="preserve"> Kabul </w:t>
            </w: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Revizyon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  <w:r w:rsidRPr="007D4373">
              <w:rPr>
                <w:rFonts w:ascii="Times New Roman" w:hAnsi="Times New Roman" w:cs="Times New Roman"/>
                <w:sz w:val="16"/>
              </w:rPr>
              <w:t xml:space="preserve"> Red   Karar No/Tarih: ………………………</w:t>
            </w:r>
          </w:p>
        </w:tc>
      </w:tr>
    </w:tbl>
    <w:p w14:paraId="559E739B" w14:textId="77777777" w:rsidR="00B172B4" w:rsidRPr="007D4373" w:rsidRDefault="00B172B4">
      <w:pPr>
        <w:spacing w:after="20"/>
        <w:rPr>
          <w:rFonts w:ascii="Times New Roman" w:hAnsi="Times New Roman" w:cs="Times New Roman"/>
        </w:rPr>
      </w:pPr>
    </w:p>
    <w:tbl>
      <w:tblPr>
        <w:tblW w:w="9411" w:type="dxa"/>
        <w:tblBorders>
          <w:top w:val="single" w:sz="8" w:space="0" w:color="D3D9E2"/>
          <w:left w:val="single" w:sz="8" w:space="0" w:color="D3D9E2"/>
          <w:bottom w:val="single" w:sz="8" w:space="0" w:color="D3D9E2"/>
          <w:right w:val="single" w:sz="8" w:space="0" w:color="D3D9E2"/>
          <w:insideH w:val="single" w:sz="6" w:space="0" w:color="D3D9E2"/>
          <w:insideV w:val="single" w:sz="6" w:space="0" w:color="D3D9E2"/>
        </w:tblBorders>
        <w:tblLayout w:type="fixed"/>
        <w:tblLook w:val="04A0" w:firstRow="1" w:lastRow="0" w:firstColumn="1" w:lastColumn="0" w:noHBand="0" w:noVBand="1"/>
      </w:tblPr>
      <w:tblGrid>
        <w:gridCol w:w="3137"/>
        <w:gridCol w:w="3137"/>
        <w:gridCol w:w="3137"/>
      </w:tblGrid>
      <w:tr w:rsidR="00B172B4" w:rsidRPr="007D4373" w14:paraId="7C4A2C05" w14:textId="77777777">
        <w:trPr>
          <w:cantSplit/>
        </w:trPr>
        <w:tc>
          <w:tcPr>
            <w:tcW w:w="3137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AC5D288" w14:textId="77777777" w:rsidR="00B172B4" w:rsidRPr="007D4373" w:rsidRDefault="00A83931">
            <w:pPr>
              <w:keepNext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Öneriyi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7"/>
              </w:rPr>
              <w:t xml:space="preserve"> Sunan</w:t>
            </w:r>
          </w:p>
        </w:tc>
        <w:tc>
          <w:tcPr>
            <w:tcW w:w="3137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22A8159" w14:textId="77777777" w:rsidR="00B172B4" w:rsidRPr="007D4373" w:rsidRDefault="00A83931">
            <w:pPr>
              <w:keepNext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Komisyon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Başkanı</w:t>
            </w:r>
            <w:proofErr w:type="spellEnd"/>
          </w:p>
        </w:tc>
        <w:tc>
          <w:tcPr>
            <w:tcW w:w="3137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3B11A49" w14:textId="77777777" w:rsidR="00B172B4" w:rsidRPr="007D4373" w:rsidRDefault="00A83931">
            <w:pPr>
              <w:keepNext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Bölüm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7"/>
              </w:rPr>
              <w:t xml:space="preserve"> Başkanlığı (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gerektiğinde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7"/>
              </w:rPr>
              <w:t>)</w:t>
            </w:r>
          </w:p>
        </w:tc>
      </w:tr>
      <w:tr w:rsidR="00B172B4" w:rsidRPr="007D4373" w14:paraId="2BC1335E" w14:textId="77777777">
        <w:trPr>
          <w:cantSplit/>
          <w:trHeight w:val="680"/>
        </w:trPr>
        <w:tc>
          <w:tcPr>
            <w:tcW w:w="313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487C349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 xml:space="preserve">Ad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Soyad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/ Tarih /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İmza</w:t>
            </w:r>
            <w:proofErr w:type="spellEnd"/>
          </w:p>
        </w:tc>
        <w:tc>
          <w:tcPr>
            <w:tcW w:w="313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75BB0F2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 xml:space="preserve">Ad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Soyad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/ Tarih /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İmza</w:t>
            </w:r>
            <w:proofErr w:type="spellEnd"/>
          </w:p>
        </w:tc>
        <w:tc>
          <w:tcPr>
            <w:tcW w:w="313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39FFD33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 xml:space="preserve">Ad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Soyad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/ Tarih /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İmza</w:t>
            </w:r>
            <w:proofErr w:type="spellEnd"/>
          </w:p>
        </w:tc>
      </w:tr>
    </w:tbl>
    <w:p w14:paraId="2DDC6C93" w14:textId="77777777" w:rsidR="00B172B4" w:rsidRPr="007D4373" w:rsidRDefault="00B172B4">
      <w:pPr>
        <w:rPr>
          <w:rFonts w:ascii="Times New Roman" w:hAnsi="Times New Roman" w:cs="Times New Roman"/>
        </w:rPr>
        <w:sectPr w:rsidR="00B172B4" w:rsidRPr="007D4373">
          <w:footerReference w:type="default" r:id="rId10"/>
          <w:pgSz w:w="11906" w:h="16838"/>
          <w:pgMar w:top="1134" w:right="1247" w:bottom="1417" w:left="1247" w:header="340" w:footer="198" w:gutter="0"/>
          <w:pgNumType w:start="1"/>
          <w:cols w:space="720"/>
          <w:docGrid w:linePitch="360"/>
        </w:sectPr>
      </w:pPr>
    </w:p>
    <w:p w14:paraId="7F214FE6" w14:textId="77777777" w:rsidR="00A83931" w:rsidRPr="007D4373" w:rsidRDefault="00A83931">
      <w:pPr>
        <w:rPr>
          <w:rFonts w:ascii="Times New Roman" w:hAnsi="Times New Roman" w:cs="Times New Roman"/>
        </w:rPr>
      </w:pPr>
    </w:p>
    <w:sectPr w:rsidR="00A83931" w:rsidRPr="007D4373" w:rsidSect="00034616">
      <w:footerReference w:type="default" r:id="rId11"/>
      <w:pgSz w:w="16838" w:h="11906" w:orient="landscape"/>
      <w:pgMar w:top="794" w:right="964" w:bottom="1247" w:left="964" w:header="340" w:footer="19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28871" w14:textId="77777777" w:rsidR="00FB385D" w:rsidRDefault="00FB385D">
      <w:pPr>
        <w:spacing w:after="0" w:line="240" w:lineRule="auto"/>
      </w:pPr>
      <w:r>
        <w:separator/>
      </w:r>
    </w:p>
  </w:endnote>
  <w:endnote w:type="continuationSeparator" w:id="0">
    <w:p w14:paraId="46FF3688" w14:textId="77777777" w:rsidR="00FB385D" w:rsidRDefault="00FB3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584C9" w14:textId="77777777" w:rsidR="00B172B4" w:rsidRDefault="00B172B4">
    <w:pPr>
      <w:pBdr>
        <w:bottom w:val="single" w:sz="18" w:space="1" w:color="A64B00"/>
      </w:pBdr>
      <w:spacing w:after="60"/>
    </w:pPr>
  </w:p>
  <w:tbl>
    <w:tblPr>
      <w:tblW w:w="9411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Look w:val="04A0" w:firstRow="1" w:lastRow="0" w:firstColumn="1" w:lastColumn="0" w:noHBand="0" w:noVBand="1"/>
    </w:tblPr>
    <w:tblGrid>
      <w:gridCol w:w="3199"/>
      <w:gridCol w:w="3012"/>
      <w:gridCol w:w="3200"/>
    </w:tblGrid>
    <w:tr w:rsidR="00B172B4" w14:paraId="34702E03" w14:textId="77777777">
      <w:tc>
        <w:tcPr>
          <w:tcW w:w="3200" w:type="dxa"/>
        </w:tcPr>
        <w:p w14:paraId="3E14135F" w14:textId="77777777" w:rsidR="00B172B4" w:rsidRDefault="00A83931">
          <w:pPr>
            <w:spacing w:after="0"/>
            <w:jc w:val="center"/>
          </w:pPr>
          <w:proofErr w:type="spellStart"/>
          <w:r>
            <w:rPr>
              <w:b/>
              <w:sz w:val="16"/>
            </w:rPr>
            <w:t>Düzenleyen</w:t>
          </w:r>
          <w:proofErr w:type="spellEnd"/>
          <w:r>
            <w:rPr>
              <w:b/>
              <w:sz w:val="16"/>
            </w:rPr>
            <w:t>/</w:t>
          </w:r>
          <w:proofErr w:type="spellStart"/>
          <w:r>
            <w:rPr>
              <w:b/>
              <w:sz w:val="16"/>
            </w:rPr>
            <w:t>Revize</w:t>
          </w:r>
          <w:proofErr w:type="spellEnd"/>
          <w:r>
            <w:rPr>
              <w:b/>
              <w:sz w:val="16"/>
            </w:rPr>
            <w:t xml:space="preserve"> Eden</w:t>
          </w:r>
        </w:p>
      </w:tc>
      <w:tc>
        <w:tcPr>
          <w:tcW w:w="3012" w:type="dxa"/>
        </w:tcPr>
        <w:p w14:paraId="23380332" w14:textId="77777777" w:rsidR="00B172B4" w:rsidRDefault="00A83931">
          <w:pPr>
            <w:spacing w:after="0"/>
            <w:jc w:val="center"/>
          </w:pPr>
          <w:proofErr w:type="spellStart"/>
          <w:r>
            <w:rPr>
              <w:b/>
              <w:sz w:val="16"/>
            </w:rPr>
            <w:t>Versiyon</w:t>
          </w:r>
          <w:proofErr w:type="spellEnd"/>
          <w:r>
            <w:rPr>
              <w:b/>
              <w:sz w:val="16"/>
            </w:rPr>
            <w:t>/</w:t>
          </w:r>
          <w:proofErr w:type="spellStart"/>
          <w:r>
            <w:rPr>
              <w:b/>
              <w:sz w:val="16"/>
            </w:rPr>
            <w:t>Revizyon</w:t>
          </w:r>
          <w:proofErr w:type="spellEnd"/>
          <w:r>
            <w:rPr>
              <w:b/>
              <w:sz w:val="16"/>
            </w:rPr>
            <w:t xml:space="preserve"> </w:t>
          </w:r>
          <w:proofErr w:type="spellStart"/>
          <w:r>
            <w:rPr>
              <w:b/>
              <w:sz w:val="16"/>
            </w:rPr>
            <w:t>Tarihi</w:t>
          </w:r>
          <w:proofErr w:type="spellEnd"/>
        </w:p>
      </w:tc>
      <w:tc>
        <w:tcPr>
          <w:tcW w:w="3200" w:type="dxa"/>
        </w:tcPr>
        <w:p w14:paraId="36DF6D48" w14:textId="77777777" w:rsidR="00B172B4" w:rsidRDefault="00A83931">
          <w:pPr>
            <w:spacing w:after="0"/>
            <w:jc w:val="center"/>
          </w:pPr>
          <w:proofErr w:type="spellStart"/>
          <w:r>
            <w:rPr>
              <w:b/>
              <w:sz w:val="16"/>
            </w:rPr>
            <w:t>Onaylayan</w:t>
          </w:r>
          <w:proofErr w:type="spellEnd"/>
        </w:p>
      </w:tc>
    </w:tr>
    <w:tr w:rsidR="00B172B4" w14:paraId="72387214" w14:textId="77777777">
      <w:tc>
        <w:tcPr>
          <w:tcW w:w="3200" w:type="dxa"/>
        </w:tcPr>
        <w:p w14:paraId="4EA1EE2C" w14:textId="77777777" w:rsidR="00B172B4" w:rsidRDefault="00A83931">
          <w:pPr>
            <w:spacing w:after="0"/>
            <w:jc w:val="center"/>
          </w:pPr>
          <w:proofErr w:type="spellStart"/>
          <w:r>
            <w:rPr>
              <w:sz w:val="15"/>
            </w:rPr>
            <w:t>Kariyer</w:t>
          </w:r>
          <w:proofErr w:type="spellEnd"/>
          <w:r>
            <w:rPr>
              <w:sz w:val="15"/>
            </w:rPr>
            <w:t xml:space="preserve"> </w:t>
          </w:r>
          <w:proofErr w:type="spellStart"/>
          <w:r>
            <w:rPr>
              <w:sz w:val="15"/>
            </w:rPr>
            <w:t>Etkinlik</w:t>
          </w:r>
          <w:proofErr w:type="spellEnd"/>
          <w:r>
            <w:rPr>
              <w:sz w:val="15"/>
            </w:rPr>
            <w:t xml:space="preserve"> Mezun </w:t>
          </w:r>
          <w:proofErr w:type="spellStart"/>
          <w:r>
            <w:rPr>
              <w:sz w:val="15"/>
            </w:rPr>
            <w:t>İzlem</w:t>
          </w:r>
          <w:proofErr w:type="spellEnd"/>
          <w:r>
            <w:rPr>
              <w:sz w:val="15"/>
            </w:rPr>
            <w:t xml:space="preserve"> </w:t>
          </w:r>
          <w:proofErr w:type="spellStart"/>
          <w:r>
            <w:rPr>
              <w:sz w:val="15"/>
            </w:rPr>
            <w:t>Komisyonu</w:t>
          </w:r>
          <w:proofErr w:type="spellEnd"/>
        </w:p>
      </w:tc>
      <w:tc>
        <w:tcPr>
          <w:tcW w:w="3012" w:type="dxa"/>
        </w:tcPr>
        <w:p w14:paraId="353AF9F5" w14:textId="77777777" w:rsidR="00B172B4" w:rsidRDefault="00A83931">
          <w:pPr>
            <w:spacing w:after="0"/>
            <w:jc w:val="center"/>
          </w:pPr>
          <w:r>
            <w:rPr>
              <w:sz w:val="15"/>
            </w:rPr>
            <w:t>V1 / 09.08.2026</w:t>
          </w:r>
        </w:p>
      </w:tc>
      <w:tc>
        <w:tcPr>
          <w:tcW w:w="3200" w:type="dxa"/>
        </w:tcPr>
        <w:p w14:paraId="3293FC07" w14:textId="77777777" w:rsidR="00B172B4" w:rsidRDefault="00A83931">
          <w:pPr>
            <w:spacing w:after="0"/>
            <w:jc w:val="center"/>
          </w:pPr>
          <w:proofErr w:type="spellStart"/>
          <w:r>
            <w:rPr>
              <w:sz w:val="15"/>
            </w:rPr>
            <w:t>Hemşirelik</w:t>
          </w:r>
          <w:proofErr w:type="spellEnd"/>
          <w:r>
            <w:rPr>
              <w:sz w:val="15"/>
            </w:rPr>
            <w:t xml:space="preserve"> Bölüm Başkanlığı</w:t>
          </w:r>
        </w:p>
      </w:tc>
    </w:tr>
  </w:tbl>
  <w:p w14:paraId="7A7D6BCA" w14:textId="1FED7DB2" w:rsidR="00B172B4" w:rsidRDefault="00B172B4">
    <w:pPr>
      <w:pBdr>
        <w:bottom w:val="single" w:sz="18" w:space="1" w:color="A64B00"/>
      </w:pBdr>
      <w:spacing w:before="40" w:after="0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14D01" w14:textId="77777777" w:rsidR="00B172B4" w:rsidRDefault="00B172B4">
    <w:pPr>
      <w:pBdr>
        <w:bottom w:val="single" w:sz="18" w:space="1" w:color="A64B00"/>
      </w:pBdr>
      <w:spacing w:after="60"/>
    </w:pPr>
  </w:p>
  <w:tbl>
    <w:tblPr>
      <w:tblW w:w="1491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Look w:val="04A0" w:firstRow="1" w:lastRow="0" w:firstColumn="1" w:lastColumn="0" w:noHBand="0" w:noVBand="1"/>
    </w:tblPr>
    <w:tblGrid>
      <w:gridCol w:w="5070"/>
      <w:gridCol w:w="4771"/>
      <w:gridCol w:w="5069"/>
    </w:tblGrid>
    <w:tr w:rsidR="00B172B4" w14:paraId="78DEDD27" w14:textId="77777777">
      <w:tc>
        <w:tcPr>
          <w:tcW w:w="5069" w:type="dxa"/>
        </w:tcPr>
        <w:p w14:paraId="6A03D708" w14:textId="77777777" w:rsidR="00B172B4" w:rsidRDefault="00A83931">
          <w:pPr>
            <w:spacing w:after="0"/>
            <w:jc w:val="center"/>
          </w:pPr>
          <w:proofErr w:type="spellStart"/>
          <w:r>
            <w:rPr>
              <w:b/>
              <w:sz w:val="16"/>
            </w:rPr>
            <w:t>Düzenleyen</w:t>
          </w:r>
          <w:proofErr w:type="spellEnd"/>
          <w:r>
            <w:rPr>
              <w:b/>
              <w:sz w:val="16"/>
            </w:rPr>
            <w:t>/</w:t>
          </w:r>
          <w:proofErr w:type="spellStart"/>
          <w:r>
            <w:rPr>
              <w:b/>
              <w:sz w:val="16"/>
            </w:rPr>
            <w:t>Revize</w:t>
          </w:r>
          <w:proofErr w:type="spellEnd"/>
          <w:r>
            <w:rPr>
              <w:b/>
              <w:sz w:val="16"/>
            </w:rPr>
            <w:t xml:space="preserve"> Eden</w:t>
          </w:r>
        </w:p>
      </w:tc>
      <w:tc>
        <w:tcPr>
          <w:tcW w:w="4771" w:type="dxa"/>
        </w:tcPr>
        <w:p w14:paraId="305D4C89" w14:textId="77777777" w:rsidR="00B172B4" w:rsidRDefault="00A83931">
          <w:pPr>
            <w:spacing w:after="0"/>
            <w:jc w:val="center"/>
          </w:pPr>
          <w:proofErr w:type="spellStart"/>
          <w:r>
            <w:rPr>
              <w:b/>
              <w:sz w:val="16"/>
            </w:rPr>
            <w:t>Versiyon</w:t>
          </w:r>
          <w:proofErr w:type="spellEnd"/>
          <w:r>
            <w:rPr>
              <w:b/>
              <w:sz w:val="16"/>
            </w:rPr>
            <w:t>/</w:t>
          </w:r>
          <w:proofErr w:type="spellStart"/>
          <w:r>
            <w:rPr>
              <w:b/>
              <w:sz w:val="16"/>
            </w:rPr>
            <w:t>Revizyon</w:t>
          </w:r>
          <w:proofErr w:type="spellEnd"/>
          <w:r>
            <w:rPr>
              <w:b/>
              <w:sz w:val="16"/>
            </w:rPr>
            <w:t xml:space="preserve"> </w:t>
          </w:r>
          <w:proofErr w:type="spellStart"/>
          <w:r>
            <w:rPr>
              <w:b/>
              <w:sz w:val="16"/>
            </w:rPr>
            <w:t>Tarihi</w:t>
          </w:r>
          <w:proofErr w:type="spellEnd"/>
        </w:p>
      </w:tc>
      <w:tc>
        <w:tcPr>
          <w:tcW w:w="5069" w:type="dxa"/>
        </w:tcPr>
        <w:p w14:paraId="064DFC90" w14:textId="77777777" w:rsidR="00B172B4" w:rsidRDefault="00A83931">
          <w:pPr>
            <w:spacing w:after="0"/>
            <w:jc w:val="center"/>
          </w:pPr>
          <w:proofErr w:type="spellStart"/>
          <w:r>
            <w:rPr>
              <w:b/>
              <w:sz w:val="16"/>
            </w:rPr>
            <w:t>Onaylayan</w:t>
          </w:r>
          <w:proofErr w:type="spellEnd"/>
        </w:p>
      </w:tc>
    </w:tr>
    <w:tr w:rsidR="00B172B4" w14:paraId="6E850FA0" w14:textId="77777777">
      <w:tc>
        <w:tcPr>
          <w:tcW w:w="5069" w:type="dxa"/>
        </w:tcPr>
        <w:p w14:paraId="18D70DE4" w14:textId="77777777" w:rsidR="00B172B4" w:rsidRDefault="00A83931">
          <w:pPr>
            <w:spacing w:after="0"/>
            <w:jc w:val="center"/>
          </w:pPr>
          <w:proofErr w:type="spellStart"/>
          <w:r>
            <w:rPr>
              <w:sz w:val="15"/>
            </w:rPr>
            <w:t>Kariyer</w:t>
          </w:r>
          <w:proofErr w:type="spellEnd"/>
          <w:r>
            <w:rPr>
              <w:sz w:val="15"/>
            </w:rPr>
            <w:t xml:space="preserve"> </w:t>
          </w:r>
          <w:proofErr w:type="spellStart"/>
          <w:r>
            <w:rPr>
              <w:sz w:val="15"/>
            </w:rPr>
            <w:t>Etkinlik</w:t>
          </w:r>
          <w:proofErr w:type="spellEnd"/>
          <w:r>
            <w:rPr>
              <w:sz w:val="15"/>
            </w:rPr>
            <w:t xml:space="preserve"> Mezun </w:t>
          </w:r>
          <w:proofErr w:type="spellStart"/>
          <w:r>
            <w:rPr>
              <w:sz w:val="15"/>
            </w:rPr>
            <w:t>İzlem</w:t>
          </w:r>
          <w:proofErr w:type="spellEnd"/>
          <w:r>
            <w:rPr>
              <w:sz w:val="15"/>
            </w:rPr>
            <w:t xml:space="preserve"> </w:t>
          </w:r>
          <w:proofErr w:type="spellStart"/>
          <w:r>
            <w:rPr>
              <w:sz w:val="15"/>
            </w:rPr>
            <w:t>Komisyonu</w:t>
          </w:r>
          <w:proofErr w:type="spellEnd"/>
        </w:p>
      </w:tc>
      <w:tc>
        <w:tcPr>
          <w:tcW w:w="4771" w:type="dxa"/>
        </w:tcPr>
        <w:p w14:paraId="0D3CACE3" w14:textId="77777777" w:rsidR="00B172B4" w:rsidRDefault="00A83931">
          <w:pPr>
            <w:spacing w:after="0"/>
            <w:jc w:val="center"/>
          </w:pPr>
          <w:r>
            <w:rPr>
              <w:sz w:val="15"/>
            </w:rPr>
            <w:t>V1 / 09.08.2026</w:t>
          </w:r>
        </w:p>
      </w:tc>
      <w:tc>
        <w:tcPr>
          <w:tcW w:w="5069" w:type="dxa"/>
        </w:tcPr>
        <w:p w14:paraId="6BC137C2" w14:textId="77777777" w:rsidR="00B172B4" w:rsidRDefault="00A83931">
          <w:pPr>
            <w:spacing w:after="0"/>
            <w:jc w:val="center"/>
          </w:pPr>
          <w:proofErr w:type="spellStart"/>
          <w:r>
            <w:rPr>
              <w:sz w:val="15"/>
            </w:rPr>
            <w:t>Hemşirelik</w:t>
          </w:r>
          <w:proofErr w:type="spellEnd"/>
          <w:r>
            <w:rPr>
              <w:sz w:val="15"/>
            </w:rPr>
            <w:t xml:space="preserve"> Bölüm Başkanlığı</w:t>
          </w:r>
        </w:p>
      </w:tc>
    </w:tr>
  </w:tbl>
  <w:p w14:paraId="01B55A99" w14:textId="46C45C54" w:rsidR="00B172B4" w:rsidRDefault="00B172B4">
    <w:pPr>
      <w:pBdr>
        <w:bottom w:val="single" w:sz="18" w:space="1" w:color="A64B00"/>
      </w:pBdr>
      <w:spacing w:before="40" w:after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1432B" w14:textId="77777777" w:rsidR="00FB385D" w:rsidRDefault="00FB385D">
      <w:pPr>
        <w:spacing w:after="0" w:line="240" w:lineRule="auto"/>
      </w:pPr>
      <w:r>
        <w:separator/>
      </w:r>
    </w:p>
  </w:footnote>
  <w:footnote w:type="continuationSeparator" w:id="0">
    <w:p w14:paraId="51D3A304" w14:textId="77777777" w:rsidR="00FB385D" w:rsidRDefault="00FB3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AE04519A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19224018">
    <w:abstractNumId w:val="8"/>
  </w:num>
  <w:num w:numId="2" w16cid:durableId="1798329413">
    <w:abstractNumId w:val="6"/>
  </w:num>
  <w:num w:numId="3" w16cid:durableId="1818567149">
    <w:abstractNumId w:val="5"/>
  </w:num>
  <w:num w:numId="4" w16cid:durableId="2038306527">
    <w:abstractNumId w:val="4"/>
  </w:num>
  <w:num w:numId="5" w16cid:durableId="59256172">
    <w:abstractNumId w:val="7"/>
  </w:num>
  <w:num w:numId="6" w16cid:durableId="1412000141">
    <w:abstractNumId w:val="3"/>
  </w:num>
  <w:num w:numId="7" w16cid:durableId="2032149402">
    <w:abstractNumId w:val="2"/>
  </w:num>
  <w:num w:numId="8" w16cid:durableId="1216504734">
    <w:abstractNumId w:val="1"/>
  </w:num>
  <w:num w:numId="9" w16cid:durableId="2094692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2855"/>
    <w:rsid w:val="0015074B"/>
    <w:rsid w:val="0029639D"/>
    <w:rsid w:val="002A7444"/>
    <w:rsid w:val="00326F90"/>
    <w:rsid w:val="003E40FB"/>
    <w:rsid w:val="00444BE3"/>
    <w:rsid w:val="0046073E"/>
    <w:rsid w:val="0047271A"/>
    <w:rsid w:val="00505635"/>
    <w:rsid w:val="00513139"/>
    <w:rsid w:val="005636AA"/>
    <w:rsid w:val="00596BD2"/>
    <w:rsid w:val="0060607D"/>
    <w:rsid w:val="006B464A"/>
    <w:rsid w:val="006C1499"/>
    <w:rsid w:val="00711208"/>
    <w:rsid w:val="007D4373"/>
    <w:rsid w:val="007F0A82"/>
    <w:rsid w:val="008479B1"/>
    <w:rsid w:val="00973B00"/>
    <w:rsid w:val="00976A03"/>
    <w:rsid w:val="009F069F"/>
    <w:rsid w:val="00A169D7"/>
    <w:rsid w:val="00A83931"/>
    <w:rsid w:val="00AA1D8D"/>
    <w:rsid w:val="00B172B4"/>
    <w:rsid w:val="00B47730"/>
    <w:rsid w:val="00C37D28"/>
    <w:rsid w:val="00C7172E"/>
    <w:rsid w:val="00C858C5"/>
    <w:rsid w:val="00CB0664"/>
    <w:rsid w:val="00CC6071"/>
    <w:rsid w:val="00DC287F"/>
    <w:rsid w:val="00DF426A"/>
    <w:rsid w:val="00E818CE"/>
    <w:rsid w:val="00EF488D"/>
    <w:rsid w:val="00F14E2B"/>
    <w:rsid w:val="00FB385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9BD287"/>
  <w14:defaultImageDpi w14:val="300"/>
  <w15:docId w15:val="{16866F48-1E19-4166-9F87-78492FFCF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00"/>
      <w:jc w:val="both"/>
    </w:pPr>
    <w:rPr>
      <w:rFonts w:ascii="Arial" w:hAnsi="Arial"/>
      <w:sz w:val="21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172E55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/>
      <w:b/>
      <w:bCs/>
      <w:color w:val="213B6C"/>
      <w:sz w:val="23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/>
      <w:b/>
      <w:bCs/>
      <w:color w:val="4A5563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spacing w:after="60"/>
      <w:ind w:left="369" w:hanging="159"/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spacing w:after="60"/>
      <w:ind w:left="369" w:hanging="159"/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verInstitution">
    <w:name w:val="CoverInstitution"/>
    <w:pPr>
      <w:spacing w:before="80" w:after="0"/>
      <w:jc w:val="center"/>
    </w:pPr>
    <w:rPr>
      <w:rFonts w:ascii="Arial" w:hAnsi="Arial"/>
      <w:b/>
      <w:color w:val="213B6C"/>
      <w:sz w:val="24"/>
    </w:rPr>
  </w:style>
  <w:style w:type="paragraph" w:customStyle="1" w:styleId="CoverTitle">
    <w:name w:val="CoverTitle"/>
    <w:pPr>
      <w:spacing w:before="200" w:after="160"/>
      <w:jc w:val="center"/>
    </w:pPr>
    <w:rPr>
      <w:rFonts w:ascii="Arial" w:hAnsi="Arial"/>
      <w:b/>
      <w:color w:val="172E55"/>
      <w:sz w:val="44"/>
    </w:rPr>
  </w:style>
  <w:style w:type="paragraph" w:customStyle="1" w:styleId="CoverSub">
    <w:name w:val="CoverSub"/>
    <w:pPr>
      <w:spacing w:before="60" w:after="60"/>
      <w:jc w:val="center"/>
    </w:pPr>
    <w:rPr>
      <w:rFonts w:ascii="Arial" w:hAnsi="Arial"/>
      <w:color w:val="4A5563"/>
    </w:rPr>
  </w:style>
  <w:style w:type="paragraph" w:customStyle="1" w:styleId="FormInstitution">
    <w:name w:val="FormInstitution"/>
    <w:pPr>
      <w:spacing w:before="20" w:after="20" w:line="252" w:lineRule="auto"/>
      <w:jc w:val="center"/>
    </w:pPr>
    <w:rPr>
      <w:rFonts w:ascii="Arial" w:hAnsi="Arial"/>
      <w:b/>
      <w:color w:val="000000"/>
      <w:sz w:val="19"/>
    </w:rPr>
  </w:style>
  <w:style w:type="paragraph" w:customStyle="1" w:styleId="FormTitle">
    <w:name w:val="FormTitle"/>
    <w:pPr>
      <w:spacing w:before="80" w:after="80" w:line="252" w:lineRule="auto"/>
      <w:jc w:val="center"/>
    </w:pPr>
    <w:rPr>
      <w:rFonts w:ascii="Arial" w:hAnsi="Arial"/>
      <w:b/>
      <w:color w:val="000000"/>
      <w:sz w:val="26"/>
    </w:rPr>
  </w:style>
  <w:style w:type="paragraph" w:customStyle="1" w:styleId="SmallText">
    <w:name w:val="SmallText"/>
    <w:pPr>
      <w:spacing w:after="40"/>
    </w:pPr>
    <w:rPr>
      <w:rFonts w:ascii="Arial" w:hAnsi="Arial"/>
      <w:color w:val="4A5563"/>
      <w:sz w:val="16"/>
    </w:rPr>
  </w:style>
  <w:style w:type="paragraph" w:customStyle="1" w:styleId="TOCEntry">
    <w:name w:val="TOCEntry"/>
    <w:pPr>
      <w:spacing w:after="80"/>
    </w:pPr>
    <w:rPr>
      <w:rFonts w:ascii="Arial" w:hAnsi="Arial"/>
      <w:color w:val="000000"/>
      <w:sz w:val="21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14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14E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5E273B1-94F3-4103-B194-F87955720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221</Words>
  <Characters>1263</Characters>
  <Application>Microsoft Office Word</Application>
  <DocSecurity>0</DocSecurity>
  <Lines>10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Öğrenci Faaliyetlerine Katılım İzlem Süreci Rehberi</vt:lpstr>
      <vt:lpstr/>
    </vt:vector>
  </TitlesOfParts>
  <Company/>
  <LinksUpToDate>false</LinksUpToDate>
  <CharactersWithSpaces>1482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Öğrenci Faaliyetlerine Katılım İzlem Süreci Rehberi</dc:title>
  <dc:subject>Burdur Mehmet Akif Ersoy Üniversitesi Sağlık Bilimleri Fakültesi Hemşirelik Bölümü</dc:subject>
  <dc:creator>Kariyer Etkinlik Mezun İzlem Komisyonu</dc:creator>
  <cp:keywords>öğrenci faaliyetleri, katılım, izlem, PUKÖ, Hemşirelik Bölümü</cp:keywords>
  <dc:description>generated by python-docx</dc:description>
  <cp:lastModifiedBy>hanife erbil</cp:lastModifiedBy>
  <cp:revision>4</cp:revision>
  <dcterms:created xsi:type="dcterms:W3CDTF">2026-09-02T07:51:00Z</dcterms:created>
  <dcterms:modified xsi:type="dcterms:W3CDTF">2026-09-02T08:18:00Z</dcterms:modified>
</cp:coreProperties>
</file>