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9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455"/>
        <w:gridCol w:w="7455"/>
      </w:tblGrid>
      <w:tr w:rsidR="00B172B4" w:rsidRPr="007D4373" w14:paraId="2186210E" w14:textId="77777777">
        <w:tc>
          <w:tcPr>
            <w:tcW w:w="7455" w:type="dxa"/>
          </w:tcPr>
          <w:p w14:paraId="2A996CB2" w14:textId="77777777" w:rsidR="00B172B4" w:rsidRPr="007D4373" w:rsidRDefault="00A839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noProof/>
                <w:lang w:val="tr-TR" w:eastAsia="tr-TR"/>
              </w:rPr>
              <w:drawing>
                <wp:inline distT="0" distB="0" distL="0" distR="0" wp14:anchorId="11EC29F5" wp14:editId="2C12485D">
                  <wp:extent cx="1980000" cy="672723"/>
                  <wp:effectExtent l="0" t="0" r="0" b="0"/>
                  <wp:docPr id="23" name="Picture 23" descr="Burdur Mehmet Akif Ersoy Üniversitesi logosu" title="Burdur Mehmet Akif Ersoy Üniversitesi logos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672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5" w:type="dxa"/>
          </w:tcPr>
          <w:p w14:paraId="5AEBC234" w14:textId="77777777" w:rsidR="00B172B4" w:rsidRPr="007D4373" w:rsidRDefault="00A839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noProof/>
                <w:lang w:val="tr-TR" w:eastAsia="tr-TR"/>
              </w:rPr>
              <w:drawing>
                <wp:inline distT="0" distB="0" distL="0" distR="0" wp14:anchorId="546EDFA4" wp14:editId="3C8677D6">
                  <wp:extent cx="1980000" cy="495000"/>
                  <wp:effectExtent l="0" t="0" r="0" b="0"/>
                  <wp:docPr id="24" name="Picture 24" descr="MAKÜ Sağlık Bilimleri Fakültesi logosu" title="MAKÜ Sağlık Bilimleri Fakültesi logos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49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AED999" w14:textId="77777777" w:rsidR="00B172B4" w:rsidRPr="007D4373" w:rsidRDefault="00A83931">
      <w:pPr>
        <w:pStyle w:val="FormInstitution"/>
        <w:rPr>
          <w:rFonts w:ascii="Times New Roman" w:hAnsi="Times New Roman" w:cs="Times New Roman"/>
          <w:color w:val="auto"/>
        </w:rPr>
      </w:pPr>
      <w:r w:rsidRPr="007D4373">
        <w:rPr>
          <w:rFonts w:ascii="Times New Roman" w:hAnsi="Times New Roman" w:cs="Times New Roman"/>
          <w:color w:val="auto"/>
        </w:rPr>
        <w:t>BURDUR MEHMET AKİF ERSOY ÜNİVERSİTESİ SAĞLIK BİLİMLERİ FAKÜLTESİ</w:t>
      </w:r>
      <w:r w:rsidRPr="007D4373">
        <w:rPr>
          <w:rFonts w:ascii="Times New Roman" w:hAnsi="Times New Roman" w:cs="Times New Roman"/>
          <w:color w:val="auto"/>
        </w:rPr>
        <w:br/>
        <w:t>HEMŞİRELİK BÖLÜMÜ</w:t>
      </w:r>
    </w:p>
    <w:p w14:paraId="1BDE8F50" w14:textId="58BB94DF" w:rsidR="00B172B4" w:rsidRDefault="00A83931">
      <w:pPr>
        <w:pStyle w:val="Balk1"/>
        <w:spacing w:before="60" w:after="40"/>
        <w:jc w:val="center"/>
        <w:rPr>
          <w:rFonts w:ascii="Times New Roman" w:hAnsi="Times New Roman" w:cs="Times New Roman"/>
          <w:color w:val="auto"/>
          <w:sz w:val="26"/>
        </w:rPr>
      </w:pPr>
      <w:r w:rsidRPr="007D4373">
        <w:rPr>
          <w:rFonts w:ascii="Times New Roman" w:hAnsi="Times New Roman" w:cs="Times New Roman"/>
          <w:color w:val="auto"/>
          <w:sz w:val="26"/>
        </w:rPr>
        <w:t>EK-11. RİSK DEĞERLENDİRME FORMU</w:t>
      </w:r>
      <w:r w:rsidR="00E818CE">
        <w:rPr>
          <w:rFonts w:ascii="Times New Roman" w:hAnsi="Times New Roman" w:cs="Times New Roman"/>
          <w:color w:val="auto"/>
          <w:sz w:val="26"/>
        </w:rPr>
        <w:t xml:space="preserve"> </w:t>
      </w:r>
    </w:p>
    <w:p w14:paraId="52836885" w14:textId="1B6656E8" w:rsidR="00E818CE" w:rsidRPr="00E818CE" w:rsidRDefault="00E818CE" w:rsidP="00E818CE">
      <w:pPr>
        <w:pStyle w:val="SmallText"/>
        <w:jc w:val="center"/>
        <w:rPr>
          <w:rFonts w:ascii="Times New Roman" w:hAnsi="Times New Roman" w:cs="Times New Roman"/>
        </w:rPr>
      </w:pPr>
      <w:r w:rsidRPr="00FA0F00">
        <w:rPr>
          <w:rFonts w:ascii="Times New Roman" w:hAnsi="Times New Roman" w:cs="Times New Roman"/>
        </w:rPr>
        <w:t>Form No: EK-1</w:t>
      </w:r>
      <w:r>
        <w:rPr>
          <w:rFonts w:ascii="Times New Roman" w:hAnsi="Times New Roman" w:cs="Times New Roman"/>
        </w:rPr>
        <w:t>1</w:t>
      </w:r>
      <w:r w:rsidRPr="00FA0F00">
        <w:rPr>
          <w:rFonts w:ascii="Times New Roman" w:hAnsi="Times New Roman" w:cs="Times New Roman"/>
        </w:rPr>
        <w:t xml:space="preserve"> (</w:t>
      </w:r>
      <w:proofErr w:type="spellStart"/>
      <w:r w:rsidRPr="00FA0F00">
        <w:rPr>
          <w:rFonts w:ascii="Times New Roman" w:hAnsi="Times New Roman" w:cs="Times New Roman"/>
        </w:rPr>
        <w:t>Taslak</w:t>
      </w:r>
      <w:proofErr w:type="spellEnd"/>
      <w:r w:rsidRPr="00FA0F00">
        <w:rPr>
          <w:rFonts w:ascii="Times New Roman" w:hAnsi="Times New Roman" w:cs="Times New Roman"/>
        </w:rPr>
        <w:t>)</w:t>
      </w:r>
    </w:p>
    <w:p w14:paraId="442CA38A" w14:textId="1BC45C0C" w:rsidR="00B172B4" w:rsidRPr="007D4373" w:rsidRDefault="00B172B4">
      <w:pPr>
        <w:pStyle w:val="SmallText"/>
        <w:jc w:val="center"/>
        <w:rPr>
          <w:rFonts w:ascii="Times New Roman" w:hAnsi="Times New Roman" w:cs="Times New Roman"/>
          <w:color w:val="auto"/>
        </w:rPr>
      </w:pPr>
    </w:p>
    <w:tbl>
      <w:tblPr>
        <w:tblW w:w="14910" w:type="dxa"/>
        <w:tblBorders>
          <w:top w:val="single" w:sz="6" w:space="0" w:color="B8C6D9"/>
          <w:left w:val="single" w:sz="6" w:space="0" w:color="B8C6D9"/>
          <w:bottom w:val="single" w:sz="6" w:space="0" w:color="B8C6D9"/>
          <w:right w:val="single" w:sz="6" w:space="0" w:color="B8C6D9"/>
          <w:insideH w:val="single" w:sz="6" w:space="0" w:color="B8C6D9"/>
          <w:insideV w:val="single" w:sz="6" w:space="0" w:color="B8C6D9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040"/>
        <w:gridCol w:w="908"/>
        <w:gridCol w:w="2494"/>
        <w:gridCol w:w="454"/>
        <w:gridCol w:w="454"/>
        <w:gridCol w:w="624"/>
        <w:gridCol w:w="3741"/>
        <w:gridCol w:w="3741"/>
      </w:tblGrid>
      <w:tr w:rsidR="00B172B4" w:rsidRPr="007D4373" w14:paraId="0793D63B" w14:textId="77777777">
        <w:tc>
          <w:tcPr>
            <w:tcW w:w="14910" w:type="dxa"/>
            <w:gridSpan w:val="9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8AB6CD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KULLANIM AÇIKLAMASI: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Komisyon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bu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formu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her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akademik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yıl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başında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süreçte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önemli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bir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değişiklik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olduğunda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günceller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.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Olasılık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etki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1 (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çok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düşük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>)–5 (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çok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yüksek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)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arasında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puanlanır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; risk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puanı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olasılık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×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etki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olarak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hesaplanır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. 1–4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düşük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, 5–9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orta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, 10–16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yüksek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, 17–25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çok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yüksek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risk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olarak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izlenir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>.</w:t>
            </w:r>
          </w:p>
        </w:tc>
      </w:tr>
      <w:tr w:rsidR="00B172B4" w:rsidRPr="007D4373" w14:paraId="62DB1DA7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351"/>
        </w:trPr>
        <w:tc>
          <w:tcPr>
            <w:tcW w:w="2494" w:type="dxa"/>
            <w:gridSpan w:val="2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8E3D5F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Akademik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Yıl</w:t>
            </w:r>
            <w:proofErr w:type="spellEnd"/>
          </w:p>
        </w:tc>
        <w:tc>
          <w:tcPr>
            <w:tcW w:w="12415" w:type="dxa"/>
            <w:gridSpan w:val="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D5383B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20…–20…</w:t>
            </w:r>
          </w:p>
        </w:tc>
      </w:tr>
      <w:tr w:rsidR="00B172B4" w:rsidRPr="007D4373" w14:paraId="517A511E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351"/>
        </w:trPr>
        <w:tc>
          <w:tcPr>
            <w:tcW w:w="2494" w:type="dxa"/>
            <w:gridSpan w:val="2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0D70EE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Değerlendirme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Tarihi</w:t>
            </w:r>
            <w:proofErr w:type="spellEnd"/>
          </w:p>
        </w:tc>
        <w:tc>
          <w:tcPr>
            <w:tcW w:w="12415" w:type="dxa"/>
            <w:gridSpan w:val="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B20519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… / … / 20…</w:t>
            </w:r>
          </w:p>
        </w:tc>
      </w:tr>
      <w:tr w:rsidR="00B172B4" w:rsidRPr="007D4373" w14:paraId="2A29FA18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351"/>
        </w:trPr>
        <w:tc>
          <w:tcPr>
            <w:tcW w:w="2494" w:type="dxa"/>
            <w:gridSpan w:val="2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86DF36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Hazırlayan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Komisyon</w:t>
            </w:r>
            <w:proofErr w:type="spellEnd"/>
          </w:p>
        </w:tc>
        <w:tc>
          <w:tcPr>
            <w:tcW w:w="12415" w:type="dxa"/>
            <w:gridSpan w:val="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2E095D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Kariyer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Etkinlik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Mezun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İzlem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Komisyonu</w:t>
            </w:r>
            <w:proofErr w:type="spellEnd"/>
          </w:p>
        </w:tc>
      </w:tr>
      <w:tr w:rsidR="00B172B4" w:rsidRPr="007D4373" w14:paraId="25C2245A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tblHeader/>
        </w:trPr>
        <w:tc>
          <w:tcPr>
            <w:tcW w:w="454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6C453C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4"/>
              </w:rPr>
              <w:t>No</w:t>
            </w:r>
          </w:p>
        </w:tc>
        <w:tc>
          <w:tcPr>
            <w:tcW w:w="2948" w:type="dxa"/>
            <w:gridSpan w:val="2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A8D274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4"/>
              </w:rPr>
              <w:t xml:space="preserve">Risk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Tanımı</w:t>
            </w:r>
            <w:proofErr w:type="spellEnd"/>
          </w:p>
        </w:tc>
        <w:tc>
          <w:tcPr>
            <w:tcW w:w="2494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9EAD2C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Mevcut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Kontrol</w:t>
            </w:r>
            <w:proofErr w:type="spellEnd"/>
          </w:p>
        </w:tc>
        <w:tc>
          <w:tcPr>
            <w:tcW w:w="454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661C5F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4"/>
              </w:rPr>
              <w:t>O</w:t>
            </w:r>
          </w:p>
        </w:tc>
        <w:tc>
          <w:tcPr>
            <w:tcW w:w="454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5B2281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4"/>
              </w:rPr>
              <w:t>E</w:t>
            </w:r>
          </w:p>
        </w:tc>
        <w:tc>
          <w:tcPr>
            <w:tcW w:w="624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479F55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4"/>
              </w:rPr>
              <w:t>Puan</w:t>
            </w:r>
          </w:p>
        </w:tc>
        <w:tc>
          <w:tcPr>
            <w:tcW w:w="3742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B84C01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İlave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Önlem</w:t>
            </w:r>
            <w:proofErr w:type="spellEnd"/>
          </w:p>
        </w:tc>
        <w:tc>
          <w:tcPr>
            <w:tcW w:w="3742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48B12E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Sorumlu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4"/>
              </w:rPr>
              <w:t xml:space="preserve"> / Termin</w:t>
            </w:r>
          </w:p>
        </w:tc>
      </w:tr>
      <w:tr w:rsidR="00B172B4" w:rsidRPr="007D4373" w14:paraId="3FBA11E2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499"/>
        </w:trPr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F96717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4"/>
              </w:rPr>
              <w:t>1</w:t>
            </w:r>
          </w:p>
        </w:tc>
        <w:tc>
          <w:tcPr>
            <w:tcW w:w="2948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F4A164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Öğrenci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katılımının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düşük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olması</w:t>
            </w:r>
            <w:proofErr w:type="spellEnd"/>
          </w:p>
        </w:tc>
        <w:tc>
          <w:tcPr>
            <w:tcW w:w="249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E05079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Sınıf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>/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kategori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bazlı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izleme</w:t>
            </w:r>
            <w:proofErr w:type="spellEnd"/>
          </w:p>
        </w:tc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7BEEF4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8AB493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3E2C25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303885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Hedefli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duyuru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danışman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>/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temsilci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desteği</w:t>
            </w:r>
            <w:proofErr w:type="spellEnd"/>
          </w:p>
        </w:tc>
        <w:tc>
          <w:tcPr>
            <w:tcW w:w="374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F51F2E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0D4CCB4A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499"/>
        </w:trPr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4CF3C6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4"/>
              </w:rPr>
              <w:t>2</w:t>
            </w:r>
          </w:p>
        </w:tc>
        <w:tc>
          <w:tcPr>
            <w:tcW w:w="2948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30E99F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Faaliyet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duyurularının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öğrencilere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ulaşmaması</w:t>
            </w:r>
            <w:proofErr w:type="spellEnd"/>
          </w:p>
        </w:tc>
        <w:tc>
          <w:tcPr>
            <w:tcW w:w="249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7F2174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4"/>
              </w:rPr>
              <w:t xml:space="preserve">En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az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iki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kurumsal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kanal</w:t>
            </w:r>
            <w:proofErr w:type="spellEnd"/>
          </w:p>
        </w:tc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330475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3ED881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04BFE1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41EDAE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4"/>
              </w:rPr>
              <w:t xml:space="preserve">Asgari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duyuru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süresi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erişim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kaydı</w:t>
            </w:r>
            <w:proofErr w:type="spellEnd"/>
          </w:p>
        </w:tc>
        <w:tc>
          <w:tcPr>
            <w:tcW w:w="374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482F57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7EE04880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499"/>
        </w:trPr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1F8F94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4"/>
              </w:rPr>
              <w:t>3</w:t>
            </w:r>
          </w:p>
        </w:tc>
        <w:tc>
          <w:tcPr>
            <w:tcW w:w="2948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D3F55D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4"/>
              </w:rPr>
              <w:t>Ders/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klinik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uygulama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ile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etkinlik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saatlerinin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çakışması</w:t>
            </w:r>
            <w:proofErr w:type="spellEnd"/>
          </w:p>
        </w:tc>
        <w:tc>
          <w:tcPr>
            <w:tcW w:w="249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78A709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4"/>
              </w:rPr>
              <w:t xml:space="preserve">Akademik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takvim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kontrolü</w:t>
            </w:r>
            <w:proofErr w:type="spellEnd"/>
          </w:p>
        </w:tc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ACCB3A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FD4A6F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1D6069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087F0D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Alternatif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saat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kayıt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veya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hibrit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seçenek</w:t>
            </w:r>
            <w:proofErr w:type="spellEnd"/>
          </w:p>
        </w:tc>
        <w:tc>
          <w:tcPr>
            <w:tcW w:w="374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FEE691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432BF13D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499"/>
        </w:trPr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4A520E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4"/>
              </w:rPr>
              <w:t>4</w:t>
            </w:r>
          </w:p>
        </w:tc>
        <w:tc>
          <w:tcPr>
            <w:tcW w:w="2948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3AD128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Katılım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kanıtlarının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eksik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olması</w:t>
            </w:r>
            <w:proofErr w:type="spellEnd"/>
          </w:p>
        </w:tc>
        <w:tc>
          <w:tcPr>
            <w:tcW w:w="249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76BEEE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Kanıt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standardı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EK-4</w:t>
            </w:r>
          </w:p>
        </w:tc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876A4E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0614DE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5B5D05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0C5086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Süreli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düzeltme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bildirimi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kontrol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listesi</w:t>
            </w:r>
            <w:proofErr w:type="spellEnd"/>
          </w:p>
        </w:tc>
        <w:tc>
          <w:tcPr>
            <w:tcW w:w="374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79F800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17C9AEEE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499"/>
        </w:trPr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D297D1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4"/>
              </w:rPr>
              <w:t>5</w:t>
            </w:r>
          </w:p>
        </w:tc>
        <w:tc>
          <w:tcPr>
            <w:tcW w:w="2948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16DA8F" w14:textId="77777777" w:rsidR="00B172B4" w:rsidRPr="007D4373" w:rsidRDefault="00A83931" w:rsidP="0047271A">
            <w:pPr>
              <w:spacing w:after="0" w:line="252" w:lineRule="auto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Mükerrer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kayıt</w:t>
            </w:r>
            <w:proofErr w:type="spellEnd"/>
          </w:p>
        </w:tc>
        <w:tc>
          <w:tcPr>
            <w:tcW w:w="249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CB6B2D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Öğrenci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no–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faaliyet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kodu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kontrolü</w:t>
            </w:r>
            <w:proofErr w:type="spellEnd"/>
          </w:p>
        </w:tc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DB8546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94A5CD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A95502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2EF5A8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4"/>
              </w:rPr>
              <w:t xml:space="preserve">Veri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girişinde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benzersiz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kayıt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dönemsel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sorgu</w:t>
            </w:r>
            <w:proofErr w:type="spellEnd"/>
          </w:p>
        </w:tc>
        <w:tc>
          <w:tcPr>
            <w:tcW w:w="374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931642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7330BFF4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499"/>
        </w:trPr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48A8D8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4"/>
              </w:rPr>
              <w:t>6</w:t>
            </w:r>
          </w:p>
        </w:tc>
        <w:tc>
          <w:tcPr>
            <w:tcW w:w="2948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822BC8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Yanlış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faaliyet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kategorilendirmesi</w:t>
            </w:r>
            <w:proofErr w:type="spellEnd"/>
          </w:p>
        </w:tc>
        <w:tc>
          <w:tcPr>
            <w:tcW w:w="249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D64BCE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4"/>
              </w:rPr>
              <w:t xml:space="preserve">F1–F8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kod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açıklamaları</w:t>
            </w:r>
            <w:proofErr w:type="spellEnd"/>
          </w:p>
        </w:tc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2707DC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655D96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C41517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69E5C8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Komisyon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ikinci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kontrolü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örnek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kodlama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rehberi</w:t>
            </w:r>
            <w:proofErr w:type="spellEnd"/>
          </w:p>
        </w:tc>
        <w:tc>
          <w:tcPr>
            <w:tcW w:w="374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A0D5A3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040F4F8" w14:textId="77777777" w:rsidR="00B172B4" w:rsidRPr="007D4373" w:rsidRDefault="00A83931">
      <w:pPr>
        <w:keepNext/>
        <w:pageBreakBefore/>
        <w:jc w:val="center"/>
        <w:rPr>
          <w:rFonts w:ascii="Times New Roman" w:hAnsi="Times New Roman" w:cs="Times New Roman"/>
        </w:rPr>
      </w:pPr>
      <w:r w:rsidRPr="007D4373">
        <w:rPr>
          <w:rFonts w:ascii="Times New Roman" w:hAnsi="Times New Roman" w:cs="Times New Roman"/>
          <w:b/>
          <w:sz w:val="22"/>
        </w:rPr>
        <w:lastRenderedPageBreak/>
        <w:t>EK-11. RİSK DEĞERLENDİRME FORMU (</w:t>
      </w:r>
      <w:proofErr w:type="spellStart"/>
      <w:r w:rsidRPr="007D4373">
        <w:rPr>
          <w:rFonts w:ascii="Times New Roman" w:hAnsi="Times New Roman" w:cs="Times New Roman"/>
          <w:b/>
          <w:sz w:val="22"/>
        </w:rPr>
        <w:t>devam</w:t>
      </w:r>
      <w:proofErr w:type="spellEnd"/>
      <w:r w:rsidRPr="007D4373">
        <w:rPr>
          <w:rFonts w:ascii="Times New Roman" w:hAnsi="Times New Roman" w:cs="Times New Roman"/>
          <w:b/>
          <w:sz w:val="22"/>
        </w:rPr>
        <w:t>)</w:t>
      </w:r>
    </w:p>
    <w:tbl>
      <w:tblPr>
        <w:tblW w:w="14910" w:type="dxa"/>
        <w:tblBorders>
          <w:top w:val="single" w:sz="8" w:space="0" w:color="D3D9E2"/>
          <w:left w:val="single" w:sz="8" w:space="0" w:color="D3D9E2"/>
          <w:bottom w:val="single" w:sz="8" w:space="0" w:color="D3D9E2"/>
          <w:right w:val="single" w:sz="8" w:space="0" w:color="D3D9E2"/>
          <w:insideH w:val="single" w:sz="6" w:space="0" w:color="D3D9E2"/>
          <w:insideV w:val="single" w:sz="6" w:space="0" w:color="D3D9E2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948"/>
        <w:gridCol w:w="2494"/>
        <w:gridCol w:w="454"/>
        <w:gridCol w:w="454"/>
        <w:gridCol w:w="624"/>
        <w:gridCol w:w="3741"/>
        <w:gridCol w:w="3741"/>
      </w:tblGrid>
      <w:tr w:rsidR="00B172B4" w:rsidRPr="007D4373" w14:paraId="0D806BE0" w14:textId="77777777">
        <w:trPr>
          <w:tblHeader/>
        </w:trPr>
        <w:tc>
          <w:tcPr>
            <w:tcW w:w="454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02955A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4"/>
              </w:rPr>
              <w:t>No</w:t>
            </w:r>
          </w:p>
        </w:tc>
        <w:tc>
          <w:tcPr>
            <w:tcW w:w="2948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286D92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4"/>
              </w:rPr>
              <w:t xml:space="preserve">Risk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Tanımı</w:t>
            </w:r>
            <w:proofErr w:type="spellEnd"/>
          </w:p>
        </w:tc>
        <w:tc>
          <w:tcPr>
            <w:tcW w:w="2494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0045A5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Mevcut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Kontrol</w:t>
            </w:r>
            <w:proofErr w:type="spellEnd"/>
          </w:p>
        </w:tc>
        <w:tc>
          <w:tcPr>
            <w:tcW w:w="454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7C88FC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4"/>
              </w:rPr>
              <w:t>O</w:t>
            </w:r>
          </w:p>
        </w:tc>
        <w:tc>
          <w:tcPr>
            <w:tcW w:w="454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9FEE4F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4"/>
              </w:rPr>
              <w:t>E</w:t>
            </w:r>
          </w:p>
        </w:tc>
        <w:tc>
          <w:tcPr>
            <w:tcW w:w="624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862078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4"/>
              </w:rPr>
              <w:t>Puan</w:t>
            </w:r>
          </w:p>
        </w:tc>
        <w:tc>
          <w:tcPr>
            <w:tcW w:w="3742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987848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İlave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Önlem</w:t>
            </w:r>
            <w:proofErr w:type="spellEnd"/>
          </w:p>
        </w:tc>
        <w:tc>
          <w:tcPr>
            <w:tcW w:w="3742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4B3016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4"/>
              </w:rPr>
              <w:t>Sorumlu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4"/>
              </w:rPr>
              <w:t xml:space="preserve"> / Termin</w:t>
            </w:r>
          </w:p>
        </w:tc>
      </w:tr>
      <w:tr w:rsidR="00B172B4" w:rsidRPr="007D4373" w14:paraId="718E4BED" w14:textId="77777777">
        <w:trPr>
          <w:cantSplit/>
          <w:trHeight w:val="510"/>
        </w:trPr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B7267A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4"/>
              </w:rPr>
              <w:t>7</w:t>
            </w:r>
          </w:p>
        </w:tc>
        <w:tc>
          <w:tcPr>
            <w:tcW w:w="29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4BCF58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Bazı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sınıfların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faaliyetlere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düşük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katılımı</w:t>
            </w:r>
            <w:proofErr w:type="spellEnd"/>
          </w:p>
        </w:tc>
        <w:tc>
          <w:tcPr>
            <w:tcW w:w="249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5E1F36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Sınıf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bazlı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G3/G9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izlemi</w:t>
            </w:r>
            <w:proofErr w:type="spellEnd"/>
          </w:p>
        </w:tc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E035F4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82BB97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6363B3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F4ADAE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Sınıfa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özgü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gereksinim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analizi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hedefli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plan</w:t>
            </w:r>
          </w:p>
        </w:tc>
        <w:tc>
          <w:tcPr>
            <w:tcW w:w="374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B7DC61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617005A0" w14:textId="77777777">
        <w:trPr>
          <w:cantSplit/>
          <w:trHeight w:val="510"/>
        </w:trPr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03C95E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4"/>
              </w:rPr>
              <w:t>8</w:t>
            </w:r>
          </w:p>
        </w:tc>
        <w:tc>
          <w:tcPr>
            <w:tcW w:w="29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51082B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Engelli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öğrenciler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açısından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erişilebilirlik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sorunu</w:t>
            </w:r>
            <w:proofErr w:type="spellEnd"/>
          </w:p>
        </w:tc>
        <w:tc>
          <w:tcPr>
            <w:tcW w:w="249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B33E8D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Planlama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formunda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erişilebilirlik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alanı</w:t>
            </w:r>
            <w:proofErr w:type="spellEnd"/>
          </w:p>
        </w:tc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737466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454A57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41CAEA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124EA6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4"/>
              </w:rPr>
              <w:t xml:space="preserve">Makul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düzenleme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erişilebilir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mekân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>/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dijital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içerik</w:t>
            </w:r>
            <w:proofErr w:type="spellEnd"/>
          </w:p>
        </w:tc>
        <w:tc>
          <w:tcPr>
            <w:tcW w:w="374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5FEF67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0DF48339" w14:textId="77777777">
        <w:trPr>
          <w:cantSplit/>
          <w:trHeight w:val="510"/>
        </w:trPr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94C8B5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4"/>
              </w:rPr>
              <w:t>9</w:t>
            </w:r>
          </w:p>
        </w:tc>
        <w:tc>
          <w:tcPr>
            <w:tcW w:w="29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E48BB6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4"/>
              </w:rPr>
              <w:t xml:space="preserve">Mali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veya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ulaşım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kaynaklı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katılım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engeli</w:t>
            </w:r>
            <w:proofErr w:type="spellEnd"/>
          </w:p>
        </w:tc>
        <w:tc>
          <w:tcPr>
            <w:tcW w:w="249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D0BBA7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Destek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başvurusu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gereksinim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bildirimi</w:t>
            </w:r>
            <w:proofErr w:type="spellEnd"/>
          </w:p>
        </w:tc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BBDD25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1FA85C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8ABC0B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5CDE1F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Ücretsiz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>/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çevrim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içi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seçenek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kaynak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planlaması</w:t>
            </w:r>
            <w:proofErr w:type="spellEnd"/>
          </w:p>
        </w:tc>
        <w:tc>
          <w:tcPr>
            <w:tcW w:w="374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C202DB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7359ECB7" w14:textId="77777777">
        <w:trPr>
          <w:cantSplit/>
          <w:trHeight w:val="510"/>
        </w:trPr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AD840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4"/>
              </w:rPr>
              <w:t>10</w:t>
            </w:r>
          </w:p>
        </w:tc>
        <w:tc>
          <w:tcPr>
            <w:tcW w:w="29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271871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4"/>
              </w:rPr>
              <w:t>KVKK/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veri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güvenliği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riski</w:t>
            </w:r>
            <w:proofErr w:type="spellEnd"/>
          </w:p>
        </w:tc>
        <w:tc>
          <w:tcPr>
            <w:tcW w:w="249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E1975F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Yetkili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erişimli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Komisyon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arşivi</w:t>
            </w:r>
            <w:proofErr w:type="spellEnd"/>
          </w:p>
        </w:tc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78D5B4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AB2B17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A0DCE1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46A78A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4"/>
              </w:rPr>
              <w:t xml:space="preserve">Veri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minimizasyonu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erişim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kontrolü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güvenli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imha</w:t>
            </w:r>
            <w:proofErr w:type="spellEnd"/>
          </w:p>
        </w:tc>
        <w:tc>
          <w:tcPr>
            <w:tcW w:w="374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962017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0BE1C37F" w14:textId="77777777">
        <w:trPr>
          <w:cantSplit/>
          <w:trHeight w:val="510"/>
        </w:trPr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DB2AEE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4"/>
              </w:rPr>
              <w:t>11</w:t>
            </w:r>
          </w:p>
        </w:tc>
        <w:tc>
          <w:tcPr>
            <w:tcW w:w="29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0ACF72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Planlanan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faaliyetin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iptal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edilmesi</w:t>
            </w:r>
            <w:proofErr w:type="spellEnd"/>
          </w:p>
        </w:tc>
        <w:tc>
          <w:tcPr>
            <w:tcW w:w="249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C4F9DD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4"/>
              </w:rPr>
              <w:t xml:space="preserve">Onay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takvim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kontrolü</w:t>
            </w:r>
            <w:proofErr w:type="spellEnd"/>
          </w:p>
        </w:tc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B28EFE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2492D8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2249DF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78F54F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Yedek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tarih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>/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yöntem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zamanında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bilgilendirme</w:t>
            </w:r>
            <w:proofErr w:type="spellEnd"/>
          </w:p>
        </w:tc>
        <w:tc>
          <w:tcPr>
            <w:tcW w:w="374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67B6EF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6653D19E" w14:textId="77777777">
        <w:trPr>
          <w:cantSplit/>
          <w:trHeight w:val="510"/>
        </w:trPr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159C5A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4"/>
              </w:rPr>
              <w:t>12</w:t>
            </w:r>
          </w:p>
        </w:tc>
        <w:tc>
          <w:tcPr>
            <w:tcW w:w="29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1C11E5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Uluslararası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faaliyetlere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katılımın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düşük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olması</w:t>
            </w:r>
            <w:proofErr w:type="spellEnd"/>
          </w:p>
        </w:tc>
        <w:tc>
          <w:tcPr>
            <w:tcW w:w="249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E758ED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4"/>
              </w:rPr>
              <w:t xml:space="preserve">F7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G8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izlemi</w:t>
            </w:r>
            <w:proofErr w:type="spellEnd"/>
          </w:p>
        </w:tc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4B7B07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BB89FE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A9B5EE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B55171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İş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birliği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yabancı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dilde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duyuru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değişim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tanıtımı</w:t>
            </w:r>
            <w:proofErr w:type="spellEnd"/>
          </w:p>
        </w:tc>
        <w:tc>
          <w:tcPr>
            <w:tcW w:w="374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0217B2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51D65448" w14:textId="77777777">
        <w:trPr>
          <w:cantSplit/>
          <w:trHeight w:val="510"/>
        </w:trPr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9D7EF4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4"/>
              </w:rPr>
              <w:t>13</w:t>
            </w:r>
          </w:p>
        </w:tc>
        <w:tc>
          <w:tcPr>
            <w:tcW w:w="29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1C2758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Öğrenci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geri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bildirim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oranının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düşük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olması</w:t>
            </w:r>
            <w:proofErr w:type="spellEnd"/>
          </w:p>
        </w:tc>
        <w:tc>
          <w:tcPr>
            <w:tcW w:w="249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1E0023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Kısa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EK-10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QR/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dijital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uygulama</w:t>
            </w:r>
            <w:proofErr w:type="spellEnd"/>
          </w:p>
        </w:tc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F7F5C9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9D0D44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12BD3F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F30808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Faaliyet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sonunda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hatırlatma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erişilebilir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anket</w:t>
            </w:r>
            <w:proofErr w:type="spellEnd"/>
          </w:p>
        </w:tc>
        <w:tc>
          <w:tcPr>
            <w:tcW w:w="374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87F532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3EE0E3FF" w14:textId="77777777">
        <w:trPr>
          <w:cantSplit/>
          <w:trHeight w:val="510"/>
        </w:trPr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6C352F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4"/>
              </w:rPr>
              <w:t>14</w:t>
            </w:r>
          </w:p>
        </w:tc>
        <w:tc>
          <w:tcPr>
            <w:tcW w:w="29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411C8D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4"/>
              </w:rPr>
              <w:t xml:space="preserve">PUKÖ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kararlarının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uygulanmaması</w:t>
            </w:r>
            <w:proofErr w:type="spellEnd"/>
          </w:p>
        </w:tc>
        <w:tc>
          <w:tcPr>
            <w:tcW w:w="249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F103D8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Sorumlu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termin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başarı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ölçütü</w:t>
            </w:r>
            <w:proofErr w:type="spellEnd"/>
          </w:p>
        </w:tc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2D5F44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AC9FD2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7C3F9E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A13B7B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Yarıyıl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izleme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gecikme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bildirimi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yeniden</w:t>
            </w:r>
            <w:proofErr w:type="spellEnd"/>
            <w:r w:rsidRPr="007D4373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4"/>
              </w:rPr>
              <w:t>planlama</w:t>
            </w:r>
            <w:proofErr w:type="spellEnd"/>
          </w:p>
        </w:tc>
        <w:tc>
          <w:tcPr>
            <w:tcW w:w="374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73C888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4977844" w14:textId="77777777" w:rsidR="00B172B4" w:rsidRPr="007D4373" w:rsidRDefault="00B172B4">
      <w:pPr>
        <w:spacing w:after="40"/>
        <w:rPr>
          <w:rFonts w:ascii="Times New Roman" w:hAnsi="Times New Roman" w:cs="Times New Roman"/>
        </w:rPr>
      </w:pPr>
    </w:p>
    <w:tbl>
      <w:tblPr>
        <w:tblW w:w="14910" w:type="dxa"/>
        <w:tblBorders>
          <w:top w:val="single" w:sz="8" w:space="0" w:color="D3D9E2"/>
          <w:left w:val="single" w:sz="8" w:space="0" w:color="D3D9E2"/>
          <w:bottom w:val="single" w:sz="8" w:space="0" w:color="D3D9E2"/>
          <w:right w:val="single" w:sz="8" w:space="0" w:color="D3D9E2"/>
          <w:insideH w:val="single" w:sz="6" w:space="0" w:color="D3D9E2"/>
          <w:insideV w:val="single" w:sz="6" w:space="0" w:color="D3D9E2"/>
        </w:tblBorders>
        <w:tblLayout w:type="fixed"/>
        <w:tblLook w:val="04A0" w:firstRow="1" w:lastRow="0" w:firstColumn="1" w:lastColumn="0" w:noHBand="0" w:noVBand="1"/>
      </w:tblPr>
      <w:tblGrid>
        <w:gridCol w:w="4970"/>
        <w:gridCol w:w="4970"/>
        <w:gridCol w:w="4970"/>
      </w:tblGrid>
      <w:tr w:rsidR="00B172B4" w:rsidRPr="007D4373" w14:paraId="02413766" w14:textId="77777777">
        <w:trPr>
          <w:cantSplit/>
        </w:trPr>
        <w:tc>
          <w:tcPr>
            <w:tcW w:w="497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ED9F3F" w14:textId="77777777" w:rsidR="00B172B4" w:rsidRPr="007D4373" w:rsidRDefault="00A83931">
            <w:pPr>
              <w:keepNext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Hazırlayan</w:t>
            </w:r>
            <w:proofErr w:type="spellEnd"/>
          </w:p>
        </w:tc>
        <w:tc>
          <w:tcPr>
            <w:tcW w:w="497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0305DC" w14:textId="77777777" w:rsidR="00B172B4" w:rsidRPr="007D4373" w:rsidRDefault="00A83931">
            <w:pPr>
              <w:keepNext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Komisyon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Başkanı</w:t>
            </w:r>
            <w:proofErr w:type="spellEnd"/>
          </w:p>
        </w:tc>
        <w:tc>
          <w:tcPr>
            <w:tcW w:w="4970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0497D3" w14:textId="77777777" w:rsidR="00B172B4" w:rsidRPr="007D4373" w:rsidRDefault="00A83931">
            <w:pPr>
              <w:keepNext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İzlem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Tarihi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/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Sonuç</w:t>
            </w:r>
            <w:proofErr w:type="spellEnd"/>
          </w:p>
        </w:tc>
      </w:tr>
      <w:tr w:rsidR="00B172B4" w:rsidRPr="007D4373" w14:paraId="0CD8277E" w14:textId="77777777">
        <w:trPr>
          <w:cantSplit/>
          <w:trHeight w:val="454"/>
        </w:trPr>
        <w:tc>
          <w:tcPr>
            <w:tcW w:w="497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F6EAF2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Ad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Soyad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/ Tarih /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</w:p>
        </w:tc>
        <w:tc>
          <w:tcPr>
            <w:tcW w:w="497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A003D0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Ad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Soyad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/ Tarih /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</w:p>
        </w:tc>
        <w:tc>
          <w:tcPr>
            <w:tcW w:w="497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BEE807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Ad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Soyad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/ Tarih /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</w:p>
        </w:tc>
      </w:tr>
    </w:tbl>
    <w:p w14:paraId="5B6FC32C" w14:textId="77777777" w:rsidR="00B172B4" w:rsidRPr="007D4373" w:rsidRDefault="00B172B4">
      <w:pPr>
        <w:rPr>
          <w:rFonts w:ascii="Times New Roman" w:hAnsi="Times New Roman" w:cs="Times New Roman"/>
        </w:rPr>
        <w:sectPr w:rsidR="00B172B4" w:rsidRPr="007D4373">
          <w:footerReference w:type="default" r:id="rId10"/>
          <w:pgSz w:w="16838" w:h="11906" w:orient="landscape"/>
          <w:pgMar w:top="794" w:right="964" w:bottom="1247" w:left="964" w:header="340" w:footer="198" w:gutter="0"/>
          <w:pgNumType w:start="1"/>
          <w:cols w:space="720"/>
          <w:docGrid w:linePitch="360"/>
        </w:sectPr>
      </w:pPr>
    </w:p>
    <w:p w14:paraId="7F214FE6" w14:textId="77777777" w:rsidR="00A83931" w:rsidRPr="007D4373" w:rsidRDefault="00A83931">
      <w:pPr>
        <w:rPr>
          <w:rFonts w:ascii="Times New Roman" w:hAnsi="Times New Roman" w:cs="Times New Roman"/>
        </w:rPr>
      </w:pPr>
    </w:p>
    <w:sectPr w:rsidR="00A83931" w:rsidRPr="007D4373" w:rsidSect="00034616">
      <w:footerReference w:type="default" r:id="rId11"/>
      <w:pgSz w:w="16838" w:h="11906" w:orient="landscape"/>
      <w:pgMar w:top="794" w:right="964" w:bottom="1247" w:left="964" w:header="340" w:footer="19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69105" w14:textId="77777777" w:rsidR="000C2F98" w:rsidRDefault="000C2F98">
      <w:pPr>
        <w:spacing w:after="0" w:line="240" w:lineRule="auto"/>
      </w:pPr>
      <w:r>
        <w:separator/>
      </w:r>
    </w:p>
  </w:endnote>
  <w:endnote w:type="continuationSeparator" w:id="0">
    <w:p w14:paraId="1E657518" w14:textId="77777777" w:rsidR="000C2F98" w:rsidRDefault="000C2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147D0" w14:textId="77777777" w:rsidR="00B172B4" w:rsidRDefault="00B172B4">
    <w:pPr>
      <w:pBdr>
        <w:bottom w:val="single" w:sz="18" w:space="1" w:color="A64B00"/>
      </w:pBdr>
      <w:spacing w:after="60"/>
    </w:pPr>
  </w:p>
  <w:tbl>
    <w:tblPr>
      <w:tblW w:w="1491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4A0" w:firstRow="1" w:lastRow="0" w:firstColumn="1" w:lastColumn="0" w:noHBand="0" w:noVBand="1"/>
    </w:tblPr>
    <w:tblGrid>
      <w:gridCol w:w="5070"/>
      <w:gridCol w:w="4771"/>
      <w:gridCol w:w="5069"/>
    </w:tblGrid>
    <w:tr w:rsidR="00B172B4" w14:paraId="4EC9AA85" w14:textId="77777777">
      <w:tc>
        <w:tcPr>
          <w:tcW w:w="5069" w:type="dxa"/>
        </w:tcPr>
        <w:p w14:paraId="441CF44B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Düzenleyen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Revize</w:t>
          </w:r>
          <w:proofErr w:type="spellEnd"/>
          <w:r>
            <w:rPr>
              <w:b/>
              <w:sz w:val="16"/>
            </w:rPr>
            <w:t xml:space="preserve"> Eden</w:t>
          </w:r>
        </w:p>
      </w:tc>
      <w:tc>
        <w:tcPr>
          <w:tcW w:w="4771" w:type="dxa"/>
        </w:tcPr>
        <w:p w14:paraId="25D4B34B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Versiyon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Revizyon</w:t>
          </w:r>
          <w:proofErr w:type="spellEnd"/>
          <w:r>
            <w:rPr>
              <w:b/>
              <w:sz w:val="16"/>
            </w:rPr>
            <w:t xml:space="preserve"> </w:t>
          </w:r>
          <w:proofErr w:type="spellStart"/>
          <w:r>
            <w:rPr>
              <w:b/>
              <w:sz w:val="16"/>
            </w:rPr>
            <w:t>Tarihi</w:t>
          </w:r>
          <w:proofErr w:type="spellEnd"/>
        </w:p>
      </w:tc>
      <w:tc>
        <w:tcPr>
          <w:tcW w:w="5069" w:type="dxa"/>
        </w:tcPr>
        <w:p w14:paraId="6BEF1A1D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Onaylayan</w:t>
          </w:r>
          <w:proofErr w:type="spellEnd"/>
        </w:p>
      </w:tc>
    </w:tr>
    <w:tr w:rsidR="00B172B4" w14:paraId="72E76D88" w14:textId="77777777">
      <w:tc>
        <w:tcPr>
          <w:tcW w:w="5069" w:type="dxa"/>
        </w:tcPr>
        <w:p w14:paraId="299F7E05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Kariyer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Etkinlik</w:t>
          </w:r>
          <w:proofErr w:type="spellEnd"/>
          <w:r>
            <w:rPr>
              <w:sz w:val="15"/>
            </w:rPr>
            <w:t xml:space="preserve"> Mezun </w:t>
          </w:r>
          <w:proofErr w:type="spellStart"/>
          <w:r>
            <w:rPr>
              <w:sz w:val="15"/>
            </w:rPr>
            <w:t>İzlem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Komisyonu</w:t>
          </w:r>
          <w:proofErr w:type="spellEnd"/>
        </w:p>
      </w:tc>
      <w:tc>
        <w:tcPr>
          <w:tcW w:w="4771" w:type="dxa"/>
        </w:tcPr>
        <w:p w14:paraId="66B24727" w14:textId="77777777" w:rsidR="00B172B4" w:rsidRDefault="00A83931">
          <w:pPr>
            <w:spacing w:after="0"/>
            <w:jc w:val="center"/>
          </w:pPr>
          <w:r>
            <w:rPr>
              <w:sz w:val="15"/>
            </w:rPr>
            <w:t>V1 / 09.08.2026</w:t>
          </w:r>
        </w:p>
      </w:tc>
      <w:tc>
        <w:tcPr>
          <w:tcW w:w="5069" w:type="dxa"/>
        </w:tcPr>
        <w:p w14:paraId="60608BFE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Hemşirelik</w:t>
          </w:r>
          <w:proofErr w:type="spellEnd"/>
          <w:r>
            <w:rPr>
              <w:sz w:val="15"/>
            </w:rPr>
            <w:t xml:space="preserve"> Bölüm Başkanlığı</w:t>
          </w:r>
        </w:p>
      </w:tc>
    </w:tr>
  </w:tbl>
  <w:p w14:paraId="3361E794" w14:textId="018AD970" w:rsidR="00B172B4" w:rsidRDefault="00B172B4" w:rsidP="009F069F">
    <w:pPr>
      <w:pBdr>
        <w:bottom w:val="single" w:sz="18" w:space="1" w:color="A64B00"/>
      </w:pBdr>
      <w:spacing w:before="40"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14D01" w14:textId="77777777" w:rsidR="00B172B4" w:rsidRDefault="00B172B4">
    <w:pPr>
      <w:pBdr>
        <w:bottom w:val="single" w:sz="18" w:space="1" w:color="A64B00"/>
      </w:pBdr>
      <w:spacing w:after="60"/>
    </w:pPr>
  </w:p>
  <w:tbl>
    <w:tblPr>
      <w:tblW w:w="1491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4A0" w:firstRow="1" w:lastRow="0" w:firstColumn="1" w:lastColumn="0" w:noHBand="0" w:noVBand="1"/>
    </w:tblPr>
    <w:tblGrid>
      <w:gridCol w:w="5070"/>
      <w:gridCol w:w="4771"/>
      <w:gridCol w:w="5069"/>
    </w:tblGrid>
    <w:tr w:rsidR="00B172B4" w14:paraId="78DEDD27" w14:textId="77777777">
      <w:tc>
        <w:tcPr>
          <w:tcW w:w="5069" w:type="dxa"/>
        </w:tcPr>
        <w:p w14:paraId="6A03D708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Düzenleyen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Revize</w:t>
          </w:r>
          <w:proofErr w:type="spellEnd"/>
          <w:r>
            <w:rPr>
              <w:b/>
              <w:sz w:val="16"/>
            </w:rPr>
            <w:t xml:space="preserve"> Eden</w:t>
          </w:r>
        </w:p>
      </w:tc>
      <w:tc>
        <w:tcPr>
          <w:tcW w:w="4771" w:type="dxa"/>
        </w:tcPr>
        <w:p w14:paraId="305D4C89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Versiyon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Revizyon</w:t>
          </w:r>
          <w:proofErr w:type="spellEnd"/>
          <w:r>
            <w:rPr>
              <w:b/>
              <w:sz w:val="16"/>
            </w:rPr>
            <w:t xml:space="preserve"> </w:t>
          </w:r>
          <w:proofErr w:type="spellStart"/>
          <w:r>
            <w:rPr>
              <w:b/>
              <w:sz w:val="16"/>
            </w:rPr>
            <w:t>Tarihi</w:t>
          </w:r>
          <w:proofErr w:type="spellEnd"/>
        </w:p>
      </w:tc>
      <w:tc>
        <w:tcPr>
          <w:tcW w:w="5069" w:type="dxa"/>
        </w:tcPr>
        <w:p w14:paraId="064DFC90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Onaylayan</w:t>
          </w:r>
          <w:proofErr w:type="spellEnd"/>
        </w:p>
      </w:tc>
    </w:tr>
    <w:tr w:rsidR="00B172B4" w14:paraId="6E850FA0" w14:textId="77777777">
      <w:tc>
        <w:tcPr>
          <w:tcW w:w="5069" w:type="dxa"/>
        </w:tcPr>
        <w:p w14:paraId="18D70DE4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Kariyer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Etkinlik</w:t>
          </w:r>
          <w:proofErr w:type="spellEnd"/>
          <w:r>
            <w:rPr>
              <w:sz w:val="15"/>
            </w:rPr>
            <w:t xml:space="preserve"> Mezun </w:t>
          </w:r>
          <w:proofErr w:type="spellStart"/>
          <w:r>
            <w:rPr>
              <w:sz w:val="15"/>
            </w:rPr>
            <w:t>İzlem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Komisyonu</w:t>
          </w:r>
          <w:proofErr w:type="spellEnd"/>
        </w:p>
      </w:tc>
      <w:tc>
        <w:tcPr>
          <w:tcW w:w="4771" w:type="dxa"/>
        </w:tcPr>
        <w:p w14:paraId="0D3CACE3" w14:textId="77777777" w:rsidR="00B172B4" w:rsidRDefault="00A83931">
          <w:pPr>
            <w:spacing w:after="0"/>
            <w:jc w:val="center"/>
          </w:pPr>
          <w:r>
            <w:rPr>
              <w:sz w:val="15"/>
            </w:rPr>
            <w:t>V1 / 09.08.2026</w:t>
          </w:r>
        </w:p>
      </w:tc>
      <w:tc>
        <w:tcPr>
          <w:tcW w:w="5069" w:type="dxa"/>
        </w:tcPr>
        <w:p w14:paraId="6BC137C2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Hemşirelik</w:t>
          </w:r>
          <w:proofErr w:type="spellEnd"/>
          <w:r>
            <w:rPr>
              <w:sz w:val="15"/>
            </w:rPr>
            <w:t xml:space="preserve"> Bölüm Başkanlığı</w:t>
          </w:r>
        </w:p>
      </w:tc>
    </w:tr>
  </w:tbl>
  <w:p w14:paraId="01B55A99" w14:textId="46C45C54" w:rsidR="00B172B4" w:rsidRDefault="00B172B4">
    <w:pPr>
      <w:pBdr>
        <w:bottom w:val="single" w:sz="18" w:space="1" w:color="A64B00"/>
      </w:pBdr>
      <w:spacing w:before="40" w:after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81FB9" w14:textId="77777777" w:rsidR="000C2F98" w:rsidRDefault="000C2F98">
      <w:pPr>
        <w:spacing w:after="0" w:line="240" w:lineRule="auto"/>
      </w:pPr>
      <w:r>
        <w:separator/>
      </w:r>
    </w:p>
  </w:footnote>
  <w:footnote w:type="continuationSeparator" w:id="0">
    <w:p w14:paraId="3B4654AD" w14:textId="77777777" w:rsidR="000C2F98" w:rsidRDefault="000C2F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E04519A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9224018">
    <w:abstractNumId w:val="8"/>
  </w:num>
  <w:num w:numId="2" w16cid:durableId="1798329413">
    <w:abstractNumId w:val="6"/>
  </w:num>
  <w:num w:numId="3" w16cid:durableId="1818567149">
    <w:abstractNumId w:val="5"/>
  </w:num>
  <w:num w:numId="4" w16cid:durableId="2038306527">
    <w:abstractNumId w:val="4"/>
  </w:num>
  <w:num w:numId="5" w16cid:durableId="59256172">
    <w:abstractNumId w:val="7"/>
  </w:num>
  <w:num w:numId="6" w16cid:durableId="1412000141">
    <w:abstractNumId w:val="3"/>
  </w:num>
  <w:num w:numId="7" w16cid:durableId="2032149402">
    <w:abstractNumId w:val="2"/>
  </w:num>
  <w:num w:numId="8" w16cid:durableId="1216504734">
    <w:abstractNumId w:val="1"/>
  </w:num>
  <w:num w:numId="9" w16cid:durableId="2094692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2855"/>
    <w:rsid w:val="000C2F98"/>
    <w:rsid w:val="0015074B"/>
    <w:rsid w:val="00273E02"/>
    <w:rsid w:val="0029639D"/>
    <w:rsid w:val="002A7444"/>
    <w:rsid w:val="002C1AB7"/>
    <w:rsid w:val="002D14AA"/>
    <w:rsid w:val="00326F90"/>
    <w:rsid w:val="003C1449"/>
    <w:rsid w:val="003E40FB"/>
    <w:rsid w:val="00444BE3"/>
    <w:rsid w:val="0046073E"/>
    <w:rsid w:val="0047271A"/>
    <w:rsid w:val="00513139"/>
    <w:rsid w:val="005636AA"/>
    <w:rsid w:val="00596BD2"/>
    <w:rsid w:val="0060607D"/>
    <w:rsid w:val="006B464A"/>
    <w:rsid w:val="006C1499"/>
    <w:rsid w:val="00711208"/>
    <w:rsid w:val="007D4373"/>
    <w:rsid w:val="007F0A82"/>
    <w:rsid w:val="008479B1"/>
    <w:rsid w:val="00973B00"/>
    <w:rsid w:val="00976A03"/>
    <w:rsid w:val="009F069F"/>
    <w:rsid w:val="00A169D7"/>
    <w:rsid w:val="00A83931"/>
    <w:rsid w:val="00AA1D8D"/>
    <w:rsid w:val="00B172B4"/>
    <w:rsid w:val="00B47730"/>
    <w:rsid w:val="00BC7DD2"/>
    <w:rsid w:val="00C37D28"/>
    <w:rsid w:val="00C7172E"/>
    <w:rsid w:val="00C858C5"/>
    <w:rsid w:val="00CB0664"/>
    <w:rsid w:val="00CC6071"/>
    <w:rsid w:val="00DC287F"/>
    <w:rsid w:val="00DF426A"/>
    <w:rsid w:val="00E818CE"/>
    <w:rsid w:val="00EF488D"/>
    <w:rsid w:val="00F14E2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9BD287"/>
  <w14:defaultImageDpi w14:val="300"/>
  <w15:docId w15:val="{16866F48-1E19-4166-9F87-78492FFC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/>
      <w:jc w:val="both"/>
    </w:pPr>
    <w:rPr>
      <w:rFonts w:ascii="Arial" w:hAnsi="Arial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172E55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/>
      <w:b/>
      <w:bCs/>
      <w:color w:val="213B6C"/>
      <w:sz w:val="23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color w:val="4A5563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spacing w:after="60"/>
      <w:ind w:left="369" w:hanging="159"/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spacing w:after="60"/>
      <w:ind w:left="369" w:hanging="159"/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verInstitution">
    <w:name w:val="CoverInstitution"/>
    <w:pPr>
      <w:spacing w:before="80" w:after="0"/>
      <w:jc w:val="center"/>
    </w:pPr>
    <w:rPr>
      <w:rFonts w:ascii="Arial" w:hAnsi="Arial"/>
      <w:b/>
      <w:color w:val="213B6C"/>
      <w:sz w:val="24"/>
    </w:rPr>
  </w:style>
  <w:style w:type="paragraph" w:customStyle="1" w:styleId="CoverTitle">
    <w:name w:val="CoverTitle"/>
    <w:pPr>
      <w:spacing w:before="200" w:after="160"/>
      <w:jc w:val="center"/>
    </w:pPr>
    <w:rPr>
      <w:rFonts w:ascii="Arial" w:hAnsi="Arial"/>
      <w:b/>
      <w:color w:val="172E55"/>
      <w:sz w:val="44"/>
    </w:rPr>
  </w:style>
  <w:style w:type="paragraph" w:customStyle="1" w:styleId="CoverSub">
    <w:name w:val="CoverSub"/>
    <w:pPr>
      <w:spacing w:before="60" w:after="60"/>
      <w:jc w:val="center"/>
    </w:pPr>
    <w:rPr>
      <w:rFonts w:ascii="Arial" w:hAnsi="Arial"/>
      <w:color w:val="4A5563"/>
    </w:rPr>
  </w:style>
  <w:style w:type="paragraph" w:customStyle="1" w:styleId="FormInstitution">
    <w:name w:val="FormInstitution"/>
    <w:pPr>
      <w:spacing w:before="20" w:after="20" w:line="252" w:lineRule="auto"/>
      <w:jc w:val="center"/>
    </w:pPr>
    <w:rPr>
      <w:rFonts w:ascii="Arial" w:hAnsi="Arial"/>
      <w:b/>
      <w:color w:val="000000"/>
      <w:sz w:val="19"/>
    </w:rPr>
  </w:style>
  <w:style w:type="paragraph" w:customStyle="1" w:styleId="FormTitle">
    <w:name w:val="FormTitle"/>
    <w:pPr>
      <w:spacing w:before="80" w:after="80" w:line="252" w:lineRule="auto"/>
      <w:jc w:val="center"/>
    </w:pPr>
    <w:rPr>
      <w:rFonts w:ascii="Arial" w:hAnsi="Arial"/>
      <w:b/>
      <w:color w:val="000000"/>
      <w:sz w:val="26"/>
    </w:rPr>
  </w:style>
  <w:style w:type="paragraph" w:customStyle="1" w:styleId="SmallText">
    <w:name w:val="SmallText"/>
    <w:pPr>
      <w:spacing w:after="40"/>
    </w:pPr>
    <w:rPr>
      <w:rFonts w:ascii="Arial" w:hAnsi="Arial"/>
      <w:color w:val="4A5563"/>
      <w:sz w:val="16"/>
    </w:rPr>
  </w:style>
  <w:style w:type="paragraph" w:customStyle="1" w:styleId="TOCEntry">
    <w:name w:val="TOCEntry"/>
    <w:pPr>
      <w:spacing w:after="80"/>
    </w:pPr>
    <w:rPr>
      <w:rFonts w:ascii="Arial" w:hAnsi="Arial"/>
      <w:color w:val="000000"/>
      <w:sz w:val="21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14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4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E273B1-94F3-4103-B194-F87955720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387</Words>
  <Characters>2206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Öğrenci Faaliyetlerine Katılım İzlem Süreci Rehberi</vt:lpstr>
      <vt:lpstr/>
    </vt:vector>
  </TitlesOfParts>
  <Company/>
  <LinksUpToDate>false</LinksUpToDate>
  <CharactersWithSpaces>2588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Öğrenci Faaliyetlerine Katılım İzlem Süreci Rehberi</dc:title>
  <dc:subject>Burdur Mehmet Akif Ersoy Üniversitesi Sağlık Bilimleri Fakültesi Hemşirelik Bölümü</dc:subject>
  <dc:creator>Kariyer Etkinlik Mezun İzlem Komisyonu</dc:creator>
  <cp:keywords>öğrenci faaliyetleri, katılım, izlem, PUKÖ, Hemşirelik Bölümü</cp:keywords>
  <dc:description>generated by python-docx</dc:description>
  <cp:lastModifiedBy>hanife erbil</cp:lastModifiedBy>
  <cp:revision>5</cp:revision>
  <dcterms:created xsi:type="dcterms:W3CDTF">2026-09-02T07:51:00Z</dcterms:created>
  <dcterms:modified xsi:type="dcterms:W3CDTF">2026-09-02T08:21:00Z</dcterms:modified>
</cp:coreProperties>
</file>