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3969"/>
        <w:gridCol w:w="1843"/>
        <w:gridCol w:w="2372"/>
      </w:tblGrid>
      <w:tr w:rsidR="009F0E30" w:rsidRPr="00F3677A" w14:paraId="6E18410A" w14:textId="77777777" w:rsidTr="009F0E30">
        <w:trPr>
          <w:trHeight w:val="259"/>
          <w:jc w:val="center"/>
        </w:trPr>
        <w:tc>
          <w:tcPr>
            <w:tcW w:w="2096" w:type="dxa"/>
            <w:vMerge w:val="restart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C512F0" w14:textId="77777777" w:rsidR="009F0E30" w:rsidRPr="00F3677A" w:rsidRDefault="009F0E30" w:rsidP="009F0E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sz w:val="20"/>
                <w:szCs w:val="20"/>
                <w:lang w:val="tr-TR"/>
              </w:rPr>
              <w:drawing>
                <wp:inline distT="0" distB="0" distL="0" distR="0" wp14:anchorId="57DAC322" wp14:editId="7E7CCCC9">
                  <wp:extent cx="1097280" cy="45150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bmyo_maku_logo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45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747519" w14:textId="77777777" w:rsidR="009F0E30" w:rsidRPr="00F3677A" w:rsidRDefault="009F0E30" w:rsidP="009F0E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t>TEKNİK BİLİMLER MESLEK YÜKSEKOKULU</w:t>
            </w: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br/>
              <w:t>İŞLETMEDE MESLEKİ EĞİTİM</w:t>
            </w: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br/>
              <w:t>MAZERET BAŞVURU FORMU</w:t>
            </w:r>
          </w:p>
        </w:tc>
        <w:tc>
          <w:tcPr>
            <w:tcW w:w="184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BD4036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t>Doküman No</w:t>
            </w:r>
          </w:p>
        </w:tc>
        <w:tc>
          <w:tcPr>
            <w:tcW w:w="23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552278" w14:textId="77777777" w:rsidR="009F0E30" w:rsidRPr="00F3677A" w:rsidRDefault="009F0E30" w:rsidP="009F0E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>TBMYO-ÖFRM-115</w:t>
            </w:r>
          </w:p>
        </w:tc>
      </w:tr>
      <w:tr w:rsidR="009F0E30" w:rsidRPr="00F3677A" w14:paraId="72331DFB" w14:textId="77777777" w:rsidTr="009F0E30">
        <w:trPr>
          <w:trHeight w:val="259"/>
          <w:jc w:val="center"/>
        </w:trPr>
        <w:tc>
          <w:tcPr>
            <w:tcW w:w="2096" w:type="dxa"/>
            <w:vMerge/>
          </w:tcPr>
          <w:p w14:paraId="3384089B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vMerge/>
          </w:tcPr>
          <w:p w14:paraId="6B4AF268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42604A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t>Yürürlük Tarihi</w:t>
            </w:r>
          </w:p>
        </w:tc>
        <w:tc>
          <w:tcPr>
            <w:tcW w:w="23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74CEEC" w14:textId="77777777" w:rsidR="009F0E30" w:rsidRPr="00F3677A" w:rsidRDefault="009F0E30" w:rsidP="009F0E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>… / … / 2026</w:t>
            </w:r>
          </w:p>
        </w:tc>
      </w:tr>
      <w:tr w:rsidR="009F0E30" w:rsidRPr="00F3677A" w14:paraId="144906D0" w14:textId="77777777" w:rsidTr="009F0E30">
        <w:trPr>
          <w:trHeight w:val="259"/>
          <w:jc w:val="center"/>
        </w:trPr>
        <w:tc>
          <w:tcPr>
            <w:tcW w:w="2096" w:type="dxa"/>
            <w:vMerge/>
          </w:tcPr>
          <w:p w14:paraId="2E1215C1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vMerge/>
          </w:tcPr>
          <w:p w14:paraId="06D9526D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3BD3BF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t>Revizyon Tarihi</w:t>
            </w:r>
          </w:p>
        </w:tc>
        <w:tc>
          <w:tcPr>
            <w:tcW w:w="23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373069" w14:textId="77777777" w:rsidR="009F0E30" w:rsidRPr="00F3677A" w:rsidRDefault="009F0E30" w:rsidP="009F0E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>-</w:t>
            </w:r>
          </w:p>
        </w:tc>
      </w:tr>
      <w:tr w:rsidR="009F0E30" w:rsidRPr="00F3677A" w14:paraId="6F086F45" w14:textId="77777777" w:rsidTr="009F0E30">
        <w:trPr>
          <w:trHeight w:val="259"/>
          <w:jc w:val="center"/>
        </w:trPr>
        <w:tc>
          <w:tcPr>
            <w:tcW w:w="2096" w:type="dxa"/>
            <w:vMerge/>
          </w:tcPr>
          <w:p w14:paraId="509704CC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vMerge/>
          </w:tcPr>
          <w:p w14:paraId="4C9FD888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42ABC1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t>Revizyon No</w:t>
            </w:r>
          </w:p>
        </w:tc>
        <w:tc>
          <w:tcPr>
            <w:tcW w:w="23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C3D67E" w14:textId="77777777" w:rsidR="009F0E30" w:rsidRPr="00F3677A" w:rsidRDefault="009F0E30" w:rsidP="009F0E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>-</w:t>
            </w:r>
          </w:p>
        </w:tc>
      </w:tr>
      <w:tr w:rsidR="009F0E30" w:rsidRPr="00F3677A" w14:paraId="6019C656" w14:textId="77777777" w:rsidTr="009F0E30">
        <w:trPr>
          <w:trHeight w:val="259"/>
          <w:jc w:val="center"/>
        </w:trPr>
        <w:tc>
          <w:tcPr>
            <w:tcW w:w="2096" w:type="dxa"/>
            <w:vMerge/>
          </w:tcPr>
          <w:p w14:paraId="31A19F8E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vMerge/>
          </w:tcPr>
          <w:p w14:paraId="2072DD3C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9E07AF" w14:textId="77777777" w:rsidR="009F0E30" w:rsidRPr="00F3677A" w:rsidRDefault="009F0E30" w:rsidP="009F0E3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b/>
                <w:color w:val="000000"/>
                <w:sz w:val="20"/>
                <w:szCs w:val="20"/>
                <w:lang w:val="tr-TR"/>
              </w:rPr>
              <w:t>Sayfa No</w:t>
            </w:r>
          </w:p>
        </w:tc>
        <w:tc>
          <w:tcPr>
            <w:tcW w:w="23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99A9F3" w14:textId="77777777" w:rsidR="009F0E30" w:rsidRPr="00F3677A" w:rsidRDefault="009F0E30" w:rsidP="009F0E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>1 / 1</w:t>
            </w:r>
          </w:p>
        </w:tc>
      </w:tr>
    </w:tbl>
    <w:p w14:paraId="61169036" w14:textId="05E2B9E3" w:rsidR="005D1CC3" w:rsidRPr="00F3677A" w:rsidRDefault="00000000">
      <w:pPr>
        <w:jc w:val="center"/>
        <w:rPr>
          <w:rFonts w:asciiTheme="majorBidi" w:hAnsiTheme="majorBidi" w:cstheme="majorBidi"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b/>
          <w:sz w:val="20"/>
          <w:szCs w:val="20"/>
          <w:lang w:val="tr-TR"/>
        </w:rPr>
        <w:t>T.C.</w:t>
      </w:r>
      <w:r w:rsidRPr="00F3677A">
        <w:rPr>
          <w:rFonts w:asciiTheme="majorBidi" w:hAnsiTheme="majorBidi" w:cstheme="majorBidi"/>
          <w:b/>
          <w:sz w:val="20"/>
          <w:szCs w:val="20"/>
          <w:lang w:val="tr-TR"/>
        </w:rPr>
        <w:br/>
        <w:t>BURDUR MEHMET AKİF ERSOY ÜNİVERSİTESİ</w:t>
      </w:r>
      <w:r w:rsidRPr="00F3677A">
        <w:rPr>
          <w:rFonts w:asciiTheme="majorBidi" w:hAnsiTheme="majorBidi" w:cstheme="majorBidi"/>
          <w:b/>
          <w:sz w:val="20"/>
          <w:szCs w:val="20"/>
          <w:lang w:val="tr-TR"/>
        </w:rPr>
        <w:br/>
        <w:t>TEKNİK BİLİMLER MESLEK YÜKSEKOKULU MÜDÜRLÜĞÜNE</w:t>
      </w:r>
    </w:p>
    <w:p w14:paraId="39A755B0" w14:textId="355D881E" w:rsidR="005D1CC3" w:rsidRPr="00F3677A" w:rsidRDefault="00000000">
      <w:pPr>
        <w:rPr>
          <w:rFonts w:asciiTheme="majorBidi" w:hAnsiTheme="majorBidi" w:cstheme="majorBidi"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sz w:val="20"/>
          <w:szCs w:val="20"/>
          <w:lang w:val="tr-TR"/>
        </w:rPr>
        <w:br/>
      </w:r>
      <w:r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>K</w:t>
      </w:r>
      <w:r w:rsidR="006F0C1C"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>onu</w:t>
      </w:r>
      <w:r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>:</w:t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t xml:space="preserve"> </w:t>
      </w:r>
      <w:r w:rsidR="009F0E30" w:rsidRPr="00F3677A">
        <w:rPr>
          <w:rFonts w:asciiTheme="majorBidi" w:hAnsiTheme="majorBidi" w:cstheme="majorBidi"/>
          <w:sz w:val="20"/>
          <w:szCs w:val="20"/>
          <w:lang w:val="tr-TR"/>
        </w:rPr>
        <w:t xml:space="preserve">İşletmede Mesleki Eğitim  Güz Dönemi Mazeret </w:t>
      </w:r>
      <w:r w:rsidR="00F3677A">
        <w:rPr>
          <w:rFonts w:asciiTheme="majorBidi" w:hAnsiTheme="majorBidi" w:cstheme="majorBidi"/>
          <w:sz w:val="20"/>
          <w:szCs w:val="20"/>
          <w:lang w:val="tr-TR"/>
        </w:rPr>
        <w:t>v</w:t>
      </w:r>
      <w:r w:rsidR="009F0E30" w:rsidRPr="00F3677A">
        <w:rPr>
          <w:rFonts w:asciiTheme="majorBidi" w:hAnsiTheme="majorBidi" w:cstheme="majorBidi"/>
          <w:sz w:val="20"/>
          <w:szCs w:val="20"/>
          <w:lang w:val="tr-TR"/>
        </w:rPr>
        <w:t>e Başvuru Talebi</w:t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br/>
      </w:r>
    </w:p>
    <w:p w14:paraId="638F1442" w14:textId="5C0A4032" w:rsidR="005D1CC3" w:rsidRPr="00F3677A" w:rsidRDefault="00000000" w:rsidP="009F0E30">
      <w:pPr>
        <w:ind w:firstLine="720"/>
        <w:jc w:val="both"/>
        <w:rPr>
          <w:rFonts w:asciiTheme="majorBidi" w:hAnsiTheme="majorBidi" w:cstheme="majorBidi"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sz w:val="20"/>
          <w:szCs w:val="20"/>
          <w:lang w:val="tr-TR"/>
        </w:rPr>
        <w:t xml:space="preserve">Burdur Mehmet Akif Ersoy Üniversitesi Teknik Bilimler Meslek Yüksekokulu İşletmede Mesleki Eğitim Usul ve </w:t>
      </w:r>
      <w:proofErr w:type="spellStart"/>
      <w:r w:rsidRPr="00F3677A">
        <w:rPr>
          <w:rFonts w:asciiTheme="majorBidi" w:hAnsiTheme="majorBidi" w:cstheme="majorBidi"/>
          <w:sz w:val="20"/>
          <w:szCs w:val="20"/>
          <w:lang w:val="tr-TR"/>
        </w:rPr>
        <w:t>Esasları'nın</w:t>
      </w:r>
      <w:proofErr w:type="spellEnd"/>
      <w:r w:rsidRPr="00F3677A">
        <w:rPr>
          <w:rFonts w:asciiTheme="majorBidi" w:hAnsiTheme="majorBidi" w:cstheme="majorBidi"/>
          <w:sz w:val="20"/>
          <w:szCs w:val="20"/>
          <w:lang w:val="tr-TR"/>
        </w:rPr>
        <w:t xml:space="preserve"> 13'üncü maddesinin ikinci fıkrası uyarınca; bahar döneminde (normal döneminde) yapmam gereken İşletmede Mesleki Eğitim  dersimi aşağıda belirttiğim mazeretim nedeniyle tamamlayamadım/alamadım. Mezuniyetimin gecikmemesi ve eğitim-öğretim hakkımın korunması adına, söz konusu dersi </w:t>
      </w:r>
      <w:proofErr w:type="gramStart"/>
      <w:r w:rsidRPr="00F3677A">
        <w:rPr>
          <w:rFonts w:asciiTheme="majorBidi" w:hAnsiTheme="majorBidi" w:cstheme="majorBidi"/>
          <w:sz w:val="20"/>
          <w:szCs w:val="20"/>
          <w:lang w:val="tr-TR"/>
        </w:rPr>
        <w:t>20</w:t>
      </w:r>
      <w:r w:rsidR="009F0E30" w:rsidRPr="00F3677A">
        <w:rPr>
          <w:rFonts w:asciiTheme="majorBidi" w:hAnsiTheme="majorBidi" w:cstheme="majorBidi"/>
          <w:sz w:val="20"/>
          <w:szCs w:val="20"/>
          <w:lang w:val="tr-TR"/>
        </w:rPr>
        <w:t>….</w:t>
      </w:r>
      <w:proofErr w:type="gramEnd"/>
      <w:r w:rsidRPr="00F3677A">
        <w:rPr>
          <w:rFonts w:asciiTheme="majorBidi" w:hAnsiTheme="majorBidi" w:cstheme="majorBidi"/>
          <w:sz w:val="20"/>
          <w:szCs w:val="20"/>
          <w:lang w:val="tr-TR"/>
        </w:rPr>
        <w:t>-</w:t>
      </w:r>
      <w:r w:rsidR="009F0E30" w:rsidRPr="00F3677A">
        <w:rPr>
          <w:rFonts w:asciiTheme="majorBidi" w:hAnsiTheme="majorBidi" w:cstheme="majorBidi"/>
          <w:sz w:val="20"/>
          <w:szCs w:val="20"/>
          <w:lang w:val="tr-TR"/>
        </w:rPr>
        <w:t xml:space="preserve"> </w:t>
      </w:r>
      <w:proofErr w:type="gramStart"/>
      <w:r w:rsidRPr="00F3677A">
        <w:rPr>
          <w:rFonts w:asciiTheme="majorBidi" w:hAnsiTheme="majorBidi" w:cstheme="majorBidi"/>
          <w:sz w:val="20"/>
          <w:szCs w:val="20"/>
          <w:lang w:val="tr-TR"/>
        </w:rPr>
        <w:t>20</w:t>
      </w:r>
      <w:r w:rsidR="009F0E30" w:rsidRPr="00F3677A">
        <w:rPr>
          <w:rFonts w:asciiTheme="majorBidi" w:hAnsiTheme="majorBidi" w:cstheme="majorBidi"/>
          <w:sz w:val="20"/>
          <w:szCs w:val="20"/>
          <w:lang w:val="tr-TR"/>
        </w:rPr>
        <w:t>….</w:t>
      </w:r>
      <w:proofErr w:type="gramEnd"/>
      <w:r w:rsidR="009F0E30" w:rsidRPr="00F3677A">
        <w:rPr>
          <w:rFonts w:asciiTheme="majorBidi" w:hAnsiTheme="majorBidi" w:cstheme="majorBidi"/>
          <w:sz w:val="20"/>
          <w:szCs w:val="20"/>
          <w:lang w:val="tr-TR"/>
        </w:rPr>
        <w:t>.</w:t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t xml:space="preserve"> Eğitim-Öğretim Yılı Güz Yarıyılında alabilmem hususunda gereğini arz ederim.</w:t>
      </w:r>
    </w:p>
    <w:tbl>
      <w:tblPr>
        <w:tblStyle w:val="TabloKlavuzu"/>
        <w:tblW w:w="9082" w:type="dxa"/>
        <w:tblLook w:val="04A0" w:firstRow="1" w:lastRow="0" w:firstColumn="1" w:lastColumn="0" w:noHBand="0" w:noVBand="1"/>
      </w:tblPr>
      <w:tblGrid>
        <w:gridCol w:w="3716"/>
        <w:gridCol w:w="5366"/>
      </w:tblGrid>
      <w:tr w:rsidR="005D1CC3" w:rsidRPr="00F3677A" w14:paraId="5BF9F7D9" w14:textId="77777777" w:rsidTr="00A7583E">
        <w:tc>
          <w:tcPr>
            <w:tcW w:w="3716" w:type="dxa"/>
            <w:vAlign w:val="center"/>
          </w:tcPr>
          <w:p w14:paraId="03090138" w14:textId="77777777" w:rsidR="005D1CC3" w:rsidRPr="00A7583E" w:rsidRDefault="00000000" w:rsidP="006F0C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A7583E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Adı Soyadı</w:t>
            </w:r>
          </w:p>
        </w:tc>
        <w:tc>
          <w:tcPr>
            <w:tcW w:w="5366" w:type="dxa"/>
            <w:vAlign w:val="center"/>
          </w:tcPr>
          <w:p w14:paraId="0B8081A3" w14:textId="77777777" w:rsidR="005D1CC3" w:rsidRPr="00F3677A" w:rsidRDefault="005D1CC3" w:rsidP="006F0C1C">
            <w:p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5D1CC3" w:rsidRPr="00F3677A" w14:paraId="048B237E" w14:textId="77777777" w:rsidTr="00A7583E">
        <w:tc>
          <w:tcPr>
            <w:tcW w:w="3716" w:type="dxa"/>
            <w:vAlign w:val="center"/>
          </w:tcPr>
          <w:p w14:paraId="1FA6220E" w14:textId="77777777" w:rsidR="005D1CC3" w:rsidRPr="00A7583E" w:rsidRDefault="00000000" w:rsidP="006F0C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A7583E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5366" w:type="dxa"/>
            <w:vAlign w:val="center"/>
          </w:tcPr>
          <w:p w14:paraId="437542A9" w14:textId="77777777" w:rsidR="005D1CC3" w:rsidRPr="00F3677A" w:rsidRDefault="005D1CC3" w:rsidP="006F0C1C">
            <w:p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5D1CC3" w:rsidRPr="00F3677A" w14:paraId="251835A3" w14:textId="77777777" w:rsidTr="00A7583E">
        <w:tc>
          <w:tcPr>
            <w:tcW w:w="3716" w:type="dxa"/>
            <w:vAlign w:val="center"/>
          </w:tcPr>
          <w:p w14:paraId="68DD40EF" w14:textId="77777777" w:rsidR="005D1CC3" w:rsidRPr="00A7583E" w:rsidRDefault="00000000" w:rsidP="006F0C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A7583E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Bölümü / Programı</w:t>
            </w:r>
          </w:p>
        </w:tc>
        <w:tc>
          <w:tcPr>
            <w:tcW w:w="5366" w:type="dxa"/>
            <w:vAlign w:val="center"/>
          </w:tcPr>
          <w:p w14:paraId="0B10F874" w14:textId="77777777" w:rsidR="005D1CC3" w:rsidRPr="00F3677A" w:rsidRDefault="005D1CC3" w:rsidP="006F0C1C">
            <w:p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6F0C1C" w:rsidRPr="00F3677A" w14:paraId="56F03582" w14:textId="77777777" w:rsidTr="00A7583E">
        <w:tc>
          <w:tcPr>
            <w:tcW w:w="3716" w:type="dxa"/>
            <w:vAlign w:val="center"/>
          </w:tcPr>
          <w:p w14:paraId="1C34245A" w14:textId="34E7BBDA" w:rsidR="006F0C1C" w:rsidRPr="00A7583E" w:rsidRDefault="006F0C1C" w:rsidP="006F0C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A7583E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İşletmede Mesleki Eğitim Ders Durumu</w:t>
            </w:r>
          </w:p>
        </w:tc>
        <w:tc>
          <w:tcPr>
            <w:tcW w:w="5366" w:type="dxa"/>
            <w:vAlign w:val="center"/>
          </w:tcPr>
          <w:p w14:paraId="176348E5" w14:textId="7356991C" w:rsidR="006F0C1C" w:rsidRPr="00F3677A" w:rsidRDefault="006F0C1C" w:rsidP="006F0C1C">
            <w:p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>[ ]</w:t>
            </w: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 xml:space="preserve"> Hiç alamadım     </w:t>
            </w: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 xml:space="preserve">[ ] </w:t>
            </w:r>
            <w:r w:rsidRPr="00F3677A">
              <w:rPr>
                <w:rFonts w:asciiTheme="majorBidi" w:hAnsiTheme="majorBidi" w:cstheme="majorBidi"/>
                <w:color w:val="000000"/>
                <w:sz w:val="20"/>
                <w:szCs w:val="20"/>
                <w:lang w:val="tr-TR"/>
              </w:rPr>
              <w:t>Başladım ancak tamamlayamadım</w:t>
            </w:r>
          </w:p>
        </w:tc>
      </w:tr>
      <w:tr w:rsidR="006F0C1C" w:rsidRPr="00F3677A" w14:paraId="55691562" w14:textId="77777777" w:rsidTr="00A7583E">
        <w:tc>
          <w:tcPr>
            <w:tcW w:w="3716" w:type="dxa"/>
            <w:vAlign w:val="center"/>
          </w:tcPr>
          <w:p w14:paraId="2CCE6A3C" w14:textId="77777777" w:rsidR="006F0C1C" w:rsidRPr="00A7583E" w:rsidRDefault="006F0C1C" w:rsidP="006F0C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A7583E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Mazeret Türü</w:t>
            </w:r>
          </w:p>
        </w:tc>
        <w:tc>
          <w:tcPr>
            <w:tcW w:w="5366" w:type="dxa"/>
            <w:vAlign w:val="center"/>
          </w:tcPr>
          <w:p w14:paraId="05CE463C" w14:textId="77777777" w:rsidR="006F0C1C" w:rsidRPr="00F3677A" w:rsidRDefault="006F0C1C" w:rsidP="006F0C1C">
            <w:p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F3677A">
              <w:rPr>
                <w:rFonts w:asciiTheme="majorBidi" w:hAnsiTheme="majorBidi" w:cstheme="majorBidi"/>
                <w:sz w:val="20"/>
                <w:szCs w:val="20"/>
                <w:lang w:val="tr-TR"/>
              </w:rPr>
              <w:t>[ ] İş Kazası [ ] Ağır Hastalık [ ] Diğer: ........................</w:t>
            </w:r>
          </w:p>
        </w:tc>
      </w:tr>
    </w:tbl>
    <w:p w14:paraId="58602F44" w14:textId="6A7044CE" w:rsidR="005D1CC3" w:rsidRPr="00F3677A" w:rsidRDefault="00000000" w:rsidP="006F0C1C">
      <w:pPr>
        <w:rPr>
          <w:rFonts w:asciiTheme="majorBidi" w:hAnsiTheme="majorBidi" w:cstheme="majorBidi"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sz w:val="20"/>
          <w:szCs w:val="20"/>
          <w:lang w:val="tr-TR"/>
        </w:rPr>
        <w:br/>
      </w:r>
      <w:r w:rsidRPr="00A7583E">
        <w:rPr>
          <w:rFonts w:asciiTheme="majorBidi" w:hAnsiTheme="majorBidi" w:cstheme="majorBidi"/>
          <w:b/>
          <w:bCs/>
          <w:sz w:val="20"/>
          <w:szCs w:val="20"/>
          <w:lang w:val="tr-TR"/>
        </w:rPr>
        <w:t>Mazeret Açıklaması:</w:t>
      </w:r>
      <w:r w:rsidR="006F0C1C" w:rsidRPr="00F3677A">
        <w:rPr>
          <w:rFonts w:asciiTheme="majorBidi" w:hAnsiTheme="majorBidi" w:cstheme="majorBidi"/>
          <w:sz w:val="20"/>
          <w:szCs w:val="20"/>
          <w:lang w:val="tr-TR"/>
        </w:rPr>
        <w:br/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t>______________________________________________________________________</w:t>
      </w:r>
      <w:r w:rsidR="006F0C1C" w:rsidRPr="00F3677A">
        <w:rPr>
          <w:rFonts w:asciiTheme="majorBidi" w:hAnsiTheme="majorBidi" w:cstheme="majorBidi"/>
          <w:sz w:val="20"/>
          <w:szCs w:val="20"/>
          <w:lang w:val="tr-TR"/>
        </w:rPr>
        <w:t>________________</w:t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br/>
        <w:t>______________________________________________________________________</w:t>
      </w:r>
      <w:r w:rsidR="006F0C1C" w:rsidRPr="00F3677A">
        <w:rPr>
          <w:rFonts w:asciiTheme="majorBidi" w:hAnsiTheme="majorBidi" w:cstheme="majorBidi"/>
          <w:sz w:val="20"/>
          <w:szCs w:val="20"/>
          <w:lang w:val="tr-TR"/>
        </w:rPr>
        <w:t>________________</w:t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br/>
        <w:t>______________________________________________________________________</w:t>
      </w:r>
      <w:r w:rsidR="006F0C1C" w:rsidRPr="00F3677A">
        <w:rPr>
          <w:rFonts w:asciiTheme="majorBidi" w:hAnsiTheme="majorBidi" w:cstheme="majorBidi"/>
          <w:sz w:val="20"/>
          <w:szCs w:val="20"/>
          <w:lang w:val="tr-TR"/>
        </w:rPr>
        <w:t>________________</w:t>
      </w:r>
    </w:p>
    <w:p w14:paraId="7D022D33" w14:textId="16A362A5" w:rsidR="005D1CC3" w:rsidRPr="00F3677A" w:rsidRDefault="00000000">
      <w:pPr>
        <w:rPr>
          <w:rFonts w:asciiTheme="majorBidi" w:hAnsiTheme="majorBidi" w:cstheme="majorBidi"/>
          <w:b/>
          <w:bCs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>E</w:t>
      </w:r>
      <w:r w:rsidR="006F0C1C"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>kler</w:t>
      </w:r>
      <w:r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>:</w:t>
      </w:r>
    </w:p>
    <w:p w14:paraId="578CF423" w14:textId="77777777" w:rsidR="005D1CC3" w:rsidRPr="00F3677A" w:rsidRDefault="00000000">
      <w:pPr>
        <w:rPr>
          <w:rFonts w:asciiTheme="majorBidi" w:hAnsiTheme="majorBidi" w:cstheme="majorBidi"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sz w:val="20"/>
          <w:szCs w:val="20"/>
          <w:lang w:val="tr-TR"/>
        </w:rPr>
        <w:t>1. Güncel Transkript</w:t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br/>
        <w:t>2. Mazereti Kanıtlayan Resmî Belge/Belgeler</w:t>
      </w:r>
    </w:p>
    <w:p w14:paraId="557ED13C" w14:textId="022BB5A4" w:rsidR="005D1CC3" w:rsidRPr="00F3677A" w:rsidRDefault="006F0C1C" w:rsidP="006F0C1C">
      <w:pPr>
        <w:jc w:val="both"/>
        <w:rPr>
          <w:rFonts w:asciiTheme="majorBidi" w:hAnsiTheme="majorBidi" w:cstheme="majorBidi"/>
          <w:b/>
          <w:bCs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 xml:space="preserve">[ ] </w:t>
      </w:r>
      <w:r w:rsidRPr="00F3677A">
        <w:rPr>
          <w:rFonts w:asciiTheme="majorBidi" w:hAnsiTheme="majorBidi" w:cstheme="majorBidi"/>
          <w:b/>
          <w:bCs/>
          <w:sz w:val="20"/>
          <w:szCs w:val="20"/>
          <w:lang w:val="tr-TR"/>
        </w:rPr>
        <w:t>İşletmede Mesleki Eğitim dersi dışındaki tüm derslerimi başarıyla tamamladığımı; başvuru bilgilerimin ve sunduğum belgelerin doğru olduğunu beyan ederim.</w:t>
      </w:r>
    </w:p>
    <w:p w14:paraId="7CC2B81A" w14:textId="77777777" w:rsidR="00F3677A" w:rsidRDefault="00F3677A">
      <w:pPr>
        <w:jc w:val="right"/>
        <w:rPr>
          <w:rFonts w:asciiTheme="majorBidi" w:hAnsiTheme="majorBidi" w:cstheme="majorBidi"/>
          <w:sz w:val="20"/>
          <w:szCs w:val="20"/>
          <w:lang w:val="tr-TR"/>
        </w:rPr>
      </w:pPr>
    </w:p>
    <w:p w14:paraId="7D2DC18F" w14:textId="12AE82A6" w:rsidR="005D1CC3" w:rsidRPr="00F3677A" w:rsidRDefault="00000000" w:rsidP="00F3677A">
      <w:pPr>
        <w:ind w:left="6480"/>
        <w:rPr>
          <w:rFonts w:asciiTheme="majorBidi" w:hAnsiTheme="majorBidi" w:cstheme="majorBidi"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sz w:val="20"/>
          <w:szCs w:val="20"/>
          <w:lang w:val="tr-TR"/>
        </w:rPr>
        <w:t>Tarih:</w:t>
      </w:r>
      <w:proofErr w:type="gramStart"/>
      <w:r w:rsidRPr="00F3677A">
        <w:rPr>
          <w:rFonts w:asciiTheme="majorBidi" w:hAnsiTheme="majorBidi" w:cstheme="majorBidi"/>
          <w:sz w:val="20"/>
          <w:szCs w:val="20"/>
          <w:lang w:val="tr-TR"/>
        </w:rPr>
        <w:t xml:space="preserve"> ....</w:t>
      </w:r>
      <w:proofErr w:type="gramEnd"/>
      <w:r w:rsidRPr="00F3677A">
        <w:rPr>
          <w:rFonts w:asciiTheme="majorBidi" w:hAnsiTheme="majorBidi" w:cstheme="majorBidi"/>
          <w:sz w:val="20"/>
          <w:szCs w:val="20"/>
          <w:lang w:val="tr-TR"/>
        </w:rPr>
        <w:t>.</w:t>
      </w:r>
      <w:proofErr w:type="gramStart"/>
      <w:r w:rsidRPr="00F3677A">
        <w:rPr>
          <w:rFonts w:asciiTheme="majorBidi" w:hAnsiTheme="majorBidi" w:cstheme="majorBidi"/>
          <w:sz w:val="20"/>
          <w:szCs w:val="20"/>
          <w:lang w:val="tr-TR"/>
        </w:rPr>
        <w:t>/....</w:t>
      </w:r>
      <w:proofErr w:type="gramEnd"/>
      <w:r w:rsidRPr="00F3677A">
        <w:rPr>
          <w:rFonts w:asciiTheme="majorBidi" w:hAnsiTheme="majorBidi" w:cstheme="majorBidi"/>
          <w:sz w:val="20"/>
          <w:szCs w:val="20"/>
          <w:lang w:val="tr-TR"/>
        </w:rPr>
        <w:t>./20</w:t>
      </w:r>
      <w:r w:rsidR="00F3677A" w:rsidRPr="00F3677A">
        <w:rPr>
          <w:rFonts w:asciiTheme="majorBidi" w:hAnsiTheme="majorBidi" w:cstheme="majorBidi"/>
          <w:sz w:val="20"/>
          <w:szCs w:val="20"/>
          <w:lang w:val="tr-TR"/>
        </w:rPr>
        <w:t>…</w:t>
      </w:r>
      <w:r w:rsidR="00F3677A">
        <w:rPr>
          <w:rFonts w:asciiTheme="majorBidi" w:hAnsiTheme="majorBidi" w:cstheme="majorBidi"/>
          <w:sz w:val="20"/>
          <w:szCs w:val="20"/>
          <w:lang w:val="tr-TR"/>
        </w:rPr>
        <w:br/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t>İmza</w:t>
      </w:r>
      <w:r w:rsidRPr="00F3677A">
        <w:rPr>
          <w:rFonts w:asciiTheme="majorBidi" w:hAnsiTheme="majorBidi" w:cstheme="majorBidi"/>
          <w:sz w:val="20"/>
          <w:szCs w:val="20"/>
          <w:lang w:val="tr-TR"/>
        </w:rPr>
        <w:br/>
        <w:t>Adı Soyadı</w:t>
      </w:r>
    </w:p>
    <w:p w14:paraId="6DA3383F" w14:textId="77777777" w:rsidR="00F3677A" w:rsidRDefault="00F3677A" w:rsidP="008C14D3">
      <w:pPr>
        <w:spacing w:before="40"/>
        <w:jc w:val="both"/>
        <w:rPr>
          <w:rFonts w:asciiTheme="majorBidi" w:hAnsiTheme="majorBidi" w:cstheme="majorBidi"/>
          <w:b/>
          <w:bCs/>
          <w:i/>
          <w:sz w:val="20"/>
          <w:szCs w:val="20"/>
          <w:lang w:val="tr-TR"/>
        </w:rPr>
      </w:pPr>
    </w:p>
    <w:p w14:paraId="21CA6825" w14:textId="77777777" w:rsidR="00F3677A" w:rsidRDefault="00F3677A" w:rsidP="008C14D3">
      <w:pPr>
        <w:spacing w:before="40"/>
        <w:jc w:val="both"/>
        <w:rPr>
          <w:rFonts w:asciiTheme="majorBidi" w:hAnsiTheme="majorBidi" w:cstheme="majorBidi"/>
          <w:b/>
          <w:bCs/>
          <w:i/>
          <w:sz w:val="20"/>
          <w:szCs w:val="20"/>
          <w:lang w:val="tr-TR"/>
        </w:rPr>
      </w:pPr>
    </w:p>
    <w:p w14:paraId="6936D9DD" w14:textId="55442331" w:rsidR="008C14D3" w:rsidRPr="00F3677A" w:rsidRDefault="00000000" w:rsidP="008C14D3">
      <w:pPr>
        <w:spacing w:before="40"/>
        <w:jc w:val="both"/>
        <w:rPr>
          <w:rFonts w:asciiTheme="majorBidi" w:hAnsiTheme="majorBidi" w:cstheme="majorBidi"/>
          <w:i/>
          <w:sz w:val="20"/>
          <w:szCs w:val="20"/>
          <w:lang w:val="tr-TR"/>
        </w:rPr>
      </w:pPr>
      <w:r w:rsidRPr="00F3677A">
        <w:rPr>
          <w:rFonts w:asciiTheme="majorBidi" w:hAnsiTheme="majorBidi" w:cstheme="majorBidi"/>
          <w:b/>
          <w:bCs/>
          <w:i/>
          <w:sz w:val="20"/>
          <w:szCs w:val="20"/>
          <w:lang w:val="tr-TR"/>
        </w:rPr>
        <w:t>*Önemli Not:</w:t>
      </w:r>
      <w:r w:rsidRPr="00F3677A">
        <w:rPr>
          <w:rFonts w:asciiTheme="majorBidi" w:hAnsiTheme="majorBidi" w:cstheme="majorBidi"/>
          <w:i/>
          <w:sz w:val="20"/>
          <w:szCs w:val="20"/>
          <w:lang w:val="tr-TR"/>
        </w:rPr>
        <w:t xml:space="preserve"> Başvurunun kabulü tek başına İ</w:t>
      </w:r>
      <w:r w:rsidR="006F0C1C" w:rsidRPr="00F3677A">
        <w:rPr>
          <w:rFonts w:asciiTheme="majorBidi" w:hAnsiTheme="majorBidi" w:cstheme="majorBidi"/>
          <w:i/>
          <w:sz w:val="20"/>
          <w:szCs w:val="20"/>
          <w:lang w:val="tr-TR"/>
        </w:rPr>
        <w:t>şletmede Mesleki Eğitime</w:t>
      </w:r>
      <w:r w:rsidRPr="00F3677A">
        <w:rPr>
          <w:rFonts w:asciiTheme="majorBidi" w:hAnsiTheme="majorBidi" w:cstheme="majorBidi"/>
          <w:i/>
          <w:sz w:val="20"/>
          <w:szCs w:val="20"/>
          <w:lang w:val="tr-TR"/>
        </w:rPr>
        <w:t xml:space="preserve"> başlama hakkı doğurmaz. Eğitime başlanabilmesi için Usul ve Esasların 14'üncü maddesinde belirtilen kayıt, işletme onayı, sözleşme, sigorta ve diğer başlangıç işlemlerinin tamamlanması gerekir</w:t>
      </w:r>
      <w:r w:rsidR="008C14D3" w:rsidRPr="00F3677A">
        <w:rPr>
          <w:rFonts w:asciiTheme="majorBidi" w:hAnsiTheme="majorBidi" w:cstheme="majorBidi"/>
          <w:i/>
          <w:sz w:val="20"/>
          <w:szCs w:val="20"/>
          <w:lang w:val="tr-TR"/>
        </w:rPr>
        <w:t>.</w:t>
      </w:r>
    </w:p>
    <w:p w14:paraId="5F679830" w14:textId="7850D703" w:rsidR="005D1CC3" w:rsidRPr="00F3677A" w:rsidRDefault="008C14D3" w:rsidP="008C14D3">
      <w:pPr>
        <w:spacing w:before="40"/>
        <w:jc w:val="both"/>
        <w:rPr>
          <w:rFonts w:asciiTheme="majorBidi" w:hAnsiTheme="majorBidi" w:cstheme="majorBidi"/>
          <w:i/>
          <w:sz w:val="20"/>
          <w:szCs w:val="20"/>
          <w:lang w:val="tr-TR"/>
        </w:rPr>
      </w:pPr>
      <w:r w:rsidRPr="00F3677A">
        <w:rPr>
          <w:b/>
          <w:color w:val="000000"/>
          <w:sz w:val="16"/>
          <w:lang w:val="tr-TR"/>
        </w:rPr>
        <w:t>Bilgi ve iletişim: tbmyo@mehmetakif.edu.tr</w:t>
      </w:r>
    </w:p>
    <w:sectPr w:rsidR="005D1CC3" w:rsidRPr="00F3677A" w:rsidSect="008C14D3">
      <w:pgSz w:w="12240" w:h="15840"/>
      <w:pgMar w:top="142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7934590">
    <w:abstractNumId w:val="8"/>
  </w:num>
  <w:num w:numId="2" w16cid:durableId="183061275">
    <w:abstractNumId w:val="6"/>
  </w:num>
  <w:num w:numId="3" w16cid:durableId="807279404">
    <w:abstractNumId w:val="5"/>
  </w:num>
  <w:num w:numId="4" w16cid:durableId="1349064120">
    <w:abstractNumId w:val="4"/>
  </w:num>
  <w:num w:numId="5" w16cid:durableId="908349556">
    <w:abstractNumId w:val="7"/>
  </w:num>
  <w:num w:numId="6" w16cid:durableId="125971015">
    <w:abstractNumId w:val="3"/>
  </w:num>
  <w:num w:numId="7" w16cid:durableId="1514609294">
    <w:abstractNumId w:val="2"/>
  </w:num>
  <w:num w:numId="8" w16cid:durableId="2083529500">
    <w:abstractNumId w:val="1"/>
  </w:num>
  <w:num w:numId="9" w16cid:durableId="4260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1CC3"/>
    <w:rsid w:val="006F0C1C"/>
    <w:rsid w:val="008C14D3"/>
    <w:rsid w:val="009F0E30"/>
    <w:rsid w:val="00A7583E"/>
    <w:rsid w:val="00AA1D8D"/>
    <w:rsid w:val="00B47730"/>
    <w:rsid w:val="00CB0664"/>
    <w:rsid w:val="00EB6FE9"/>
    <w:rsid w:val="00F367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1D84CF2"/>
  <w14:defaultImageDpi w14:val="300"/>
  <w15:docId w15:val="{D8B67322-74CF-4B18-9BB5-1768D3BF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Ragıp YILDIRIM</cp:lastModifiedBy>
  <cp:revision>5</cp:revision>
  <dcterms:created xsi:type="dcterms:W3CDTF">2013-12-23T23:15:00Z</dcterms:created>
  <dcterms:modified xsi:type="dcterms:W3CDTF">2026-08-10T18:32:00Z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f40fea0b-3642-4c54-9ab5-4676c8e676e8</vt:lpwstr>
  </property>
</Properties>
</file>